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453F31" w14:textId="65C0D23A" w:rsidR="00BB5FF7" w:rsidRDefault="00BB5FF7" w:rsidP="004360C4">
      <w:pPr>
        <w:ind w:left="0" w:firstLine="0"/>
        <w:jc w:val="center"/>
        <w:rPr>
          <w:b/>
          <w:bCs/>
          <w:sz w:val="72"/>
          <w:szCs w:val="72"/>
        </w:rPr>
      </w:pPr>
      <w:r w:rsidRPr="004360C4">
        <w:rPr>
          <w:b/>
          <w:bCs/>
          <w:sz w:val="76"/>
          <w:szCs w:val="76"/>
        </w:rPr>
        <w:t>Soaring to New Heights</w:t>
      </w:r>
      <w:r>
        <w:rPr>
          <w:b/>
          <w:bCs/>
          <w:noProof/>
          <w:sz w:val="72"/>
          <w:szCs w:val="72"/>
        </w:rPr>
        <w:drawing>
          <wp:inline distT="0" distB="0" distL="0" distR="0" wp14:anchorId="20D9F05A" wp14:editId="21275281">
            <wp:extent cx="5486400" cy="3977005"/>
            <wp:effectExtent l="0" t="0" r="0" b="4445"/>
            <wp:docPr id="1023704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04083" name="Picture 1023704083"/>
                    <pic:cNvPicPr/>
                  </pic:nvPicPr>
                  <pic:blipFill rotWithShape="1">
                    <a:blip r:embed="rId11"/>
                    <a:srcRect t="30511"/>
                    <a:stretch>
                      <a:fillRect/>
                    </a:stretch>
                  </pic:blipFill>
                  <pic:spPr bwMode="auto">
                    <a:xfrm>
                      <a:off x="0" y="0"/>
                      <a:ext cx="5486400" cy="3977005"/>
                    </a:xfrm>
                    <a:prstGeom prst="rect">
                      <a:avLst/>
                    </a:prstGeom>
                    <a:ln>
                      <a:noFill/>
                    </a:ln>
                    <a:extLst>
                      <a:ext uri="{53640926-AAD7-44D8-BBD7-CCE9431645EC}">
                        <a14:shadowObscured xmlns:a14="http://schemas.microsoft.com/office/drawing/2010/main"/>
                      </a:ext>
                    </a:extLst>
                  </pic:spPr>
                </pic:pic>
              </a:graphicData>
            </a:graphic>
          </wp:inline>
        </w:drawing>
      </w:r>
    </w:p>
    <w:p w14:paraId="41ED5ED6" w14:textId="330C2DD6" w:rsidR="00BB5FF7" w:rsidRPr="001C5B1C" w:rsidRDefault="00CB3FC5" w:rsidP="009E7A4A">
      <w:pPr>
        <w:spacing w:after="240"/>
        <w:ind w:left="0" w:firstLine="0"/>
        <w:jc w:val="center"/>
        <w:rPr>
          <w:b/>
          <w:bCs/>
          <w:sz w:val="56"/>
          <w:szCs w:val="56"/>
        </w:rPr>
      </w:pPr>
      <w:r w:rsidRPr="001C5B1C">
        <w:rPr>
          <w:b/>
          <w:bCs/>
          <w:sz w:val="56"/>
          <w:szCs w:val="56"/>
        </w:rPr>
        <w:t>6</w:t>
      </w:r>
      <w:r w:rsidR="0082399C" w:rsidRPr="001C5B1C">
        <w:rPr>
          <w:b/>
          <w:bCs/>
          <w:sz w:val="56"/>
          <w:szCs w:val="56"/>
        </w:rPr>
        <w:t>5</w:t>
      </w:r>
      <w:r w:rsidRPr="001C5B1C">
        <w:rPr>
          <w:b/>
          <w:bCs/>
          <w:sz w:val="56"/>
          <w:szCs w:val="56"/>
        </w:rPr>
        <w:t>th Annual National Conference</w:t>
      </w:r>
      <w:r w:rsidR="00BB5FF7" w:rsidRPr="001C5B1C">
        <w:rPr>
          <w:b/>
          <w:bCs/>
          <w:sz w:val="56"/>
          <w:szCs w:val="56"/>
        </w:rPr>
        <w:t xml:space="preserve"> &amp;</w:t>
      </w:r>
      <w:r w:rsidRPr="001C5B1C">
        <w:rPr>
          <w:b/>
          <w:bCs/>
          <w:sz w:val="56"/>
          <w:szCs w:val="56"/>
        </w:rPr>
        <w:t xml:space="preserve"> Convention</w:t>
      </w:r>
    </w:p>
    <w:p w14:paraId="4A5C176D" w14:textId="77777777" w:rsidR="00BB5FF7" w:rsidRPr="001C5B1C" w:rsidRDefault="00BB5FF7" w:rsidP="009E7A4A">
      <w:pPr>
        <w:spacing w:after="240"/>
        <w:jc w:val="center"/>
        <w:rPr>
          <w:b/>
          <w:bCs/>
          <w:sz w:val="52"/>
          <w:szCs w:val="52"/>
        </w:rPr>
      </w:pPr>
      <w:r w:rsidRPr="001C5B1C">
        <w:rPr>
          <w:b/>
          <w:bCs/>
          <w:sz w:val="52"/>
          <w:szCs w:val="52"/>
        </w:rPr>
        <w:t>American Council of the Blind and Special-Interest Affiliates</w:t>
      </w:r>
    </w:p>
    <w:p w14:paraId="65536C6E" w14:textId="4F6F34C3" w:rsidR="00A15837" w:rsidRPr="001C5B1C" w:rsidRDefault="00A15837" w:rsidP="00536E5E">
      <w:pPr>
        <w:spacing w:line="312" w:lineRule="auto"/>
        <w:jc w:val="center"/>
        <w:rPr>
          <w:b/>
          <w:bCs/>
          <w:sz w:val="52"/>
          <w:szCs w:val="52"/>
        </w:rPr>
      </w:pPr>
      <w:r w:rsidRPr="001C5B1C">
        <w:rPr>
          <w:b/>
          <w:bCs/>
          <w:sz w:val="52"/>
          <w:szCs w:val="52"/>
        </w:rPr>
        <w:t>Ju</w:t>
      </w:r>
      <w:r w:rsidR="00F33AE6">
        <w:rPr>
          <w:b/>
          <w:bCs/>
          <w:sz w:val="52"/>
          <w:szCs w:val="52"/>
        </w:rPr>
        <w:t>ly</w:t>
      </w:r>
      <w:r w:rsidRPr="001C5B1C">
        <w:rPr>
          <w:b/>
          <w:bCs/>
          <w:sz w:val="52"/>
          <w:szCs w:val="52"/>
        </w:rPr>
        <w:t xml:space="preserve"> 13 to July 31, 2026</w:t>
      </w:r>
    </w:p>
    <w:p w14:paraId="309EA1EC" w14:textId="1C11728F" w:rsidR="00681D3B" w:rsidRPr="001C5B1C" w:rsidRDefault="0082399C" w:rsidP="00536E5E">
      <w:pPr>
        <w:spacing w:line="312" w:lineRule="auto"/>
        <w:jc w:val="center"/>
        <w:rPr>
          <w:b/>
          <w:bCs/>
          <w:sz w:val="52"/>
          <w:szCs w:val="52"/>
        </w:rPr>
      </w:pPr>
      <w:r w:rsidRPr="001C5B1C">
        <w:rPr>
          <w:b/>
          <w:bCs/>
          <w:sz w:val="52"/>
          <w:szCs w:val="52"/>
        </w:rPr>
        <w:t>St. Louis, Missouri</w:t>
      </w:r>
    </w:p>
    <w:p w14:paraId="6EB5805F" w14:textId="7B433538" w:rsidR="005A6412" w:rsidRPr="001C5B1C" w:rsidRDefault="005A6412" w:rsidP="00536E5E">
      <w:pPr>
        <w:spacing w:after="240" w:line="312" w:lineRule="auto"/>
        <w:jc w:val="center"/>
        <w:rPr>
          <w:b/>
          <w:bCs/>
          <w:sz w:val="52"/>
          <w:szCs w:val="52"/>
        </w:rPr>
      </w:pPr>
      <w:r w:rsidRPr="001C5B1C">
        <w:rPr>
          <w:b/>
          <w:bCs/>
          <w:sz w:val="52"/>
          <w:szCs w:val="52"/>
        </w:rPr>
        <w:t>Deb Cook Lewis, ACB President</w:t>
      </w:r>
    </w:p>
    <w:p w14:paraId="646488A7" w14:textId="6C588257" w:rsidR="00681D3B" w:rsidRPr="00681D3B" w:rsidRDefault="00681D3B">
      <w:pPr>
        <w:rPr>
          <w:sz w:val="58"/>
          <w:szCs w:val="58"/>
        </w:rPr>
      </w:pPr>
      <w:r w:rsidRPr="00681D3B">
        <w:rPr>
          <w:sz w:val="58"/>
          <w:szCs w:val="58"/>
        </w:rPr>
        <w:lastRenderedPageBreak/>
        <w:t>Inside front cover</w:t>
      </w:r>
      <w:r w:rsidR="00001CDF">
        <w:rPr>
          <w:sz w:val="58"/>
          <w:szCs w:val="58"/>
        </w:rPr>
        <w:t xml:space="preserve"> - APH</w:t>
      </w:r>
      <w:r w:rsidRPr="00681D3B">
        <w:rPr>
          <w:sz w:val="58"/>
          <w:szCs w:val="58"/>
        </w:rPr>
        <w:br w:type="page"/>
      </w:r>
    </w:p>
    <w:p w14:paraId="64252F16" w14:textId="77777777" w:rsidR="00E76974" w:rsidRDefault="00E76974" w:rsidP="009E7A4A">
      <w:pPr>
        <w:spacing w:after="240"/>
        <w:jc w:val="center"/>
        <w:rPr>
          <w:b/>
          <w:bCs/>
          <w:sz w:val="58"/>
          <w:szCs w:val="58"/>
        </w:rPr>
        <w:sectPr w:rsidR="00E76974" w:rsidSect="006C08BE">
          <w:footerReference w:type="even" r:id="rId12"/>
          <w:footerReference w:type="default" r:id="rId13"/>
          <w:pgSz w:w="12240" w:h="15840"/>
          <w:pgMar w:top="1440" w:right="1440" w:bottom="1440" w:left="1800" w:header="720" w:footer="720" w:gutter="0"/>
          <w:pgNumType w:start="3"/>
          <w:cols w:space="720"/>
          <w:titlePg/>
          <w:docGrid w:linePitch="490"/>
        </w:sectPr>
      </w:pPr>
    </w:p>
    <w:sdt>
      <w:sdtPr>
        <w:rPr>
          <w:rFonts w:eastAsia="Arial" w:cs="Arial"/>
          <w:b w:val="0"/>
          <w:bCs w:val="0"/>
          <w:sz w:val="36"/>
          <w:szCs w:val="36"/>
        </w:rPr>
        <w:id w:val="-968742272"/>
        <w:docPartObj>
          <w:docPartGallery w:val="Table of Contents"/>
          <w:docPartUnique/>
        </w:docPartObj>
      </w:sdtPr>
      <w:sdtEndPr>
        <w:rPr>
          <w:noProof/>
        </w:rPr>
      </w:sdtEndPr>
      <w:sdtContent>
        <w:p w14:paraId="6DF99ADB" w14:textId="6A9372B1" w:rsidR="00A74476" w:rsidRDefault="001F53A4" w:rsidP="009E7A4A">
          <w:pPr>
            <w:pStyle w:val="TOCHeading"/>
          </w:pPr>
          <w:r w:rsidRPr="001F53A4">
            <w:t>Table of</w:t>
          </w:r>
          <w:r>
            <w:rPr>
              <w:rFonts w:eastAsia="Arial" w:cs="Arial"/>
              <w:b w:val="0"/>
              <w:bCs w:val="0"/>
              <w:sz w:val="36"/>
              <w:szCs w:val="36"/>
            </w:rPr>
            <w:t xml:space="preserve"> </w:t>
          </w:r>
          <w:r w:rsidR="00A74476">
            <w:t>Contents</w:t>
          </w:r>
        </w:p>
        <w:p w14:paraId="0A19D51A" w14:textId="3903BD17" w:rsidR="007A5099" w:rsidRDefault="00A74476">
          <w:pPr>
            <w:pStyle w:val="TOC1"/>
            <w:rPr>
              <w:rFonts w:asciiTheme="minorHAnsi" w:eastAsiaTheme="minorEastAsia" w:hAnsiTheme="minorHAnsi" w:cstheme="minorBidi"/>
              <w:b w:val="0"/>
              <w:bCs w:val="0"/>
              <w:w w:val="100"/>
              <w:sz w:val="24"/>
              <w:szCs w:val="24"/>
            </w:rPr>
          </w:pPr>
          <w:r>
            <w:fldChar w:fldCharType="begin"/>
          </w:r>
          <w:r>
            <w:instrText xml:space="preserve"> TOC \o "1-3" \h \z \u </w:instrText>
          </w:r>
          <w:r>
            <w:fldChar w:fldCharType="separate"/>
          </w:r>
          <w:hyperlink w:anchor="_Toc232406119" w:history="1">
            <w:r w:rsidR="007A5099" w:rsidRPr="00F241EF">
              <w:rPr>
                <w:rStyle w:val="Hyperlink"/>
              </w:rPr>
              <w:t>President’s Message</w:t>
            </w:r>
            <w:r w:rsidR="007A5099">
              <w:rPr>
                <w:webHidden/>
              </w:rPr>
              <w:tab/>
            </w:r>
            <w:r w:rsidR="007A5099">
              <w:rPr>
                <w:webHidden/>
              </w:rPr>
              <w:fldChar w:fldCharType="begin"/>
            </w:r>
            <w:r w:rsidR="007A5099">
              <w:rPr>
                <w:webHidden/>
              </w:rPr>
              <w:instrText xml:space="preserve"> PAGEREF _Toc232406119 \h </w:instrText>
            </w:r>
            <w:r w:rsidR="007A5099">
              <w:rPr>
                <w:webHidden/>
              </w:rPr>
            </w:r>
            <w:r w:rsidR="007A5099">
              <w:rPr>
                <w:webHidden/>
              </w:rPr>
              <w:fldChar w:fldCharType="separate"/>
            </w:r>
            <w:r w:rsidR="001C5B1C">
              <w:rPr>
                <w:webHidden/>
              </w:rPr>
              <w:t>5</w:t>
            </w:r>
            <w:r w:rsidR="007A5099">
              <w:rPr>
                <w:webHidden/>
              </w:rPr>
              <w:fldChar w:fldCharType="end"/>
            </w:r>
          </w:hyperlink>
        </w:p>
        <w:p w14:paraId="1C10FA00" w14:textId="16D46020" w:rsidR="007A5099" w:rsidRDefault="007A5099">
          <w:pPr>
            <w:pStyle w:val="TOC1"/>
            <w:rPr>
              <w:rFonts w:asciiTheme="minorHAnsi" w:eastAsiaTheme="minorEastAsia" w:hAnsiTheme="minorHAnsi" w:cstheme="minorBidi"/>
              <w:b w:val="0"/>
              <w:bCs w:val="0"/>
              <w:w w:val="100"/>
              <w:sz w:val="24"/>
              <w:szCs w:val="24"/>
            </w:rPr>
          </w:pPr>
          <w:hyperlink w:anchor="_Toc232406120" w:history="1">
            <w:r w:rsidRPr="00F241EF">
              <w:rPr>
                <w:rStyle w:val="Hyperlink"/>
              </w:rPr>
              <w:t>Conference Gems</w:t>
            </w:r>
            <w:r>
              <w:rPr>
                <w:webHidden/>
              </w:rPr>
              <w:tab/>
            </w:r>
            <w:r>
              <w:rPr>
                <w:webHidden/>
              </w:rPr>
              <w:fldChar w:fldCharType="begin"/>
            </w:r>
            <w:r>
              <w:rPr>
                <w:webHidden/>
              </w:rPr>
              <w:instrText xml:space="preserve"> PAGEREF _Toc232406120 \h </w:instrText>
            </w:r>
            <w:r>
              <w:rPr>
                <w:webHidden/>
              </w:rPr>
            </w:r>
            <w:r>
              <w:rPr>
                <w:webHidden/>
              </w:rPr>
              <w:fldChar w:fldCharType="separate"/>
            </w:r>
            <w:r w:rsidR="001C5B1C">
              <w:rPr>
                <w:webHidden/>
              </w:rPr>
              <w:t>6</w:t>
            </w:r>
            <w:r>
              <w:rPr>
                <w:webHidden/>
              </w:rPr>
              <w:fldChar w:fldCharType="end"/>
            </w:r>
          </w:hyperlink>
        </w:p>
        <w:p w14:paraId="52538447" w14:textId="2BD09840" w:rsidR="007A5099" w:rsidRDefault="007A5099">
          <w:pPr>
            <w:pStyle w:val="TOC1"/>
            <w:rPr>
              <w:rFonts w:asciiTheme="minorHAnsi" w:eastAsiaTheme="minorEastAsia" w:hAnsiTheme="minorHAnsi" w:cstheme="minorBidi"/>
              <w:b w:val="0"/>
              <w:bCs w:val="0"/>
              <w:w w:val="100"/>
              <w:sz w:val="24"/>
              <w:szCs w:val="24"/>
            </w:rPr>
          </w:pPr>
          <w:hyperlink w:anchor="_Toc232406121" w:history="1">
            <w:r w:rsidRPr="00F241EF">
              <w:rPr>
                <w:rStyle w:val="Hyperlink"/>
              </w:rPr>
              <w:t>Calendar</w:t>
            </w:r>
            <w:r>
              <w:rPr>
                <w:webHidden/>
              </w:rPr>
              <w:tab/>
            </w:r>
            <w:r>
              <w:rPr>
                <w:webHidden/>
              </w:rPr>
              <w:fldChar w:fldCharType="begin"/>
            </w:r>
            <w:r>
              <w:rPr>
                <w:webHidden/>
              </w:rPr>
              <w:instrText xml:space="preserve"> PAGEREF _Toc232406121 \h </w:instrText>
            </w:r>
            <w:r>
              <w:rPr>
                <w:webHidden/>
              </w:rPr>
            </w:r>
            <w:r>
              <w:rPr>
                <w:webHidden/>
              </w:rPr>
              <w:fldChar w:fldCharType="separate"/>
            </w:r>
            <w:r w:rsidR="001C5B1C">
              <w:rPr>
                <w:webHidden/>
              </w:rPr>
              <w:t>11</w:t>
            </w:r>
            <w:r>
              <w:rPr>
                <w:webHidden/>
              </w:rPr>
              <w:fldChar w:fldCharType="end"/>
            </w:r>
          </w:hyperlink>
        </w:p>
        <w:p w14:paraId="69066D0F" w14:textId="108CE3E4" w:rsidR="007A5099" w:rsidRDefault="007A5099">
          <w:pPr>
            <w:pStyle w:val="TOC1"/>
            <w:rPr>
              <w:rFonts w:asciiTheme="minorHAnsi" w:eastAsiaTheme="minorEastAsia" w:hAnsiTheme="minorHAnsi" w:cstheme="minorBidi"/>
              <w:b w:val="0"/>
              <w:bCs w:val="0"/>
              <w:w w:val="100"/>
              <w:sz w:val="24"/>
              <w:szCs w:val="24"/>
            </w:rPr>
          </w:pPr>
          <w:hyperlink w:anchor="_Toc232406122" w:history="1">
            <w:r w:rsidRPr="00F241EF">
              <w:rPr>
                <w:rStyle w:val="Hyperlink"/>
              </w:rPr>
              <w:t>Abbreviations in this Program</w:t>
            </w:r>
            <w:r>
              <w:rPr>
                <w:webHidden/>
              </w:rPr>
              <w:tab/>
            </w:r>
            <w:r>
              <w:rPr>
                <w:webHidden/>
              </w:rPr>
              <w:fldChar w:fldCharType="begin"/>
            </w:r>
            <w:r>
              <w:rPr>
                <w:webHidden/>
              </w:rPr>
              <w:instrText xml:space="preserve"> PAGEREF _Toc232406122 \h </w:instrText>
            </w:r>
            <w:r>
              <w:rPr>
                <w:webHidden/>
              </w:rPr>
            </w:r>
            <w:r>
              <w:rPr>
                <w:webHidden/>
              </w:rPr>
              <w:fldChar w:fldCharType="separate"/>
            </w:r>
            <w:r w:rsidR="001C5B1C">
              <w:rPr>
                <w:webHidden/>
              </w:rPr>
              <w:t>33</w:t>
            </w:r>
            <w:r>
              <w:rPr>
                <w:webHidden/>
              </w:rPr>
              <w:fldChar w:fldCharType="end"/>
            </w:r>
          </w:hyperlink>
        </w:p>
        <w:p w14:paraId="3692CD6A" w14:textId="3B789A37" w:rsidR="007A5099" w:rsidRDefault="007A5099">
          <w:pPr>
            <w:pStyle w:val="TOC1"/>
            <w:rPr>
              <w:rFonts w:asciiTheme="minorHAnsi" w:eastAsiaTheme="minorEastAsia" w:hAnsiTheme="minorHAnsi" w:cstheme="minorBidi"/>
              <w:b w:val="0"/>
              <w:bCs w:val="0"/>
              <w:w w:val="100"/>
              <w:sz w:val="24"/>
              <w:szCs w:val="24"/>
            </w:rPr>
          </w:pPr>
          <w:hyperlink w:anchor="_Toc232406123" w:history="1">
            <w:r w:rsidRPr="00F241EF">
              <w:rPr>
                <w:rStyle w:val="Hyperlink"/>
              </w:rPr>
              <w:t>Registration Information</w:t>
            </w:r>
            <w:r>
              <w:rPr>
                <w:webHidden/>
              </w:rPr>
              <w:tab/>
            </w:r>
            <w:r>
              <w:rPr>
                <w:webHidden/>
              </w:rPr>
              <w:fldChar w:fldCharType="begin"/>
            </w:r>
            <w:r>
              <w:rPr>
                <w:webHidden/>
              </w:rPr>
              <w:instrText xml:space="preserve"> PAGEREF _Toc232406123 \h </w:instrText>
            </w:r>
            <w:r>
              <w:rPr>
                <w:webHidden/>
              </w:rPr>
            </w:r>
            <w:r>
              <w:rPr>
                <w:webHidden/>
              </w:rPr>
              <w:fldChar w:fldCharType="separate"/>
            </w:r>
            <w:r w:rsidR="001C5B1C">
              <w:rPr>
                <w:webHidden/>
              </w:rPr>
              <w:t>35</w:t>
            </w:r>
            <w:r>
              <w:rPr>
                <w:webHidden/>
              </w:rPr>
              <w:fldChar w:fldCharType="end"/>
            </w:r>
          </w:hyperlink>
        </w:p>
        <w:p w14:paraId="38DF23BD" w14:textId="146B7B1F" w:rsidR="007A5099" w:rsidRDefault="007A5099">
          <w:pPr>
            <w:pStyle w:val="TOC1"/>
            <w:rPr>
              <w:rFonts w:asciiTheme="minorHAnsi" w:eastAsiaTheme="minorEastAsia" w:hAnsiTheme="minorHAnsi" w:cstheme="minorBidi"/>
              <w:b w:val="0"/>
              <w:bCs w:val="0"/>
              <w:w w:val="100"/>
              <w:sz w:val="24"/>
              <w:szCs w:val="24"/>
            </w:rPr>
          </w:pPr>
          <w:hyperlink w:anchor="_Toc232406124" w:history="1">
            <w:r w:rsidRPr="00F241EF">
              <w:rPr>
                <w:rStyle w:val="Hyperlink"/>
              </w:rPr>
              <w:t>Communication Center &amp; Convention Newspaper</w:t>
            </w:r>
            <w:r>
              <w:rPr>
                <w:webHidden/>
              </w:rPr>
              <w:tab/>
            </w:r>
            <w:r>
              <w:rPr>
                <w:webHidden/>
              </w:rPr>
              <w:fldChar w:fldCharType="begin"/>
            </w:r>
            <w:r>
              <w:rPr>
                <w:webHidden/>
              </w:rPr>
              <w:instrText xml:space="preserve"> PAGEREF _Toc232406124 \h </w:instrText>
            </w:r>
            <w:r>
              <w:rPr>
                <w:webHidden/>
              </w:rPr>
            </w:r>
            <w:r>
              <w:rPr>
                <w:webHidden/>
              </w:rPr>
              <w:fldChar w:fldCharType="separate"/>
            </w:r>
            <w:r w:rsidR="001C5B1C">
              <w:rPr>
                <w:webHidden/>
              </w:rPr>
              <w:t>37</w:t>
            </w:r>
            <w:r>
              <w:rPr>
                <w:webHidden/>
              </w:rPr>
              <w:fldChar w:fldCharType="end"/>
            </w:r>
          </w:hyperlink>
        </w:p>
        <w:p w14:paraId="636AE765" w14:textId="549B7C3E" w:rsidR="007A5099" w:rsidRDefault="007A5099">
          <w:pPr>
            <w:pStyle w:val="TOC2"/>
            <w:rPr>
              <w:rFonts w:asciiTheme="minorHAnsi" w:eastAsiaTheme="minorEastAsia" w:hAnsiTheme="minorHAnsi" w:cstheme="minorBidi"/>
              <w:noProof/>
              <w:sz w:val="24"/>
              <w:szCs w:val="24"/>
            </w:rPr>
          </w:pPr>
          <w:hyperlink w:anchor="_Toc232406125" w:history="1">
            <w:r w:rsidRPr="00F241EF">
              <w:rPr>
                <w:rStyle w:val="Hyperlink"/>
                <w:noProof/>
              </w:rPr>
              <w:t>Convention Newspaper</w:t>
            </w:r>
            <w:r>
              <w:rPr>
                <w:noProof/>
                <w:webHidden/>
              </w:rPr>
              <w:tab/>
            </w:r>
            <w:r>
              <w:rPr>
                <w:noProof/>
                <w:webHidden/>
              </w:rPr>
              <w:fldChar w:fldCharType="begin"/>
            </w:r>
            <w:r>
              <w:rPr>
                <w:noProof/>
                <w:webHidden/>
              </w:rPr>
              <w:instrText xml:space="preserve"> PAGEREF _Toc232406125 \h </w:instrText>
            </w:r>
            <w:r>
              <w:rPr>
                <w:noProof/>
                <w:webHidden/>
              </w:rPr>
            </w:r>
            <w:r>
              <w:rPr>
                <w:noProof/>
                <w:webHidden/>
              </w:rPr>
              <w:fldChar w:fldCharType="separate"/>
            </w:r>
            <w:r w:rsidR="001C5B1C">
              <w:rPr>
                <w:noProof/>
                <w:webHidden/>
              </w:rPr>
              <w:t>38</w:t>
            </w:r>
            <w:r>
              <w:rPr>
                <w:noProof/>
                <w:webHidden/>
              </w:rPr>
              <w:fldChar w:fldCharType="end"/>
            </w:r>
          </w:hyperlink>
        </w:p>
        <w:p w14:paraId="173BF073" w14:textId="7B41BA06" w:rsidR="007A5099" w:rsidRDefault="007A5099">
          <w:pPr>
            <w:pStyle w:val="TOC2"/>
            <w:rPr>
              <w:rFonts w:asciiTheme="minorHAnsi" w:eastAsiaTheme="minorEastAsia" w:hAnsiTheme="minorHAnsi" w:cstheme="minorBidi"/>
              <w:noProof/>
              <w:sz w:val="24"/>
              <w:szCs w:val="24"/>
            </w:rPr>
          </w:pPr>
          <w:hyperlink w:anchor="_Toc232406126" w:history="1">
            <w:r w:rsidRPr="00F241EF">
              <w:rPr>
                <w:rStyle w:val="Hyperlink"/>
                <w:noProof/>
              </w:rPr>
              <w:t>Ads and Announcements</w:t>
            </w:r>
            <w:r>
              <w:rPr>
                <w:noProof/>
                <w:webHidden/>
              </w:rPr>
              <w:tab/>
            </w:r>
            <w:r>
              <w:rPr>
                <w:noProof/>
                <w:webHidden/>
              </w:rPr>
              <w:fldChar w:fldCharType="begin"/>
            </w:r>
            <w:r>
              <w:rPr>
                <w:noProof/>
                <w:webHidden/>
              </w:rPr>
              <w:instrText xml:space="preserve"> PAGEREF _Toc232406126 \h </w:instrText>
            </w:r>
            <w:r>
              <w:rPr>
                <w:noProof/>
                <w:webHidden/>
              </w:rPr>
            </w:r>
            <w:r>
              <w:rPr>
                <w:noProof/>
                <w:webHidden/>
              </w:rPr>
              <w:fldChar w:fldCharType="separate"/>
            </w:r>
            <w:r w:rsidR="001C5B1C">
              <w:rPr>
                <w:noProof/>
                <w:webHidden/>
              </w:rPr>
              <w:t>38</w:t>
            </w:r>
            <w:r>
              <w:rPr>
                <w:noProof/>
                <w:webHidden/>
              </w:rPr>
              <w:fldChar w:fldCharType="end"/>
            </w:r>
          </w:hyperlink>
        </w:p>
        <w:p w14:paraId="71842EB0" w14:textId="7BC2D331" w:rsidR="007A5099" w:rsidRDefault="007A5099">
          <w:pPr>
            <w:pStyle w:val="TOC2"/>
            <w:rPr>
              <w:rFonts w:asciiTheme="minorHAnsi" w:eastAsiaTheme="minorEastAsia" w:hAnsiTheme="minorHAnsi" w:cstheme="minorBidi"/>
              <w:noProof/>
              <w:sz w:val="24"/>
              <w:szCs w:val="24"/>
            </w:rPr>
          </w:pPr>
          <w:hyperlink w:anchor="_Toc232406127" w:history="1">
            <w:r w:rsidRPr="00F241EF">
              <w:rPr>
                <w:rStyle w:val="Hyperlink"/>
                <w:noProof/>
              </w:rPr>
              <w:t>Brailling and Photocopying</w:t>
            </w:r>
            <w:r>
              <w:rPr>
                <w:noProof/>
                <w:webHidden/>
              </w:rPr>
              <w:tab/>
            </w:r>
            <w:r>
              <w:rPr>
                <w:noProof/>
                <w:webHidden/>
              </w:rPr>
              <w:fldChar w:fldCharType="begin"/>
            </w:r>
            <w:r>
              <w:rPr>
                <w:noProof/>
                <w:webHidden/>
              </w:rPr>
              <w:instrText xml:space="preserve"> PAGEREF _Toc232406127 \h </w:instrText>
            </w:r>
            <w:r>
              <w:rPr>
                <w:noProof/>
                <w:webHidden/>
              </w:rPr>
            </w:r>
            <w:r>
              <w:rPr>
                <w:noProof/>
                <w:webHidden/>
              </w:rPr>
              <w:fldChar w:fldCharType="separate"/>
            </w:r>
            <w:r w:rsidR="001C5B1C">
              <w:rPr>
                <w:noProof/>
                <w:webHidden/>
              </w:rPr>
              <w:t>39</w:t>
            </w:r>
            <w:r>
              <w:rPr>
                <w:noProof/>
                <w:webHidden/>
              </w:rPr>
              <w:fldChar w:fldCharType="end"/>
            </w:r>
          </w:hyperlink>
        </w:p>
        <w:p w14:paraId="76FFF7A4" w14:textId="62F20B01" w:rsidR="007A5099" w:rsidRDefault="007A5099">
          <w:pPr>
            <w:pStyle w:val="TOC1"/>
            <w:rPr>
              <w:rFonts w:asciiTheme="minorHAnsi" w:eastAsiaTheme="minorEastAsia" w:hAnsiTheme="minorHAnsi" w:cstheme="minorBidi"/>
              <w:b w:val="0"/>
              <w:bCs w:val="0"/>
              <w:w w:val="100"/>
              <w:sz w:val="24"/>
              <w:szCs w:val="24"/>
            </w:rPr>
          </w:pPr>
          <w:hyperlink w:anchor="_Toc232406128" w:history="1">
            <w:r w:rsidRPr="00F241EF">
              <w:rPr>
                <w:rStyle w:val="Hyperlink"/>
              </w:rPr>
              <w:t>Digital Information &amp; Internet</w:t>
            </w:r>
            <w:r>
              <w:rPr>
                <w:webHidden/>
              </w:rPr>
              <w:tab/>
            </w:r>
            <w:r>
              <w:rPr>
                <w:webHidden/>
              </w:rPr>
              <w:fldChar w:fldCharType="begin"/>
            </w:r>
            <w:r>
              <w:rPr>
                <w:webHidden/>
              </w:rPr>
              <w:instrText xml:space="preserve"> PAGEREF _Toc232406128 \h </w:instrText>
            </w:r>
            <w:r>
              <w:rPr>
                <w:webHidden/>
              </w:rPr>
            </w:r>
            <w:r>
              <w:rPr>
                <w:webHidden/>
              </w:rPr>
              <w:fldChar w:fldCharType="separate"/>
            </w:r>
            <w:r w:rsidR="001C5B1C">
              <w:rPr>
                <w:webHidden/>
              </w:rPr>
              <w:t>40</w:t>
            </w:r>
            <w:r>
              <w:rPr>
                <w:webHidden/>
              </w:rPr>
              <w:fldChar w:fldCharType="end"/>
            </w:r>
          </w:hyperlink>
        </w:p>
        <w:p w14:paraId="54CC4962" w14:textId="151FD513" w:rsidR="007A5099" w:rsidRDefault="007A5099">
          <w:pPr>
            <w:pStyle w:val="TOC1"/>
            <w:rPr>
              <w:rFonts w:asciiTheme="minorHAnsi" w:eastAsiaTheme="minorEastAsia" w:hAnsiTheme="minorHAnsi" w:cstheme="minorBidi"/>
              <w:b w:val="0"/>
              <w:bCs w:val="0"/>
              <w:w w:val="100"/>
              <w:sz w:val="24"/>
              <w:szCs w:val="24"/>
            </w:rPr>
          </w:pPr>
          <w:hyperlink w:anchor="_Toc232406129" w:history="1">
            <w:r w:rsidRPr="00F241EF">
              <w:rPr>
                <w:rStyle w:val="Hyperlink"/>
              </w:rPr>
              <w:t>How to Access ACB Media Programming</w:t>
            </w:r>
            <w:r>
              <w:rPr>
                <w:webHidden/>
              </w:rPr>
              <w:tab/>
            </w:r>
            <w:r>
              <w:rPr>
                <w:webHidden/>
              </w:rPr>
              <w:fldChar w:fldCharType="begin"/>
            </w:r>
            <w:r>
              <w:rPr>
                <w:webHidden/>
              </w:rPr>
              <w:instrText xml:space="preserve"> PAGEREF _Toc232406129 \h </w:instrText>
            </w:r>
            <w:r>
              <w:rPr>
                <w:webHidden/>
              </w:rPr>
            </w:r>
            <w:r>
              <w:rPr>
                <w:webHidden/>
              </w:rPr>
              <w:fldChar w:fldCharType="separate"/>
            </w:r>
            <w:r w:rsidR="001C5B1C">
              <w:rPr>
                <w:webHidden/>
              </w:rPr>
              <w:t>41</w:t>
            </w:r>
            <w:r>
              <w:rPr>
                <w:webHidden/>
              </w:rPr>
              <w:fldChar w:fldCharType="end"/>
            </w:r>
          </w:hyperlink>
        </w:p>
        <w:p w14:paraId="3C2829B7" w14:textId="039CE9F2" w:rsidR="007A5099" w:rsidRDefault="007A5099">
          <w:pPr>
            <w:pStyle w:val="TOC1"/>
            <w:rPr>
              <w:rFonts w:asciiTheme="minorHAnsi" w:eastAsiaTheme="minorEastAsia" w:hAnsiTheme="minorHAnsi" w:cstheme="minorBidi"/>
              <w:b w:val="0"/>
              <w:bCs w:val="0"/>
              <w:w w:val="100"/>
              <w:sz w:val="24"/>
              <w:szCs w:val="24"/>
            </w:rPr>
          </w:pPr>
          <w:hyperlink w:anchor="_Toc232406130" w:history="1">
            <w:r w:rsidRPr="00F241EF">
              <w:rPr>
                <w:rStyle w:val="Hyperlink"/>
              </w:rPr>
              <w:t>Accessing Sessions via Zoom Webinar</w:t>
            </w:r>
            <w:r>
              <w:rPr>
                <w:webHidden/>
              </w:rPr>
              <w:tab/>
            </w:r>
            <w:r>
              <w:rPr>
                <w:webHidden/>
              </w:rPr>
              <w:fldChar w:fldCharType="begin"/>
            </w:r>
            <w:r>
              <w:rPr>
                <w:webHidden/>
              </w:rPr>
              <w:instrText xml:space="preserve"> PAGEREF _Toc232406130 \h </w:instrText>
            </w:r>
            <w:r>
              <w:rPr>
                <w:webHidden/>
              </w:rPr>
            </w:r>
            <w:r>
              <w:rPr>
                <w:webHidden/>
              </w:rPr>
              <w:fldChar w:fldCharType="separate"/>
            </w:r>
            <w:r w:rsidR="001C5B1C">
              <w:rPr>
                <w:webHidden/>
              </w:rPr>
              <w:t>43</w:t>
            </w:r>
            <w:r>
              <w:rPr>
                <w:webHidden/>
              </w:rPr>
              <w:fldChar w:fldCharType="end"/>
            </w:r>
          </w:hyperlink>
        </w:p>
        <w:p w14:paraId="6BD527A5" w14:textId="56A31885" w:rsidR="007A5099" w:rsidRDefault="007A5099">
          <w:pPr>
            <w:pStyle w:val="TOC1"/>
            <w:rPr>
              <w:rFonts w:asciiTheme="minorHAnsi" w:eastAsiaTheme="minorEastAsia" w:hAnsiTheme="minorHAnsi" w:cstheme="minorBidi"/>
              <w:b w:val="0"/>
              <w:bCs w:val="0"/>
              <w:w w:val="100"/>
              <w:sz w:val="24"/>
              <w:szCs w:val="24"/>
            </w:rPr>
          </w:pPr>
          <w:hyperlink w:anchor="_Toc232406131" w:history="1">
            <w:r w:rsidRPr="00F241EF">
              <w:rPr>
                <w:rStyle w:val="Hyperlink"/>
              </w:rPr>
              <w:t>ACB Photography/Videography</w:t>
            </w:r>
            <w:r>
              <w:rPr>
                <w:webHidden/>
              </w:rPr>
              <w:tab/>
            </w:r>
            <w:r>
              <w:rPr>
                <w:webHidden/>
              </w:rPr>
              <w:fldChar w:fldCharType="begin"/>
            </w:r>
            <w:r>
              <w:rPr>
                <w:webHidden/>
              </w:rPr>
              <w:instrText xml:space="preserve"> PAGEREF _Toc232406131 \h </w:instrText>
            </w:r>
            <w:r>
              <w:rPr>
                <w:webHidden/>
              </w:rPr>
            </w:r>
            <w:r>
              <w:rPr>
                <w:webHidden/>
              </w:rPr>
              <w:fldChar w:fldCharType="separate"/>
            </w:r>
            <w:r w:rsidR="001C5B1C">
              <w:rPr>
                <w:webHidden/>
              </w:rPr>
              <w:t>45</w:t>
            </w:r>
            <w:r>
              <w:rPr>
                <w:webHidden/>
              </w:rPr>
              <w:fldChar w:fldCharType="end"/>
            </w:r>
          </w:hyperlink>
        </w:p>
        <w:p w14:paraId="6B5EE0CC" w14:textId="716E2011" w:rsidR="007A5099" w:rsidRDefault="007A5099">
          <w:pPr>
            <w:pStyle w:val="TOC1"/>
            <w:rPr>
              <w:rFonts w:asciiTheme="minorHAnsi" w:eastAsiaTheme="minorEastAsia" w:hAnsiTheme="minorHAnsi" w:cstheme="minorBidi"/>
              <w:b w:val="0"/>
              <w:bCs w:val="0"/>
              <w:w w:val="100"/>
              <w:sz w:val="24"/>
              <w:szCs w:val="24"/>
            </w:rPr>
          </w:pPr>
          <w:hyperlink w:anchor="_Toc232406132" w:history="1">
            <w:r w:rsidRPr="00F241EF">
              <w:rPr>
                <w:rStyle w:val="Hyperlink"/>
              </w:rPr>
              <w:t>Medical Information</w:t>
            </w:r>
            <w:r>
              <w:rPr>
                <w:webHidden/>
              </w:rPr>
              <w:tab/>
            </w:r>
            <w:r>
              <w:rPr>
                <w:webHidden/>
              </w:rPr>
              <w:fldChar w:fldCharType="begin"/>
            </w:r>
            <w:r>
              <w:rPr>
                <w:webHidden/>
              </w:rPr>
              <w:instrText xml:space="preserve"> PAGEREF _Toc232406132 \h </w:instrText>
            </w:r>
            <w:r>
              <w:rPr>
                <w:webHidden/>
              </w:rPr>
            </w:r>
            <w:r>
              <w:rPr>
                <w:webHidden/>
              </w:rPr>
              <w:fldChar w:fldCharType="separate"/>
            </w:r>
            <w:r w:rsidR="001C5B1C">
              <w:rPr>
                <w:webHidden/>
              </w:rPr>
              <w:t>46</w:t>
            </w:r>
            <w:r>
              <w:rPr>
                <w:webHidden/>
              </w:rPr>
              <w:fldChar w:fldCharType="end"/>
            </w:r>
          </w:hyperlink>
        </w:p>
        <w:p w14:paraId="31E2D5B1" w14:textId="27445532" w:rsidR="007A5099" w:rsidRDefault="007A5099">
          <w:pPr>
            <w:pStyle w:val="TOC1"/>
            <w:rPr>
              <w:rFonts w:asciiTheme="minorHAnsi" w:eastAsiaTheme="minorEastAsia" w:hAnsiTheme="minorHAnsi" w:cstheme="minorBidi"/>
              <w:b w:val="0"/>
              <w:bCs w:val="0"/>
              <w:w w:val="100"/>
              <w:sz w:val="24"/>
              <w:szCs w:val="24"/>
            </w:rPr>
          </w:pPr>
          <w:hyperlink w:anchor="_Toc232406133" w:history="1">
            <w:r w:rsidRPr="00F241EF">
              <w:rPr>
                <w:rStyle w:val="Hyperlink"/>
              </w:rPr>
              <w:t>Guide Dog User Information</w:t>
            </w:r>
            <w:r>
              <w:rPr>
                <w:webHidden/>
              </w:rPr>
              <w:tab/>
            </w:r>
            <w:r>
              <w:rPr>
                <w:webHidden/>
              </w:rPr>
              <w:fldChar w:fldCharType="begin"/>
            </w:r>
            <w:r>
              <w:rPr>
                <w:webHidden/>
              </w:rPr>
              <w:instrText xml:space="preserve"> PAGEREF _Toc232406133 \h </w:instrText>
            </w:r>
            <w:r>
              <w:rPr>
                <w:webHidden/>
              </w:rPr>
            </w:r>
            <w:r>
              <w:rPr>
                <w:webHidden/>
              </w:rPr>
              <w:fldChar w:fldCharType="separate"/>
            </w:r>
            <w:r w:rsidR="001C5B1C">
              <w:rPr>
                <w:webHidden/>
              </w:rPr>
              <w:t>49</w:t>
            </w:r>
            <w:r>
              <w:rPr>
                <w:webHidden/>
              </w:rPr>
              <w:fldChar w:fldCharType="end"/>
            </w:r>
          </w:hyperlink>
        </w:p>
        <w:p w14:paraId="662CAA36" w14:textId="6D3827DC" w:rsidR="007A5099" w:rsidRDefault="007A5099">
          <w:pPr>
            <w:pStyle w:val="TOC1"/>
            <w:rPr>
              <w:rFonts w:asciiTheme="minorHAnsi" w:eastAsiaTheme="minorEastAsia" w:hAnsiTheme="minorHAnsi" w:cstheme="minorBidi"/>
              <w:b w:val="0"/>
              <w:bCs w:val="0"/>
              <w:w w:val="100"/>
              <w:sz w:val="24"/>
              <w:szCs w:val="24"/>
            </w:rPr>
          </w:pPr>
          <w:hyperlink w:anchor="_Toc232406134" w:history="1">
            <w:r w:rsidRPr="00F241EF">
              <w:rPr>
                <w:rStyle w:val="Hyperlink"/>
              </w:rPr>
              <w:t>Veterinary Care</w:t>
            </w:r>
            <w:r>
              <w:rPr>
                <w:webHidden/>
              </w:rPr>
              <w:tab/>
            </w:r>
            <w:r>
              <w:rPr>
                <w:webHidden/>
              </w:rPr>
              <w:fldChar w:fldCharType="begin"/>
            </w:r>
            <w:r>
              <w:rPr>
                <w:webHidden/>
              </w:rPr>
              <w:instrText xml:space="preserve"> PAGEREF _Toc232406134 \h </w:instrText>
            </w:r>
            <w:r>
              <w:rPr>
                <w:webHidden/>
              </w:rPr>
            </w:r>
            <w:r>
              <w:rPr>
                <w:webHidden/>
              </w:rPr>
              <w:fldChar w:fldCharType="separate"/>
            </w:r>
            <w:r w:rsidR="001C5B1C">
              <w:rPr>
                <w:webHidden/>
              </w:rPr>
              <w:t>50</w:t>
            </w:r>
            <w:r>
              <w:rPr>
                <w:webHidden/>
              </w:rPr>
              <w:fldChar w:fldCharType="end"/>
            </w:r>
          </w:hyperlink>
        </w:p>
        <w:p w14:paraId="5A8ABB53" w14:textId="6C391E09" w:rsidR="007A5099" w:rsidRDefault="007A5099">
          <w:pPr>
            <w:pStyle w:val="TOC1"/>
            <w:rPr>
              <w:rFonts w:asciiTheme="minorHAnsi" w:eastAsiaTheme="minorEastAsia" w:hAnsiTheme="minorHAnsi" w:cstheme="minorBidi"/>
              <w:b w:val="0"/>
              <w:bCs w:val="0"/>
              <w:w w:val="100"/>
              <w:sz w:val="24"/>
              <w:szCs w:val="24"/>
            </w:rPr>
          </w:pPr>
          <w:hyperlink w:anchor="_Toc232406135" w:history="1">
            <w:r w:rsidRPr="00F241EF">
              <w:rPr>
                <w:rStyle w:val="Hyperlink"/>
              </w:rPr>
              <w:t>Religious Activities</w:t>
            </w:r>
            <w:r>
              <w:rPr>
                <w:webHidden/>
              </w:rPr>
              <w:tab/>
            </w:r>
            <w:r>
              <w:rPr>
                <w:webHidden/>
              </w:rPr>
              <w:fldChar w:fldCharType="begin"/>
            </w:r>
            <w:r>
              <w:rPr>
                <w:webHidden/>
              </w:rPr>
              <w:instrText xml:space="preserve"> PAGEREF _Toc232406135 \h </w:instrText>
            </w:r>
            <w:r>
              <w:rPr>
                <w:webHidden/>
              </w:rPr>
            </w:r>
            <w:r>
              <w:rPr>
                <w:webHidden/>
              </w:rPr>
              <w:fldChar w:fldCharType="separate"/>
            </w:r>
            <w:r w:rsidR="001C5B1C">
              <w:rPr>
                <w:webHidden/>
              </w:rPr>
              <w:t>51</w:t>
            </w:r>
            <w:r>
              <w:rPr>
                <w:webHidden/>
              </w:rPr>
              <w:fldChar w:fldCharType="end"/>
            </w:r>
          </w:hyperlink>
        </w:p>
        <w:p w14:paraId="17413399" w14:textId="67D921E5" w:rsidR="007A5099" w:rsidRDefault="007A5099">
          <w:pPr>
            <w:pStyle w:val="TOC1"/>
            <w:rPr>
              <w:rFonts w:asciiTheme="minorHAnsi" w:eastAsiaTheme="minorEastAsia" w:hAnsiTheme="minorHAnsi" w:cstheme="minorBidi"/>
              <w:b w:val="0"/>
              <w:bCs w:val="0"/>
              <w:w w:val="100"/>
              <w:sz w:val="24"/>
              <w:szCs w:val="24"/>
            </w:rPr>
          </w:pPr>
          <w:hyperlink w:anchor="_Toc232406136" w:history="1">
            <w:r w:rsidRPr="00F241EF">
              <w:rPr>
                <w:rStyle w:val="Hyperlink"/>
              </w:rPr>
              <w:t>Convention Standing Rules</w:t>
            </w:r>
            <w:r>
              <w:rPr>
                <w:webHidden/>
              </w:rPr>
              <w:tab/>
            </w:r>
            <w:r>
              <w:rPr>
                <w:webHidden/>
              </w:rPr>
              <w:fldChar w:fldCharType="begin"/>
            </w:r>
            <w:r>
              <w:rPr>
                <w:webHidden/>
              </w:rPr>
              <w:instrText xml:space="preserve"> PAGEREF _Toc232406136 \h </w:instrText>
            </w:r>
            <w:r>
              <w:rPr>
                <w:webHidden/>
              </w:rPr>
            </w:r>
            <w:r>
              <w:rPr>
                <w:webHidden/>
              </w:rPr>
              <w:fldChar w:fldCharType="separate"/>
            </w:r>
            <w:r w:rsidR="001C5B1C">
              <w:rPr>
                <w:webHidden/>
              </w:rPr>
              <w:t>51</w:t>
            </w:r>
            <w:r>
              <w:rPr>
                <w:webHidden/>
              </w:rPr>
              <w:fldChar w:fldCharType="end"/>
            </w:r>
          </w:hyperlink>
        </w:p>
        <w:p w14:paraId="3B654342" w14:textId="0D2C0706" w:rsidR="007A5099" w:rsidRDefault="007A5099">
          <w:pPr>
            <w:pStyle w:val="TOC1"/>
            <w:rPr>
              <w:rFonts w:asciiTheme="minorHAnsi" w:eastAsiaTheme="minorEastAsia" w:hAnsiTheme="minorHAnsi" w:cstheme="minorBidi"/>
              <w:b w:val="0"/>
              <w:bCs w:val="0"/>
              <w:w w:val="100"/>
              <w:sz w:val="24"/>
              <w:szCs w:val="24"/>
            </w:rPr>
          </w:pPr>
          <w:hyperlink w:anchor="_Toc232406137" w:history="1">
            <w:r w:rsidRPr="00F241EF">
              <w:rPr>
                <w:rStyle w:val="Hyperlink"/>
              </w:rPr>
              <w:t>General Session Agenda</w:t>
            </w:r>
            <w:r>
              <w:rPr>
                <w:webHidden/>
              </w:rPr>
              <w:tab/>
            </w:r>
            <w:r>
              <w:rPr>
                <w:webHidden/>
              </w:rPr>
              <w:fldChar w:fldCharType="begin"/>
            </w:r>
            <w:r>
              <w:rPr>
                <w:webHidden/>
              </w:rPr>
              <w:instrText xml:space="preserve"> PAGEREF _Toc232406137 \h </w:instrText>
            </w:r>
            <w:r>
              <w:rPr>
                <w:webHidden/>
              </w:rPr>
            </w:r>
            <w:r>
              <w:rPr>
                <w:webHidden/>
              </w:rPr>
              <w:fldChar w:fldCharType="separate"/>
            </w:r>
            <w:r w:rsidR="001C5B1C">
              <w:rPr>
                <w:webHidden/>
              </w:rPr>
              <w:t>57</w:t>
            </w:r>
            <w:r>
              <w:rPr>
                <w:webHidden/>
              </w:rPr>
              <w:fldChar w:fldCharType="end"/>
            </w:r>
          </w:hyperlink>
        </w:p>
        <w:p w14:paraId="36D20A2D" w14:textId="464FF9A1" w:rsidR="007A5099" w:rsidRDefault="007A5099">
          <w:pPr>
            <w:pStyle w:val="TOC1"/>
            <w:rPr>
              <w:rFonts w:asciiTheme="minorHAnsi" w:eastAsiaTheme="minorEastAsia" w:hAnsiTheme="minorHAnsi" w:cstheme="minorBidi"/>
              <w:b w:val="0"/>
              <w:bCs w:val="0"/>
              <w:w w:val="100"/>
              <w:sz w:val="24"/>
              <w:szCs w:val="24"/>
            </w:rPr>
          </w:pPr>
          <w:hyperlink w:anchor="_Toc232406138" w:history="1">
            <w:r w:rsidRPr="00F241EF">
              <w:rPr>
                <w:rStyle w:val="Hyperlink"/>
              </w:rPr>
              <w:t>Special Interest Affiliate Meetings</w:t>
            </w:r>
            <w:r>
              <w:rPr>
                <w:webHidden/>
              </w:rPr>
              <w:tab/>
            </w:r>
            <w:r>
              <w:rPr>
                <w:webHidden/>
              </w:rPr>
              <w:fldChar w:fldCharType="begin"/>
            </w:r>
            <w:r>
              <w:rPr>
                <w:webHidden/>
              </w:rPr>
              <w:instrText xml:space="preserve"> PAGEREF _Toc232406138 \h </w:instrText>
            </w:r>
            <w:r>
              <w:rPr>
                <w:webHidden/>
              </w:rPr>
            </w:r>
            <w:r>
              <w:rPr>
                <w:webHidden/>
              </w:rPr>
              <w:fldChar w:fldCharType="separate"/>
            </w:r>
            <w:r w:rsidR="001C5B1C">
              <w:rPr>
                <w:webHidden/>
              </w:rPr>
              <w:t>71</w:t>
            </w:r>
            <w:r>
              <w:rPr>
                <w:webHidden/>
              </w:rPr>
              <w:fldChar w:fldCharType="end"/>
            </w:r>
          </w:hyperlink>
        </w:p>
        <w:p w14:paraId="32DD39F7" w14:textId="74B5E4A0" w:rsidR="007A5099" w:rsidRDefault="007A5099">
          <w:pPr>
            <w:pStyle w:val="TOC2"/>
            <w:rPr>
              <w:rFonts w:asciiTheme="minorHAnsi" w:eastAsiaTheme="minorEastAsia" w:hAnsiTheme="minorHAnsi" w:cstheme="minorBidi"/>
              <w:noProof/>
              <w:sz w:val="24"/>
              <w:szCs w:val="24"/>
            </w:rPr>
          </w:pPr>
          <w:hyperlink w:anchor="_Toc232406139" w:history="1">
            <w:r w:rsidRPr="00F241EF">
              <w:rPr>
                <w:rStyle w:val="Hyperlink"/>
                <w:noProof/>
              </w:rPr>
              <w:t>American Association of Blind Teachers</w:t>
            </w:r>
            <w:r>
              <w:rPr>
                <w:noProof/>
                <w:webHidden/>
              </w:rPr>
              <w:tab/>
            </w:r>
            <w:r>
              <w:rPr>
                <w:noProof/>
                <w:webHidden/>
              </w:rPr>
              <w:fldChar w:fldCharType="begin"/>
            </w:r>
            <w:r>
              <w:rPr>
                <w:noProof/>
                <w:webHidden/>
              </w:rPr>
              <w:instrText xml:space="preserve"> PAGEREF _Toc232406139 \h </w:instrText>
            </w:r>
            <w:r>
              <w:rPr>
                <w:noProof/>
                <w:webHidden/>
              </w:rPr>
            </w:r>
            <w:r>
              <w:rPr>
                <w:noProof/>
                <w:webHidden/>
              </w:rPr>
              <w:fldChar w:fldCharType="separate"/>
            </w:r>
            <w:r w:rsidR="001C5B1C">
              <w:rPr>
                <w:noProof/>
                <w:webHidden/>
              </w:rPr>
              <w:t>71</w:t>
            </w:r>
            <w:r>
              <w:rPr>
                <w:noProof/>
                <w:webHidden/>
              </w:rPr>
              <w:fldChar w:fldCharType="end"/>
            </w:r>
          </w:hyperlink>
        </w:p>
        <w:p w14:paraId="6C05757F" w14:textId="4A763BBD" w:rsidR="007A5099" w:rsidRDefault="007A5099">
          <w:pPr>
            <w:pStyle w:val="TOC2"/>
            <w:rPr>
              <w:rFonts w:asciiTheme="minorHAnsi" w:eastAsiaTheme="minorEastAsia" w:hAnsiTheme="minorHAnsi" w:cstheme="minorBidi"/>
              <w:noProof/>
              <w:sz w:val="24"/>
              <w:szCs w:val="24"/>
            </w:rPr>
          </w:pPr>
          <w:hyperlink w:anchor="_Toc232406140" w:history="1">
            <w:r w:rsidRPr="00F241EF">
              <w:rPr>
                <w:rStyle w:val="Hyperlink"/>
                <w:noProof/>
              </w:rPr>
              <w:t>American Association of Visually Impaired Attorneys</w:t>
            </w:r>
            <w:r>
              <w:rPr>
                <w:noProof/>
                <w:webHidden/>
              </w:rPr>
              <w:tab/>
            </w:r>
            <w:r>
              <w:rPr>
                <w:noProof/>
                <w:webHidden/>
              </w:rPr>
              <w:fldChar w:fldCharType="begin"/>
            </w:r>
            <w:r>
              <w:rPr>
                <w:noProof/>
                <w:webHidden/>
              </w:rPr>
              <w:instrText xml:space="preserve"> PAGEREF _Toc232406140 \h </w:instrText>
            </w:r>
            <w:r>
              <w:rPr>
                <w:noProof/>
                <w:webHidden/>
              </w:rPr>
            </w:r>
            <w:r>
              <w:rPr>
                <w:noProof/>
                <w:webHidden/>
              </w:rPr>
              <w:fldChar w:fldCharType="separate"/>
            </w:r>
            <w:r w:rsidR="001C5B1C">
              <w:rPr>
                <w:noProof/>
                <w:webHidden/>
              </w:rPr>
              <w:t>74</w:t>
            </w:r>
            <w:r>
              <w:rPr>
                <w:noProof/>
                <w:webHidden/>
              </w:rPr>
              <w:fldChar w:fldCharType="end"/>
            </w:r>
          </w:hyperlink>
        </w:p>
        <w:p w14:paraId="28796EE4" w14:textId="54D37346" w:rsidR="007A5099" w:rsidRDefault="007A5099">
          <w:pPr>
            <w:pStyle w:val="TOC2"/>
            <w:rPr>
              <w:rFonts w:asciiTheme="minorHAnsi" w:eastAsiaTheme="minorEastAsia" w:hAnsiTheme="minorHAnsi" w:cstheme="minorBidi"/>
              <w:noProof/>
              <w:sz w:val="24"/>
              <w:szCs w:val="24"/>
            </w:rPr>
          </w:pPr>
          <w:hyperlink w:anchor="_Toc232406141" w:history="1">
            <w:r w:rsidRPr="00F241EF">
              <w:rPr>
                <w:rStyle w:val="Hyperlink"/>
                <w:noProof/>
              </w:rPr>
              <w:t>Alliance on Aging and Vision Loss</w:t>
            </w:r>
            <w:r>
              <w:rPr>
                <w:noProof/>
                <w:webHidden/>
              </w:rPr>
              <w:tab/>
            </w:r>
            <w:r>
              <w:rPr>
                <w:noProof/>
                <w:webHidden/>
              </w:rPr>
              <w:fldChar w:fldCharType="begin"/>
            </w:r>
            <w:r>
              <w:rPr>
                <w:noProof/>
                <w:webHidden/>
              </w:rPr>
              <w:instrText xml:space="preserve"> PAGEREF _Toc232406141 \h </w:instrText>
            </w:r>
            <w:r>
              <w:rPr>
                <w:noProof/>
                <w:webHidden/>
              </w:rPr>
            </w:r>
            <w:r>
              <w:rPr>
                <w:noProof/>
                <w:webHidden/>
              </w:rPr>
              <w:fldChar w:fldCharType="separate"/>
            </w:r>
            <w:r w:rsidR="001C5B1C">
              <w:rPr>
                <w:noProof/>
                <w:webHidden/>
              </w:rPr>
              <w:t>80</w:t>
            </w:r>
            <w:r>
              <w:rPr>
                <w:noProof/>
                <w:webHidden/>
              </w:rPr>
              <w:fldChar w:fldCharType="end"/>
            </w:r>
          </w:hyperlink>
        </w:p>
        <w:p w14:paraId="559FEE14" w14:textId="7EA25A98" w:rsidR="007A5099" w:rsidRDefault="007A5099">
          <w:pPr>
            <w:pStyle w:val="TOC2"/>
            <w:rPr>
              <w:rFonts w:asciiTheme="minorHAnsi" w:eastAsiaTheme="minorEastAsia" w:hAnsiTheme="minorHAnsi" w:cstheme="minorBidi"/>
              <w:noProof/>
              <w:sz w:val="24"/>
              <w:szCs w:val="24"/>
            </w:rPr>
          </w:pPr>
          <w:hyperlink w:anchor="_Toc232406142" w:history="1">
            <w:r w:rsidRPr="00F241EF">
              <w:rPr>
                <w:rStyle w:val="Hyperlink"/>
                <w:noProof/>
              </w:rPr>
              <w:t>ACB Diabetics in Action</w:t>
            </w:r>
            <w:r>
              <w:rPr>
                <w:noProof/>
                <w:webHidden/>
              </w:rPr>
              <w:tab/>
            </w:r>
            <w:r>
              <w:rPr>
                <w:noProof/>
                <w:webHidden/>
              </w:rPr>
              <w:fldChar w:fldCharType="begin"/>
            </w:r>
            <w:r>
              <w:rPr>
                <w:noProof/>
                <w:webHidden/>
              </w:rPr>
              <w:instrText xml:space="preserve"> PAGEREF _Toc232406142 \h </w:instrText>
            </w:r>
            <w:r>
              <w:rPr>
                <w:noProof/>
                <w:webHidden/>
              </w:rPr>
            </w:r>
            <w:r>
              <w:rPr>
                <w:noProof/>
                <w:webHidden/>
              </w:rPr>
              <w:fldChar w:fldCharType="separate"/>
            </w:r>
            <w:r w:rsidR="001C5B1C">
              <w:rPr>
                <w:noProof/>
                <w:webHidden/>
              </w:rPr>
              <w:t>81</w:t>
            </w:r>
            <w:r>
              <w:rPr>
                <w:noProof/>
                <w:webHidden/>
              </w:rPr>
              <w:fldChar w:fldCharType="end"/>
            </w:r>
          </w:hyperlink>
        </w:p>
        <w:p w14:paraId="737D5984" w14:textId="773C84C6" w:rsidR="007A5099" w:rsidRDefault="007A5099">
          <w:pPr>
            <w:pStyle w:val="TOC2"/>
            <w:rPr>
              <w:rFonts w:asciiTheme="minorHAnsi" w:eastAsiaTheme="minorEastAsia" w:hAnsiTheme="minorHAnsi" w:cstheme="minorBidi"/>
              <w:noProof/>
              <w:sz w:val="24"/>
              <w:szCs w:val="24"/>
            </w:rPr>
          </w:pPr>
          <w:hyperlink w:anchor="_Toc232406143" w:history="1">
            <w:r w:rsidRPr="00F241EF">
              <w:rPr>
                <w:rStyle w:val="Hyperlink"/>
                <w:noProof/>
              </w:rPr>
              <w:t>ACB Families</w:t>
            </w:r>
            <w:r>
              <w:rPr>
                <w:noProof/>
                <w:webHidden/>
              </w:rPr>
              <w:tab/>
            </w:r>
            <w:r>
              <w:rPr>
                <w:noProof/>
                <w:webHidden/>
              </w:rPr>
              <w:fldChar w:fldCharType="begin"/>
            </w:r>
            <w:r>
              <w:rPr>
                <w:noProof/>
                <w:webHidden/>
              </w:rPr>
              <w:instrText xml:space="preserve"> PAGEREF _Toc232406143 \h </w:instrText>
            </w:r>
            <w:r>
              <w:rPr>
                <w:noProof/>
                <w:webHidden/>
              </w:rPr>
            </w:r>
            <w:r>
              <w:rPr>
                <w:noProof/>
                <w:webHidden/>
              </w:rPr>
              <w:fldChar w:fldCharType="separate"/>
            </w:r>
            <w:r w:rsidR="001C5B1C">
              <w:rPr>
                <w:noProof/>
                <w:webHidden/>
              </w:rPr>
              <w:t>85</w:t>
            </w:r>
            <w:r>
              <w:rPr>
                <w:noProof/>
                <w:webHidden/>
              </w:rPr>
              <w:fldChar w:fldCharType="end"/>
            </w:r>
          </w:hyperlink>
        </w:p>
        <w:p w14:paraId="2AE01E81" w14:textId="1783E831" w:rsidR="007A5099" w:rsidRDefault="007A5099">
          <w:pPr>
            <w:pStyle w:val="TOC2"/>
            <w:rPr>
              <w:rFonts w:asciiTheme="minorHAnsi" w:eastAsiaTheme="minorEastAsia" w:hAnsiTheme="minorHAnsi" w:cstheme="minorBidi"/>
              <w:noProof/>
              <w:sz w:val="24"/>
              <w:szCs w:val="24"/>
            </w:rPr>
          </w:pPr>
          <w:hyperlink w:anchor="_Toc232406144" w:history="1">
            <w:r w:rsidRPr="00F241EF">
              <w:rPr>
                <w:rStyle w:val="Hyperlink"/>
                <w:noProof/>
              </w:rPr>
              <w:t>ACB Government Employees</w:t>
            </w:r>
            <w:r>
              <w:rPr>
                <w:noProof/>
                <w:webHidden/>
              </w:rPr>
              <w:tab/>
            </w:r>
            <w:r>
              <w:rPr>
                <w:noProof/>
                <w:webHidden/>
              </w:rPr>
              <w:fldChar w:fldCharType="begin"/>
            </w:r>
            <w:r>
              <w:rPr>
                <w:noProof/>
                <w:webHidden/>
              </w:rPr>
              <w:instrText xml:space="preserve"> PAGEREF _Toc232406144 \h </w:instrText>
            </w:r>
            <w:r>
              <w:rPr>
                <w:noProof/>
                <w:webHidden/>
              </w:rPr>
            </w:r>
            <w:r>
              <w:rPr>
                <w:noProof/>
                <w:webHidden/>
              </w:rPr>
              <w:fldChar w:fldCharType="separate"/>
            </w:r>
            <w:r w:rsidR="001C5B1C">
              <w:rPr>
                <w:noProof/>
                <w:webHidden/>
              </w:rPr>
              <w:t>88</w:t>
            </w:r>
            <w:r>
              <w:rPr>
                <w:noProof/>
                <w:webHidden/>
              </w:rPr>
              <w:fldChar w:fldCharType="end"/>
            </w:r>
          </w:hyperlink>
        </w:p>
        <w:p w14:paraId="72FF16F3" w14:textId="2BEDEECF" w:rsidR="007A5099" w:rsidRDefault="007A5099">
          <w:pPr>
            <w:pStyle w:val="TOC2"/>
            <w:rPr>
              <w:rFonts w:asciiTheme="minorHAnsi" w:eastAsiaTheme="minorEastAsia" w:hAnsiTheme="minorHAnsi" w:cstheme="minorBidi"/>
              <w:noProof/>
              <w:sz w:val="24"/>
              <w:szCs w:val="24"/>
            </w:rPr>
          </w:pPr>
          <w:hyperlink w:anchor="_Toc232406145" w:history="1">
            <w:r w:rsidRPr="00F241EF">
              <w:rPr>
                <w:rStyle w:val="Hyperlink"/>
                <w:noProof/>
              </w:rPr>
              <w:t>American Council of Blind Lions</w:t>
            </w:r>
            <w:r>
              <w:rPr>
                <w:noProof/>
                <w:webHidden/>
              </w:rPr>
              <w:tab/>
            </w:r>
            <w:r>
              <w:rPr>
                <w:noProof/>
                <w:webHidden/>
              </w:rPr>
              <w:fldChar w:fldCharType="begin"/>
            </w:r>
            <w:r>
              <w:rPr>
                <w:noProof/>
                <w:webHidden/>
              </w:rPr>
              <w:instrText xml:space="preserve"> PAGEREF _Toc232406145 \h </w:instrText>
            </w:r>
            <w:r>
              <w:rPr>
                <w:noProof/>
                <w:webHidden/>
              </w:rPr>
            </w:r>
            <w:r>
              <w:rPr>
                <w:noProof/>
                <w:webHidden/>
              </w:rPr>
              <w:fldChar w:fldCharType="separate"/>
            </w:r>
            <w:r w:rsidR="001C5B1C">
              <w:rPr>
                <w:noProof/>
                <w:webHidden/>
              </w:rPr>
              <w:t>88</w:t>
            </w:r>
            <w:r>
              <w:rPr>
                <w:noProof/>
                <w:webHidden/>
              </w:rPr>
              <w:fldChar w:fldCharType="end"/>
            </w:r>
          </w:hyperlink>
        </w:p>
        <w:p w14:paraId="3F204B2F" w14:textId="33DD2BDB" w:rsidR="007A5099" w:rsidRDefault="007A5099">
          <w:pPr>
            <w:pStyle w:val="TOC2"/>
            <w:rPr>
              <w:rFonts w:asciiTheme="minorHAnsi" w:eastAsiaTheme="minorEastAsia" w:hAnsiTheme="minorHAnsi" w:cstheme="minorBidi"/>
              <w:noProof/>
              <w:sz w:val="24"/>
              <w:szCs w:val="24"/>
            </w:rPr>
          </w:pPr>
          <w:hyperlink w:anchor="_Toc232406146" w:history="1">
            <w:r w:rsidRPr="00F241EF">
              <w:rPr>
                <w:rStyle w:val="Hyperlink"/>
                <w:noProof/>
              </w:rPr>
              <w:t>ACB Next Generation</w:t>
            </w:r>
            <w:r>
              <w:rPr>
                <w:noProof/>
                <w:webHidden/>
              </w:rPr>
              <w:tab/>
            </w:r>
            <w:r>
              <w:rPr>
                <w:noProof/>
                <w:webHidden/>
              </w:rPr>
              <w:fldChar w:fldCharType="begin"/>
            </w:r>
            <w:r>
              <w:rPr>
                <w:noProof/>
                <w:webHidden/>
              </w:rPr>
              <w:instrText xml:space="preserve"> PAGEREF _Toc232406146 \h </w:instrText>
            </w:r>
            <w:r>
              <w:rPr>
                <w:noProof/>
                <w:webHidden/>
              </w:rPr>
            </w:r>
            <w:r>
              <w:rPr>
                <w:noProof/>
                <w:webHidden/>
              </w:rPr>
              <w:fldChar w:fldCharType="separate"/>
            </w:r>
            <w:r w:rsidR="001C5B1C">
              <w:rPr>
                <w:noProof/>
                <w:webHidden/>
              </w:rPr>
              <w:t>90</w:t>
            </w:r>
            <w:r>
              <w:rPr>
                <w:noProof/>
                <w:webHidden/>
              </w:rPr>
              <w:fldChar w:fldCharType="end"/>
            </w:r>
          </w:hyperlink>
        </w:p>
        <w:p w14:paraId="54F11AEC" w14:textId="4C4827AF" w:rsidR="007A5099" w:rsidRDefault="007A5099">
          <w:pPr>
            <w:pStyle w:val="TOC2"/>
            <w:rPr>
              <w:rFonts w:asciiTheme="minorHAnsi" w:eastAsiaTheme="minorEastAsia" w:hAnsiTheme="minorHAnsi" w:cstheme="minorBidi"/>
              <w:noProof/>
              <w:sz w:val="24"/>
              <w:szCs w:val="24"/>
            </w:rPr>
          </w:pPr>
          <w:hyperlink w:anchor="_Toc232406147" w:history="1">
            <w:r w:rsidRPr="00F241EF">
              <w:rPr>
                <w:rStyle w:val="Hyperlink"/>
                <w:noProof/>
              </w:rPr>
              <w:t>ACB Radio Amateurs</w:t>
            </w:r>
            <w:r>
              <w:rPr>
                <w:noProof/>
                <w:webHidden/>
              </w:rPr>
              <w:tab/>
            </w:r>
            <w:r>
              <w:rPr>
                <w:noProof/>
                <w:webHidden/>
              </w:rPr>
              <w:fldChar w:fldCharType="begin"/>
            </w:r>
            <w:r>
              <w:rPr>
                <w:noProof/>
                <w:webHidden/>
              </w:rPr>
              <w:instrText xml:space="preserve"> PAGEREF _Toc232406147 \h </w:instrText>
            </w:r>
            <w:r>
              <w:rPr>
                <w:noProof/>
                <w:webHidden/>
              </w:rPr>
            </w:r>
            <w:r>
              <w:rPr>
                <w:noProof/>
                <w:webHidden/>
              </w:rPr>
              <w:fldChar w:fldCharType="separate"/>
            </w:r>
            <w:r w:rsidR="001C5B1C">
              <w:rPr>
                <w:noProof/>
                <w:webHidden/>
              </w:rPr>
              <w:t>95</w:t>
            </w:r>
            <w:r>
              <w:rPr>
                <w:noProof/>
                <w:webHidden/>
              </w:rPr>
              <w:fldChar w:fldCharType="end"/>
            </w:r>
          </w:hyperlink>
        </w:p>
        <w:p w14:paraId="40A2A933" w14:textId="739069C5" w:rsidR="007A5099" w:rsidRDefault="007A5099">
          <w:pPr>
            <w:pStyle w:val="TOC2"/>
            <w:rPr>
              <w:rFonts w:asciiTheme="minorHAnsi" w:eastAsiaTheme="minorEastAsia" w:hAnsiTheme="minorHAnsi" w:cstheme="minorBidi"/>
              <w:noProof/>
              <w:sz w:val="24"/>
              <w:szCs w:val="24"/>
            </w:rPr>
          </w:pPr>
          <w:hyperlink w:anchor="_Toc232406148" w:history="1">
            <w:r w:rsidRPr="00F241EF">
              <w:rPr>
                <w:rStyle w:val="Hyperlink"/>
                <w:noProof/>
              </w:rPr>
              <w:t>ACB Students</w:t>
            </w:r>
            <w:r>
              <w:rPr>
                <w:noProof/>
                <w:webHidden/>
              </w:rPr>
              <w:tab/>
            </w:r>
            <w:r>
              <w:rPr>
                <w:noProof/>
                <w:webHidden/>
              </w:rPr>
              <w:fldChar w:fldCharType="begin"/>
            </w:r>
            <w:r>
              <w:rPr>
                <w:noProof/>
                <w:webHidden/>
              </w:rPr>
              <w:instrText xml:space="preserve"> PAGEREF _Toc232406148 \h </w:instrText>
            </w:r>
            <w:r>
              <w:rPr>
                <w:noProof/>
                <w:webHidden/>
              </w:rPr>
            </w:r>
            <w:r>
              <w:rPr>
                <w:noProof/>
                <w:webHidden/>
              </w:rPr>
              <w:fldChar w:fldCharType="separate"/>
            </w:r>
            <w:r w:rsidR="001C5B1C">
              <w:rPr>
                <w:noProof/>
                <w:webHidden/>
              </w:rPr>
              <w:t>95</w:t>
            </w:r>
            <w:r>
              <w:rPr>
                <w:noProof/>
                <w:webHidden/>
              </w:rPr>
              <w:fldChar w:fldCharType="end"/>
            </w:r>
          </w:hyperlink>
        </w:p>
        <w:p w14:paraId="3B41DEB9" w14:textId="3117A2DF" w:rsidR="007A5099" w:rsidRDefault="007A5099">
          <w:pPr>
            <w:pStyle w:val="TOC2"/>
            <w:rPr>
              <w:rFonts w:asciiTheme="minorHAnsi" w:eastAsiaTheme="minorEastAsia" w:hAnsiTheme="minorHAnsi" w:cstheme="minorBidi"/>
              <w:noProof/>
              <w:sz w:val="24"/>
              <w:szCs w:val="24"/>
            </w:rPr>
          </w:pPr>
          <w:hyperlink w:anchor="_Toc232406149" w:history="1">
            <w:r w:rsidRPr="00F241EF">
              <w:rPr>
                <w:rStyle w:val="Hyperlink"/>
                <w:noProof/>
              </w:rPr>
              <w:t>Blind Information Technology Solutions</w:t>
            </w:r>
            <w:r>
              <w:rPr>
                <w:noProof/>
                <w:webHidden/>
              </w:rPr>
              <w:tab/>
            </w:r>
            <w:r>
              <w:rPr>
                <w:noProof/>
                <w:webHidden/>
              </w:rPr>
              <w:fldChar w:fldCharType="begin"/>
            </w:r>
            <w:r>
              <w:rPr>
                <w:noProof/>
                <w:webHidden/>
              </w:rPr>
              <w:instrText xml:space="preserve"> PAGEREF _Toc232406149 \h </w:instrText>
            </w:r>
            <w:r>
              <w:rPr>
                <w:noProof/>
                <w:webHidden/>
              </w:rPr>
            </w:r>
            <w:r>
              <w:rPr>
                <w:noProof/>
                <w:webHidden/>
              </w:rPr>
              <w:fldChar w:fldCharType="separate"/>
            </w:r>
            <w:r w:rsidR="001C5B1C">
              <w:rPr>
                <w:noProof/>
                <w:webHidden/>
              </w:rPr>
              <w:t>102</w:t>
            </w:r>
            <w:r>
              <w:rPr>
                <w:noProof/>
                <w:webHidden/>
              </w:rPr>
              <w:fldChar w:fldCharType="end"/>
            </w:r>
          </w:hyperlink>
        </w:p>
        <w:p w14:paraId="690A26D6" w14:textId="373184DD" w:rsidR="007A5099" w:rsidRDefault="007A5099">
          <w:pPr>
            <w:pStyle w:val="TOC2"/>
            <w:rPr>
              <w:rFonts w:asciiTheme="minorHAnsi" w:eastAsiaTheme="minorEastAsia" w:hAnsiTheme="minorHAnsi" w:cstheme="minorBidi"/>
              <w:noProof/>
              <w:sz w:val="24"/>
              <w:szCs w:val="24"/>
            </w:rPr>
          </w:pPr>
          <w:hyperlink w:anchor="_Toc232406150" w:history="1">
            <w:r w:rsidRPr="00F241EF">
              <w:rPr>
                <w:rStyle w:val="Hyperlink"/>
                <w:noProof/>
              </w:rPr>
              <w:t>Braille Revival League</w:t>
            </w:r>
            <w:r>
              <w:rPr>
                <w:noProof/>
                <w:webHidden/>
              </w:rPr>
              <w:tab/>
            </w:r>
            <w:r>
              <w:rPr>
                <w:noProof/>
                <w:webHidden/>
              </w:rPr>
              <w:fldChar w:fldCharType="begin"/>
            </w:r>
            <w:r>
              <w:rPr>
                <w:noProof/>
                <w:webHidden/>
              </w:rPr>
              <w:instrText xml:space="preserve"> PAGEREF _Toc232406150 \h </w:instrText>
            </w:r>
            <w:r>
              <w:rPr>
                <w:noProof/>
                <w:webHidden/>
              </w:rPr>
            </w:r>
            <w:r>
              <w:rPr>
                <w:noProof/>
                <w:webHidden/>
              </w:rPr>
              <w:fldChar w:fldCharType="separate"/>
            </w:r>
            <w:r w:rsidR="001C5B1C">
              <w:rPr>
                <w:noProof/>
                <w:webHidden/>
              </w:rPr>
              <w:t>122</w:t>
            </w:r>
            <w:r>
              <w:rPr>
                <w:noProof/>
                <w:webHidden/>
              </w:rPr>
              <w:fldChar w:fldCharType="end"/>
            </w:r>
          </w:hyperlink>
        </w:p>
        <w:p w14:paraId="4580D275" w14:textId="742C8ABA" w:rsidR="007A5099" w:rsidRDefault="007A5099">
          <w:pPr>
            <w:pStyle w:val="TOC2"/>
            <w:rPr>
              <w:rFonts w:asciiTheme="minorHAnsi" w:eastAsiaTheme="minorEastAsia" w:hAnsiTheme="minorHAnsi" w:cstheme="minorBidi"/>
              <w:noProof/>
              <w:sz w:val="24"/>
              <w:szCs w:val="24"/>
            </w:rPr>
          </w:pPr>
          <w:hyperlink w:anchor="_Toc232406151" w:history="1">
            <w:r w:rsidRPr="00F241EF">
              <w:rPr>
                <w:rStyle w:val="Hyperlink"/>
                <w:noProof/>
              </w:rPr>
              <w:t>Friends In Art</w:t>
            </w:r>
            <w:r>
              <w:rPr>
                <w:noProof/>
                <w:webHidden/>
              </w:rPr>
              <w:tab/>
            </w:r>
            <w:r>
              <w:rPr>
                <w:noProof/>
                <w:webHidden/>
              </w:rPr>
              <w:fldChar w:fldCharType="begin"/>
            </w:r>
            <w:r>
              <w:rPr>
                <w:noProof/>
                <w:webHidden/>
              </w:rPr>
              <w:instrText xml:space="preserve"> PAGEREF _Toc232406151 \h </w:instrText>
            </w:r>
            <w:r>
              <w:rPr>
                <w:noProof/>
                <w:webHidden/>
              </w:rPr>
            </w:r>
            <w:r>
              <w:rPr>
                <w:noProof/>
                <w:webHidden/>
              </w:rPr>
              <w:fldChar w:fldCharType="separate"/>
            </w:r>
            <w:r w:rsidR="001C5B1C">
              <w:rPr>
                <w:noProof/>
                <w:webHidden/>
              </w:rPr>
              <w:t>125</w:t>
            </w:r>
            <w:r>
              <w:rPr>
                <w:noProof/>
                <w:webHidden/>
              </w:rPr>
              <w:fldChar w:fldCharType="end"/>
            </w:r>
          </w:hyperlink>
        </w:p>
        <w:p w14:paraId="7A16AFDD" w14:textId="5E37CFCE" w:rsidR="007A5099" w:rsidRDefault="007A5099">
          <w:pPr>
            <w:pStyle w:val="TOC2"/>
            <w:rPr>
              <w:rFonts w:asciiTheme="minorHAnsi" w:eastAsiaTheme="minorEastAsia" w:hAnsiTheme="minorHAnsi" w:cstheme="minorBidi"/>
              <w:noProof/>
              <w:sz w:val="24"/>
              <w:szCs w:val="24"/>
            </w:rPr>
          </w:pPr>
          <w:hyperlink w:anchor="_Toc232406152" w:history="1">
            <w:r w:rsidRPr="00F241EF">
              <w:rPr>
                <w:rStyle w:val="Hyperlink"/>
                <w:noProof/>
              </w:rPr>
              <w:t>Guide Dog Users, Inc.</w:t>
            </w:r>
            <w:r>
              <w:rPr>
                <w:noProof/>
                <w:webHidden/>
              </w:rPr>
              <w:tab/>
            </w:r>
            <w:r>
              <w:rPr>
                <w:noProof/>
                <w:webHidden/>
              </w:rPr>
              <w:fldChar w:fldCharType="begin"/>
            </w:r>
            <w:r>
              <w:rPr>
                <w:noProof/>
                <w:webHidden/>
              </w:rPr>
              <w:instrText xml:space="preserve"> PAGEREF _Toc232406152 \h </w:instrText>
            </w:r>
            <w:r>
              <w:rPr>
                <w:noProof/>
                <w:webHidden/>
              </w:rPr>
            </w:r>
            <w:r>
              <w:rPr>
                <w:noProof/>
                <w:webHidden/>
              </w:rPr>
              <w:fldChar w:fldCharType="separate"/>
            </w:r>
            <w:r w:rsidR="001C5B1C">
              <w:rPr>
                <w:noProof/>
                <w:webHidden/>
              </w:rPr>
              <w:t>127</w:t>
            </w:r>
            <w:r>
              <w:rPr>
                <w:noProof/>
                <w:webHidden/>
              </w:rPr>
              <w:fldChar w:fldCharType="end"/>
            </w:r>
          </w:hyperlink>
        </w:p>
        <w:p w14:paraId="53659790" w14:textId="21D87E05" w:rsidR="007A5099" w:rsidRDefault="007A5099">
          <w:pPr>
            <w:pStyle w:val="TOC2"/>
            <w:rPr>
              <w:rFonts w:asciiTheme="minorHAnsi" w:eastAsiaTheme="minorEastAsia" w:hAnsiTheme="minorHAnsi" w:cstheme="minorBidi"/>
              <w:noProof/>
              <w:sz w:val="24"/>
              <w:szCs w:val="24"/>
            </w:rPr>
          </w:pPr>
          <w:hyperlink w:anchor="_Toc232406153" w:history="1">
            <w:r w:rsidRPr="00F241EF">
              <w:rPr>
                <w:rStyle w:val="Hyperlink"/>
                <w:noProof/>
              </w:rPr>
              <w:t>Independent Visually Impaired Entrepreneurs</w:t>
            </w:r>
            <w:r>
              <w:rPr>
                <w:noProof/>
                <w:webHidden/>
              </w:rPr>
              <w:tab/>
            </w:r>
            <w:r>
              <w:rPr>
                <w:noProof/>
                <w:webHidden/>
              </w:rPr>
              <w:fldChar w:fldCharType="begin"/>
            </w:r>
            <w:r>
              <w:rPr>
                <w:noProof/>
                <w:webHidden/>
              </w:rPr>
              <w:instrText xml:space="preserve"> PAGEREF _Toc232406153 \h </w:instrText>
            </w:r>
            <w:r>
              <w:rPr>
                <w:noProof/>
                <w:webHidden/>
              </w:rPr>
            </w:r>
            <w:r>
              <w:rPr>
                <w:noProof/>
                <w:webHidden/>
              </w:rPr>
              <w:fldChar w:fldCharType="separate"/>
            </w:r>
            <w:r w:rsidR="001C5B1C">
              <w:rPr>
                <w:noProof/>
                <w:webHidden/>
              </w:rPr>
              <w:t>133</w:t>
            </w:r>
            <w:r>
              <w:rPr>
                <w:noProof/>
                <w:webHidden/>
              </w:rPr>
              <w:fldChar w:fldCharType="end"/>
            </w:r>
          </w:hyperlink>
        </w:p>
        <w:p w14:paraId="7B7446E6" w14:textId="40719F73" w:rsidR="007A5099" w:rsidRDefault="007A5099">
          <w:pPr>
            <w:pStyle w:val="TOC2"/>
            <w:rPr>
              <w:rFonts w:asciiTheme="minorHAnsi" w:eastAsiaTheme="minorEastAsia" w:hAnsiTheme="minorHAnsi" w:cstheme="minorBidi"/>
              <w:noProof/>
              <w:sz w:val="24"/>
              <w:szCs w:val="24"/>
            </w:rPr>
          </w:pPr>
          <w:hyperlink w:anchor="_Toc232406154" w:history="1">
            <w:r w:rsidRPr="00F241EF">
              <w:rPr>
                <w:rStyle w:val="Hyperlink"/>
                <w:noProof/>
              </w:rPr>
              <w:t>Library Users of America</w:t>
            </w:r>
            <w:r>
              <w:rPr>
                <w:noProof/>
                <w:webHidden/>
              </w:rPr>
              <w:tab/>
            </w:r>
            <w:r>
              <w:rPr>
                <w:noProof/>
                <w:webHidden/>
              </w:rPr>
              <w:fldChar w:fldCharType="begin"/>
            </w:r>
            <w:r>
              <w:rPr>
                <w:noProof/>
                <w:webHidden/>
              </w:rPr>
              <w:instrText xml:space="preserve"> PAGEREF _Toc232406154 \h </w:instrText>
            </w:r>
            <w:r>
              <w:rPr>
                <w:noProof/>
                <w:webHidden/>
              </w:rPr>
            </w:r>
            <w:r>
              <w:rPr>
                <w:noProof/>
                <w:webHidden/>
              </w:rPr>
              <w:fldChar w:fldCharType="separate"/>
            </w:r>
            <w:r w:rsidR="001C5B1C">
              <w:rPr>
                <w:noProof/>
                <w:webHidden/>
              </w:rPr>
              <w:t>135</w:t>
            </w:r>
            <w:r>
              <w:rPr>
                <w:noProof/>
                <w:webHidden/>
              </w:rPr>
              <w:fldChar w:fldCharType="end"/>
            </w:r>
          </w:hyperlink>
        </w:p>
        <w:p w14:paraId="36D0F2B8" w14:textId="7CA09A7B" w:rsidR="007A5099" w:rsidRDefault="007A5099">
          <w:pPr>
            <w:pStyle w:val="TOC2"/>
            <w:rPr>
              <w:rFonts w:asciiTheme="minorHAnsi" w:eastAsiaTheme="minorEastAsia" w:hAnsiTheme="minorHAnsi" w:cstheme="minorBidi"/>
              <w:noProof/>
              <w:sz w:val="24"/>
              <w:szCs w:val="24"/>
            </w:rPr>
          </w:pPr>
          <w:hyperlink w:anchor="_Toc232406155" w:history="1">
            <w:r w:rsidRPr="00F241EF">
              <w:rPr>
                <w:rStyle w:val="Hyperlink"/>
                <w:noProof/>
              </w:rPr>
              <w:t>Low Vision Alliance</w:t>
            </w:r>
            <w:r>
              <w:rPr>
                <w:noProof/>
                <w:webHidden/>
              </w:rPr>
              <w:tab/>
            </w:r>
            <w:r>
              <w:rPr>
                <w:noProof/>
                <w:webHidden/>
              </w:rPr>
              <w:fldChar w:fldCharType="begin"/>
            </w:r>
            <w:r>
              <w:rPr>
                <w:noProof/>
                <w:webHidden/>
              </w:rPr>
              <w:instrText xml:space="preserve"> PAGEREF _Toc232406155 \h </w:instrText>
            </w:r>
            <w:r>
              <w:rPr>
                <w:noProof/>
                <w:webHidden/>
              </w:rPr>
            </w:r>
            <w:r>
              <w:rPr>
                <w:noProof/>
                <w:webHidden/>
              </w:rPr>
              <w:fldChar w:fldCharType="separate"/>
            </w:r>
            <w:r w:rsidR="001C5B1C">
              <w:rPr>
                <w:noProof/>
                <w:webHidden/>
              </w:rPr>
              <w:t>139</w:t>
            </w:r>
            <w:r>
              <w:rPr>
                <w:noProof/>
                <w:webHidden/>
              </w:rPr>
              <w:fldChar w:fldCharType="end"/>
            </w:r>
          </w:hyperlink>
        </w:p>
        <w:p w14:paraId="08FC5EC7" w14:textId="289DDD06" w:rsidR="007A5099" w:rsidRDefault="007A5099">
          <w:pPr>
            <w:pStyle w:val="TOC2"/>
            <w:rPr>
              <w:rFonts w:asciiTheme="minorHAnsi" w:eastAsiaTheme="minorEastAsia" w:hAnsiTheme="minorHAnsi" w:cstheme="minorBidi"/>
              <w:noProof/>
              <w:sz w:val="24"/>
              <w:szCs w:val="24"/>
            </w:rPr>
          </w:pPr>
          <w:hyperlink w:anchor="_Toc232406156" w:history="1">
            <w:r w:rsidRPr="00F241EF">
              <w:rPr>
                <w:rStyle w:val="Hyperlink"/>
                <w:noProof/>
              </w:rPr>
              <w:t>Randolph-Sheppard Vendors of America (RSVA)</w:t>
            </w:r>
            <w:r>
              <w:rPr>
                <w:noProof/>
                <w:webHidden/>
              </w:rPr>
              <w:tab/>
            </w:r>
            <w:r>
              <w:rPr>
                <w:noProof/>
                <w:webHidden/>
              </w:rPr>
              <w:fldChar w:fldCharType="begin"/>
            </w:r>
            <w:r>
              <w:rPr>
                <w:noProof/>
                <w:webHidden/>
              </w:rPr>
              <w:instrText xml:space="preserve"> PAGEREF _Toc232406156 \h </w:instrText>
            </w:r>
            <w:r>
              <w:rPr>
                <w:noProof/>
                <w:webHidden/>
              </w:rPr>
            </w:r>
            <w:r>
              <w:rPr>
                <w:noProof/>
                <w:webHidden/>
              </w:rPr>
              <w:fldChar w:fldCharType="separate"/>
            </w:r>
            <w:r w:rsidR="001C5B1C">
              <w:rPr>
                <w:noProof/>
                <w:webHidden/>
              </w:rPr>
              <w:t>141</w:t>
            </w:r>
            <w:r>
              <w:rPr>
                <w:noProof/>
                <w:webHidden/>
              </w:rPr>
              <w:fldChar w:fldCharType="end"/>
            </w:r>
          </w:hyperlink>
        </w:p>
        <w:p w14:paraId="54CCBB47" w14:textId="21694D62" w:rsidR="007A5099" w:rsidRDefault="007A5099">
          <w:pPr>
            <w:pStyle w:val="TOC1"/>
            <w:rPr>
              <w:rFonts w:asciiTheme="minorHAnsi" w:eastAsiaTheme="minorEastAsia" w:hAnsiTheme="minorHAnsi" w:cstheme="minorBidi"/>
              <w:b w:val="0"/>
              <w:bCs w:val="0"/>
              <w:w w:val="100"/>
              <w:sz w:val="24"/>
              <w:szCs w:val="24"/>
            </w:rPr>
          </w:pPr>
          <w:hyperlink w:anchor="_Toc232406157" w:history="1">
            <w:r w:rsidRPr="00F241EF">
              <w:rPr>
                <w:rStyle w:val="Hyperlink"/>
              </w:rPr>
              <w:t>ACB Committee Meetings</w:t>
            </w:r>
            <w:r>
              <w:rPr>
                <w:webHidden/>
              </w:rPr>
              <w:tab/>
            </w:r>
            <w:r>
              <w:rPr>
                <w:webHidden/>
              </w:rPr>
              <w:fldChar w:fldCharType="begin"/>
            </w:r>
            <w:r>
              <w:rPr>
                <w:webHidden/>
              </w:rPr>
              <w:instrText xml:space="preserve"> PAGEREF _Toc232406157 \h </w:instrText>
            </w:r>
            <w:r>
              <w:rPr>
                <w:webHidden/>
              </w:rPr>
            </w:r>
            <w:r>
              <w:rPr>
                <w:webHidden/>
              </w:rPr>
              <w:fldChar w:fldCharType="separate"/>
            </w:r>
            <w:r w:rsidR="001C5B1C">
              <w:rPr>
                <w:webHidden/>
              </w:rPr>
              <w:t>143</w:t>
            </w:r>
            <w:r>
              <w:rPr>
                <w:webHidden/>
              </w:rPr>
              <w:fldChar w:fldCharType="end"/>
            </w:r>
          </w:hyperlink>
        </w:p>
        <w:p w14:paraId="4D397B78" w14:textId="5A3E336B" w:rsidR="007A5099" w:rsidRDefault="007A5099">
          <w:pPr>
            <w:pStyle w:val="TOC2"/>
            <w:rPr>
              <w:rFonts w:asciiTheme="minorHAnsi" w:eastAsiaTheme="minorEastAsia" w:hAnsiTheme="minorHAnsi" w:cstheme="minorBidi"/>
              <w:noProof/>
              <w:sz w:val="24"/>
              <w:szCs w:val="24"/>
            </w:rPr>
          </w:pPr>
          <w:hyperlink w:anchor="_Toc232406158" w:history="1">
            <w:r w:rsidRPr="00F241EF">
              <w:rPr>
                <w:rStyle w:val="Hyperlink"/>
                <w:noProof/>
              </w:rPr>
              <w:t>ACB Inspire</w:t>
            </w:r>
            <w:r>
              <w:rPr>
                <w:noProof/>
                <w:webHidden/>
              </w:rPr>
              <w:tab/>
            </w:r>
            <w:r>
              <w:rPr>
                <w:noProof/>
                <w:webHidden/>
              </w:rPr>
              <w:fldChar w:fldCharType="begin"/>
            </w:r>
            <w:r>
              <w:rPr>
                <w:noProof/>
                <w:webHidden/>
              </w:rPr>
              <w:instrText xml:space="preserve"> PAGEREF _Toc232406158 \h </w:instrText>
            </w:r>
            <w:r>
              <w:rPr>
                <w:noProof/>
                <w:webHidden/>
              </w:rPr>
            </w:r>
            <w:r>
              <w:rPr>
                <w:noProof/>
                <w:webHidden/>
              </w:rPr>
              <w:fldChar w:fldCharType="separate"/>
            </w:r>
            <w:r w:rsidR="001C5B1C">
              <w:rPr>
                <w:noProof/>
                <w:webHidden/>
              </w:rPr>
              <w:t>143</w:t>
            </w:r>
            <w:r>
              <w:rPr>
                <w:noProof/>
                <w:webHidden/>
              </w:rPr>
              <w:fldChar w:fldCharType="end"/>
            </w:r>
          </w:hyperlink>
        </w:p>
        <w:p w14:paraId="31427AEB" w14:textId="5802921C" w:rsidR="007A5099" w:rsidRDefault="007A5099">
          <w:pPr>
            <w:pStyle w:val="TOC2"/>
            <w:rPr>
              <w:rFonts w:asciiTheme="minorHAnsi" w:eastAsiaTheme="minorEastAsia" w:hAnsiTheme="minorHAnsi" w:cstheme="minorBidi"/>
              <w:noProof/>
              <w:sz w:val="24"/>
              <w:szCs w:val="24"/>
            </w:rPr>
          </w:pPr>
          <w:hyperlink w:anchor="_Toc232406159" w:history="1">
            <w:r w:rsidRPr="00F241EF">
              <w:rPr>
                <w:rStyle w:val="Hyperlink"/>
                <w:noProof/>
              </w:rPr>
              <w:t>ACB Women Committee</w:t>
            </w:r>
            <w:r>
              <w:rPr>
                <w:noProof/>
                <w:webHidden/>
              </w:rPr>
              <w:tab/>
            </w:r>
            <w:r>
              <w:rPr>
                <w:noProof/>
                <w:webHidden/>
              </w:rPr>
              <w:fldChar w:fldCharType="begin"/>
            </w:r>
            <w:r>
              <w:rPr>
                <w:noProof/>
                <w:webHidden/>
              </w:rPr>
              <w:instrText xml:space="preserve"> PAGEREF _Toc232406159 \h </w:instrText>
            </w:r>
            <w:r>
              <w:rPr>
                <w:noProof/>
                <w:webHidden/>
              </w:rPr>
            </w:r>
            <w:r>
              <w:rPr>
                <w:noProof/>
                <w:webHidden/>
              </w:rPr>
              <w:fldChar w:fldCharType="separate"/>
            </w:r>
            <w:r w:rsidR="001C5B1C">
              <w:rPr>
                <w:noProof/>
                <w:webHidden/>
              </w:rPr>
              <w:t>143</w:t>
            </w:r>
            <w:r>
              <w:rPr>
                <w:noProof/>
                <w:webHidden/>
              </w:rPr>
              <w:fldChar w:fldCharType="end"/>
            </w:r>
          </w:hyperlink>
        </w:p>
        <w:p w14:paraId="5E72586B" w14:textId="1D8DEDAE" w:rsidR="007A5099" w:rsidRDefault="007A5099">
          <w:pPr>
            <w:pStyle w:val="TOC2"/>
            <w:rPr>
              <w:rFonts w:asciiTheme="minorHAnsi" w:eastAsiaTheme="minorEastAsia" w:hAnsiTheme="minorHAnsi" w:cstheme="minorBidi"/>
              <w:noProof/>
              <w:sz w:val="24"/>
              <w:szCs w:val="24"/>
            </w:rPr>
          </w:pPr>
          <w:hyperlink w:anchor="_Toc232406160" w:history="1">
            <w:r w:rsidRPr="00F241EF">
              <w:rPr>
                <w:rStyle w:val="Hyperlink"/>
                <w:noProof/>
              </w:rPr>
              <w:t>Advocacy Committee</w:t>
            </w:r>
            <w:r>
              <w:rPr>
                <w:noProof/>
                <w:webHidden/>
              </w:rPr>
              <w:tab/>
            </w:r>
            <w:r>
              <w:rPr>
                <w:noProof/>
                <w:webHidden/>
              </w:rPr>
              <w:fldChar w:fldCharType="begin"/>
            </w:r>
            <w:r>
              <w:rPr>
                <w:noProof/>
                <w:webHidden/>
              </w:rPr>
              <w:instrText xml:space="preserve"> PAGEREF _Toc232406160 \h </w:instrText>
            </w:r>
            <w:r>
              <w:rPr>
                <w:noProof/>
                <w:webHidden/>
              </w:rPr>
            </w:r>
            <w:r>
              <w:rPr>
                <w:noProof/>
                <w:webHidden/>
              </w:rPr>
              <w:fldChar w:fldCharType="separate"/>
            </w:r>
            <w:r w:rsidR="001C5B1C">
              <w:rPr>
                <w:noProof/>
                <w:webHidden/>
              </w:rPr>
              <w:t>144</w:t>
            </w:r>
            <w:r>
              <w:rPr>
                <w:noProof/>
                <w:webHidden/>
              </w:rPr>
              <w:fldChar w:fldCharType="end"/>
            </w:r>
          </w:hyperlink>
        </w:p>
        <w:p w14:paraId="63B6F2E9" w14:textId="4E955605" w:rsidR="007A5099" w:rsidRDefault="007A5099">
          <w:pPr>
            <w:pStyle w:val="TOC2"/>
            <w:rPr>
              <w:rFonts w:asciiTheme="minorHAnsi" w:eastAsiaTheme="minorEastAsia" w:hAnsiTheme="minorHAnsi" w:cstheme="minorBidi"/>
              <w:noProof/>
              <w:sz w:val="24"/>
              <w:szCs w:val="24"/>
            </w:rPr>
          </w:pPr>
          <w:hyperlink w:anchor="_Toc232406161" w:history="1">
            <w:r w:rsidRPr="00F241EF">
              <w:rPr>
                <w:rStyle w:val="Hyperlink"/>
                <w:noProof/>
              </w:rPr>
              <w:t>Auction Committee</w:t>
            </w:r>
            <w:r>
              <w:rPr>
                <w:noProof/>
                <w:webHidden/>
              </w:rPr>
              <w:tab/>
            </w:r>
            <w:r>
              <w:rPr>
                <w:noProof/>
                <w:webHidden/>
              </w:rPr>
              <w:fldChar w:fldCharType="begin"/>
            </w:r>
            <w:r>
              <w:rPr>
                <w:noProof/>
                <w:webHidden/>
              </w:rPr>
              <w:instrText xml:space="preserve"> PAGEREF _Toc232406161 \h </w:instrText>
            </w:r>
            <w:r>
              <w:rPr>
                <w:noProof/>
                <w:webHidden/>
              </w:rPr>
            </w:r>
            <w:r>
              <w:rPr>
                <w:noProof/>
                <w:webHidden/>
              </w:rPr>
              <w:fldChar w:fldCharType="separate"/>
            </w:r>
            <w:r w:rsidR="001C5B1C">
              <w:rPr>
                <w:noProof/>
                <w:webHidden/>
              </w:rPr>
              <w:t>145</w:t>
            </w:r>
            <w:r>
              <w:rPr>
                <w:noProof/>
                <w:webHidden/>
              </w:rPr>
              <w:fldChar w:fldCharType="end"/>
            </w:r>
          </w:hyperlink>
        </w:p>
        <w:p w14:paraId="7C91C003" w14:textId="451C0E3B" w:rsidR="007A5099" w:rsidRDefault="007A5099">
          <w:pPr>
            <w:pStyle w:val="TOC2"/>
            <w:rPr>
              <w:rFonts w:asciiTheme="minorHAnsi" w:eastAsiaTheme="minorEastAsia" w:hAnsiTheme="minorHAnsi" w:cstheme="minorBidi"/>
              <w:noProof/>
              <w:sz w:val="24"/>
              <w:szCs w:val="24"/>
            </w:rPr>
          </w:pPr>
          <w:hyperlink w:anchor="_Toc232406162" w:history="1">
            <w:r w:rsidRPr="00F241EF">
              <w:rPr>
                <w:rStyle w:val="Hyperlink"/>
                <w:noProof/>
              </w:rPr>
              <w:t>Audio Description Project Steering Committee</w:t>
            </w:r>
            <w:r>
              <w:rPr>
                <w:noProof/>
                <w:webHidden/>
              </w:rPr>
              <w:tab/>
            </w:r>
            <w:r>
              <w:rPr>
                <w:noProof/>
                <w:webHidden/>
              </w:rPr>
              <w:fldChar w:fldCharType="begin"/>
            </w:r>
            <w:r>
              <w:rPr>
                <w:noProof/>
                <w:webHidden/>
              </w:rPr>
              <w:instrText xml:space="preserve"> PAGEREF _Toc232406162 \h </w:instrText>
            </w:r>
            <w:r>
              <w:rPr>
                <w:noProof/>
                <w:webHidden/>
              </w:rPr>
            </w:r>
            <w:r>
              <w:rPr>
                <w:noProof/>
                <w:webHidden/>
              </w:rPr>
              <w:fldChar w:fldCharType="separate"/>
            </w:r>
            <w:r w:rsidR="001C5B1C">
              <w:rPr>
                <w:noProof/>
                <w:webHidden/>
              </w:rPr>
              <w:t>145</w:t>
            </w:r>
            <w:r>
              <w:rPr>
                <w:noProof/>
                <w:webHidden/>
              </w:rPr>
              <w:fldChar w:fldCharType="end"/>
            </w:r>
          </w:hyperlink>
        </w:p>
        <w:p w14:paraId="7E803E74" w14:textId="0BD98D93" w:rsidR="007A5099" w:rsidRDefault="007A5099">
          <w:pPr>
            <w:pStyle w:val="TOC2"/>
            <w:rPr>
              <w:rFonts w:asciiTheme="minorHAnsi" w:eastAsiaTheme="minorEastAsia" w:hAnsiTheme="minorHAnsi" w:cstheme="minorBidi"/>
              <w:noProof/>
              <w:sz w:val="24"/>
              <w:szCs w:val="24"/>
            </w:rPr>
          </w:pPr>
          <w:hyperlink w:anchor="_Toc232406163" w:history="1">
            <w:r w:rsidRPr="00F241EF">
              <w:rPr>
                <w:rStyle w:val="Hyperlink"/>
                <w:noProof/>
              </w:rPr>
              <w:t>Berl Colley Leadership Committee</w:t>
            </w:r>
            <w:r>
              <w:rPr>
                <w:noProof/>
                <w:webHidden/>
              </w:rPr>
              <w:tab/>
            </w:r>
            <w:r>
              <w:rPr>
                <w:noProof/>
                <w:webHidden/>
              </w:rPr>
              <w:fldChar w:fldCharType="begin"/>
            </w:r>
            <w:r>
              <w:rPr>
                <w:noProof/>
                <w:webHidden/>
              </w:rPr>
              <w:instrText xml:space="preserve"> PAGEREF _Toc232406163 \h </w:instrText>
            </w:r>
            <w:r>
              <w:rPr>
                <w:noProof/>
                <w:webHidden/>
              </w:rPr>
            </w:r>
            <w:r>
              <w:rPr>
                <w:noProof/>
                <w:webHidden/>
              </w:rPr>
              <w:fldChar w:fldCharType="separate"/>
            </w:r>
            <w:r w:rsidR="001C5B1C">
              <w:rPr>
                <w:noProof/>
                <w:webHidden/>
              </w:rPr>
              <w:t>149</w:t>
            </w:r>
            <w:r>
              <w:rPr>
                <w:noProof/>
                <w:webHidden/>
              </w:rPr>
              <w:fldChar w:fldCharType="end"/>
            </w:r>
          </w:hyperlink>
        </w:p>
        <w:p w14:paraId="18E8E2A7" w14:textId="736A5F53" w:rsidR="007A5099" w:rsidRDefault="007A5099">
          <w:pPr>
            <w:pStyle w:val="TOC2"/>
            <w:rPr>
              <w:rFonts w:asciiTheme="minorHAnsi" w:eastAsiaTheme="minorEastAsia" w:hAnsiTheme="minorHAnsi" w:cstheme="minorBidi"/>
              <w:noProof/>
              <w:sz w:val="24"/>
              <w:szCs w:val="24"/>
            </w:rPr>
          </w:pPr>
          <w:hyperlink w:anchor="_Toc232406164" w:history="1">
            <w:r w:rsidRPr="00F241EF">
              <w:rPr>
                <w:rStyle w:val="Hyperlink"/>
                <w:noProof/>
              </w:rPr>
              <w:t>DKM First-Timers Committee</w:t>
            </w:r>
            <w:r>
              <w:rPr>
                <w:noProof/>
                <w:webHidden/>
              </w:rPr>
              <w:tab/>
            </w:r>
            <w:r>
              <w:rPr>
                <w:noProof/>
                <w:webHidden/>
              </w:rPr>
              <w:fldChar w:fldCharType="begin"/>
            </w:r>
            <w:r>
              <w:rPr>
                <w:noProof/>
                <w:webHidden/>
              </w:rPr>
              <w:instrText xml:space="preserve"> PAGEREF _Toc232406164 \h </w:instrText>
            </w:r>
            <w:r>
              <w:rPr>
                <w:noProof/>
                <w:webHidden/>
              </w:rPr>
            </w:r>
            <w:r>
              <w:rPr>
                <w:noProof/>
                <w:webHidden/>
              </w:rPr>
              <w:fldChar w:fldCharType="separate"/>
            </w:r>
            <w:r w:rsidR="001C5B1C">
              <w:rPr>
                <w:noProof/>
                <w:webHidden/>
              </w:rPr>
              <w:t>151</w:t>
            </w:r>
            <w:r>
              <w:rPr>
                <w:noProof/>
                <w:webHidden/>
              </w:rPr>
              <w:fldChar w:fldCharType="end"/>
            </w:r>
          </w:hyperlink>
        </w:p>
        <w:p w14:paraId="394BD38C" w14:textId="6A5E1686" w:rsidR="007A5099" w:rsidRDefault="007A5099">
          <w:pPr>
            <w:pStyle w:val="TOC2"/>
            <w:rPr>
              <w:rFonts w:asciiTheme="minorHAnsi" w:eastAsiaTheme="minorEastAsia" w:hAnsiTheme="minorHAnsi" w:cstheme="minorBidi"/>
              <w:noProof/>
              <w:sz w:val="24"/>
              <w:szCs w:val="24"/>
            </w:rPr>
          </w:pPr>
          <w:hyperlink w:anchor="_Toc232406165" w:history="1">
            <w:r w:rsidRPr="00F241EF">
              <w:rPr>
                <w:rStyle w:val="Hyperlink"/>
                <w:noProof/>
              </w:rPr>
              <w:t>Employment Committee</w:t>
            </w:r>
            <w:r>
              <w:rPr>
                <w:noProof/>
                <w:webHidden/>
              </w:rPr>
              <w:tab/>
            </w:r>
            <w:r>
              <w:rPr>
                <w:noProof/>
                <w:webHidden/>
              </w:rPr>
              <w:fldChar w:fldCharType="begin"/>
            </w:r>
            <w:r>
              <w:rPr>
                <w:noProof/>
                <w:webHidden/>
              </w:rPr>
              <w:instrText xml:space="preserve"> PAGEREF _Toc232406165 \h </w:instrText>
            </w:r>
            <w:r>
              <w:rPr>
                <w:noProof/>
                <w:webHidden/>
              </w:rPr>
            </w:r>
            <w:r>
              <w:rPr>
                <w:noProof/>
                <w:webHidden/>
              </w:rPr>
              <w:fldChar w:fldCharType="separate"/>
            </w:r>
            <w:r w:rsidR="001C5B1C">
              <w:rPr>
                <w:noProof/>
                <w:webHidden/>
              </w:rPr>
              <w:t>151</w:t>
            </w:r>
            <w:r>
              <w:rPr>
                <w:noProof/>
                <w:webHidden/>
              </w:rPr>
              <w:fldChar w:fldCharType="end"/>
            </w:r>
          </w:hyperlink>
        </w:p>
        <w:p w14:paraId="2CFF6226" w14:textId="0D54941A" w:rsidR="007A5099" w:rsidRDefault="007A5099">
          <w:pPr>
            <w:pStyle w:val="TOC2"/>
            <w:rPr>
              <w:rFonts w:asciiTheme="minorHAnsi" w:eastAsiaTheme="minorEastAsia" w:hAnsiTheme="minorHAnsi" w:cstheme="minorBidi"/>
              <w:noProof/>
              <w:sz w:val="24"/>
              <w:szCs w:val="24"/>
            </w:rPr>
          </w:pPr>
          <w:hyperlink w:anchor="_Toc232406166" w:history="1">
            <w:r w:rsidRPr="00F241EF">
              <w:rPr>
                <w:rStyle w:val="Hyperlink"/>
                <w:noProof/>
              </w:rPr>
              <w:t>Get Up and Get Moving</w:t>
            </w:r>
            <w:r>
              <w:rPr>
                <w:noProof/>
                <w:webHidden/>
              </w:rPr>
              <w:tab/>
            </w:r>
            <w:r>
              <w:rPr>
                <w:noProof/>
                <w:webHidden/>
              </w:rPr>
              <w:fldChar w:fldCharType="begin"/>
            </w:r>
            <w:r>
              <w:rPr>
                <w:noProof/>
                <w:webHidden/>
              </w:rPr>
              <w:instrText xml:space="preserve"> PAGEREF _Toc232406166 \h </w:instrText>
            </w:r>
            <w:r>
              <w:rPr>
                <w:noProof/>
                <w:webHidden/>
              </w:rPr>
            </w:r>
            <w:r>
              <w:rPr>
                <w:noProof/>
                <w:webHidden/>
              </w:rPr>
              <w:fldChar w:fldCharType="separate"/>
            </w:r>
            <w:r w:rsidR="001C5B1C">
              <w:rPr>
                <w:noProof/>
                <w:webHidden/>
              </w:rPr>
              <w:t>154</w:t>
            </w:r>
            <w:r>
              <w:rPr>
                <w:noProof/>
                <w:webHidden/>
              </w:rPr>
              <w:fldChar w:fldCharType="end"/>
            </w:r>
          </w:hyperlink>
        </w:p>
        <w:p w14:paraId="5C651FCC" w14:textId="056132CB" w:rsidR="007A5099" w:rsidRDefault="007A5099">
          <w:pPr>
            <w:pStyle w:val="TOC2"/>
            <w:rPr>
              <w:rFonts w:asciiTheme="minorHAnsi" w:eastAsiaTheme="minorEastAsia" w:hAnsiTheme="minorHAnsi" w:cstheme="minorBidi"/>
              <w:noProof/>
              <w:sz w:val="24"/>
              <w:szCs w:val="24"/>
            </w:rPr>
          </w:pPr>
          <w:hyperlink w:anchor="_Toc232406167" w:history="1">
            <w:r w:rsidRPr="00F241EF">
              <w:rPr>
                <w:rStyle w:val="Hyperlink"/>
                <w:noProof/>
              </w:rPr>
              <w:t>Membership Committee</w:t>
            </w:r>
            <w:r>
              <w:rPr>
                <w:noProof/>
                <w:webHidden/>
              </w:rPr>
              <w:tab/>
            </w:r>
            <w:r>
              <w:rPr>
                <w:noProof/>
                <w:webHidden/>
              </w:rPr>
              <w:fldChar w:fldCharType="begin"/>
            </w:r>
            <w:r>
              <w:rPr>
                <w:noProof/>
                <w:webHidden/>
              </w:rPr>
              <w:instrText xml:space="preserve"> PAGEREF _Toc232406167 \h </w:instrText>
            </w:r>
            <w:r>
              <w:rPr>
                <w:noProof/>
                <w:webHidden/>
              </w:rPr>
            </w:r>
            <w:r>
              <w:rPr>
                <w:noProof/>
                <w:webHidden/>
              </w:rPr>
              <w:fldChar w:fldCharType="separate"/>
            </w:r>
            <w:r w:rsidR="001C5B1C">
              <w:rPr>
                <w:noProof/>
                <w:webHidden/>
              </w:rPr>
              <w:t>155</w:t>
            </w:r>
            <w:r>
              <w:rPr>
                <w:noProof/>
                <w:webHidden/>
              </w:rPr>
              <w:fldChar w:fldCharType="end"/>
            </w:r>
          </w:hyperlink>
        </w:p>
        <w:p w14:paraId="2E81C6B4" w14:textId="6FFF2549" w:rsidR="007A5099" w:rsidRDefault="007A5099">
          <w:pPr>
            <w:pStyle w:val="TOC2"/>
            <w:rPr>
              <w:rFonts w:asciiTheme="minorHAnsi" w:eastAsiaTheme="minorEastAsia" w:hAnsiTheme="minorHAnsi" w:cstheme="minorBidi"/>
              <w:noProof/>
              <w:sz w:val="24"/>
              <w:szCs w:val="24"/>
            </w:rPr>
          </w:pPr>
          <w:hyperlink w:anchor="_Toc232406168" w:history="1">
            <w:r w:rsidRPr="00F241EF">
              <w:rPr>
                <w:rStyle w:val="Hyperlink"/>
                <w:noProof/>
              </w:rPr>
              <w:t>Mental Health and Wellness Committee</w:t>
            </w:r>
            <w:r>
              <w:rPr>
                <w:noProof/>
                <w:webHidden/>
              </w:rPr>
              <w:tab/>
            </w:r>
            <w:r>
              <w:rPr>
                <w:noProof/>
                <w:webHidden/>
              </w:rPr>
              <w:fldChar w:fldCharType="begin"/>
            </w:r>
            <w:r>
              <w:rPr>
                <w:noProof/>
                <w:webHidden/>
              </w:rPr>
              <w:instrText xml:space="preserve"> PAGEREF _Toc232406168 \h </w:instrText>
            </w:r>
            <w:r>
              <w:rPr>
                <w:noProof/>
                <w:webHidden/>
              </w:rPr>
            </w:r>
            <w:r>
              <w:rPr>
                <w:noProof/>
                <w:webHidden/>
              </w:rPr>
              <w:fldChar w:fldCharType="separate"/>
            </w:r>
            <w:r w:rsidR="001C5B1C">
              <w:rPr>
                <w:noProof/>
                <w:webHidden/>
              </w:rPr>
              <w:t>156</w:t>
            </w:r>
            <w:r>
              <w:rPr>
                <w:noProof/>
                <w:webHidden/>
              </w:rPr>
              <w:fldChar w:fldCharType="end"/>
            </w:r>
          </w:hyperlink>
        </w:p>
        <w:p w14:paraId="43B0A8F4" w14:textId="4E532E66" w:rsidR="007A5099" w:rsidRDefault="007A5099">
          <w:pPr>
            <w:pStyle w:val="TOC2"/>
            <w:rPr>
              <w:rFonts w:asciiTheme="minorHAnsi" w:eastAsiaTheme="minorEastAsia" w:hAnsiTheme="minorHAnsi" w:cstheme="minorBidi"/>
              <w:noProof/>
              <w:sz w:val="24"/>
              <w:szCs w:val="24"/>
            </w:rPr>
          </w:pPr>
          <w:hyperlink w:anchor="_Toc232406169" w:history="1">
            <w:r w:rsidRPr="00F241EF">
              <w:rPr>
                <w:rStyle w:val="Hyperlink"/>
                <w:noProof/>
              </w:rPr>
              <w:t>Multicultural Affairs Committee</w:t>
            </w:r>
            <w:r>
              <w:rPr>
                <w:noProof/>
                <w:webHidden/>
              </w:rPr>
              <w:tab/>
            </w:r>
            <w:r>
              <w:rPr>
                <w:noProof/>
                <w:webHidden/>
              </w:rPr>
              <w:fldChar w:fldCharType="begin"/>
            </w:r>
            <w:r>
              <w:rPr>
                <w:noProof/>
                <w:webHidden/>
              </w:rPr>
              <w:instrText xml:space="preserve"> PAGEREF _Toc232406169 \h </w:instrText>
            </w:r>
            <w:r>
              <w:rPr>
                <w:noProof/>
                <w:webHidden/>
              </w:rPr>
            </w:r>
            <w:r>
              <w:rPr>
                <w:noProof/>
                <w:webHidden/>
              </w:rPr>
              <w:fldChar w:fldCharType="separate"/>
            </w:r>
            <w:r w:rsidR="001C5B1C">
              <w:rPr>
                <w:noProof/>
                <w:webHidden/>
              </w:rPr>
              <w:t>157</w:t>
            </w:r>
            <w:r>
              <w:rPr>
                <w:noProof/>
                <w:webHidden/>
              </w:rPr>
              <w:fldChar w:fldCharType="end"/>
            </w:r>
          </w:hyperlink>
        </w:p>
        <w:p w14:paraId="6B4E7001" w14:textId="5E1F5DA8" w:rsidR="007A5099" w:rsidRDefault="007A5099">
          <w:pPr>
            <w:pStyle w:val="TOC2"/>
            <w:rPr>
              <w:rFonts w:asciiTheme="minorHAnsi" w:eastAsiaTheme="minorEastAsia" w:hAnsiTheme="minorHAnsi" w:cstheme="minorBidi"/>
              <w:noProof/>
              <w:sz w:val="24"/>
              <w:szCs w:val="24"/>
            </w:rPr>
          </w:pPr>
          <w:hyperlink w:anchor="_Toc232406170" w:history="1">
            <w:r w:rsidRPr="00F241EF">
              <w:rPr>
                <w:rStyle w:val="Hyperlink"/>
                <w:noProof/>
              </w:rPr>
              <w:t>Pedestrian Environmental Access Committee</w:t>
            </w:r>
            <w:r>
              <w:rPr>
                <w:noProof/>
                <w:webHidden/>
              </w:rPr>
              <w:tab/>
            </w:r>
            <w:r>
              <w:rPr>
                <w:noProof/>
                <w:webHidden/>
              </w:rPr>
              <w:fldChar w:fldCharType="begin"/>
            </w:r>
            <w:r>
              <w:rPr>
                <w:noProof/>
                <w:webHidden/>
              </w:rPr>
              <w:instrText xml:space="preserve"> PAGEREF _Toc232406170 \h </w:instrText>
            </w:r>
            <w:r>
              <w:rPr>
                <w:noProof/>
                <w:webHidden/>
              </w:rPr>
            </w:r>
            <w:r>
              <w:rPr>
                <w:noProof/>
                <w:webHidden/>
              </w:rPr>
              <w:fldChar w:fldCharType="separate"/>
            </w:r>
            <w:r w:rsidR="001C5B1C">
              <w:rPr>
                <w:noProof/>
                <w:webHidden/>
              </w:rPr>
              <w:t>159</w:t>
            </w:r>
            <w:r>
              <w:rPr>
                <w:noProof/>
                <w:webHidden/>
              </w:rPr>
              <w:fldChar w:fldCharType="end"/>
            </w:r>
          </w:hyperlink>
        </w:p>
        <w:p w14:paraId="3B2BCEA0" w14:textId="75C0C4E8" w:rsidR="007A5099" w:rsidRDefault="007A5099">
          <w:pPr>
            <w:pStyle w:val="TOC2"/>
            <w:rPr>
              <w:rFonts w:asciiTheme="minorHAnsi" w:eastAsiaTheme="minorEastAsia" w:hAnsiTheme="minorHAnsi" w:cstheme="minorBidi"/>
              <w:noProof/>
              <w:sz w:val="24"/>
              <w:szCs w:val="24"/>
            </w:rPr>
          </w:pPr>
          <w:hyperlink w:anchor="_Toc232406171" w:history="1">
            <w:r w:rsidRPr="00F241EF">
              <w:rPr>
                <w:rStyle w:val="Hyperlink"/>
                <w:noProof/>
              </w:rPr>
              <w:t>Rehab Issues Task Force Committee</w:t>
            </w:r>
            <w:r>
              <w:rPr>
                <w:noProof/>
                <w:webHidden/>
              </w:rPr>
              <w:tab/>
            </w:r>
            <w:r>
              <w:rPr>
                <w:noProof/>
                <w:webHidden/>
              </w:rPr>
              <w:fldChar w:fldCharType="begin"/>
            </w:r>
            <w:r>
              <w:rPr>
                <w:noProof/>
                <w:webHidden/>
              </w:rPr>
              <w:instrText xml:space="preserve"> PAGEREF _Toc232406171 \h </w:instrText>
            </w:r>
            <w:r>
              <w:rPr>
                <w:noProof/>
                <w:webHidden/>
              </w:rPr>
            </w:r>
            <w:r>
              <w:rPr>
                <w:noProof/>
                <w:webHidden/>
              </w:rPr>
              <w:fldChar w:fldCharType="separate"/>
            </w:r>
            <w:r w:rsidR="001C5B1C">
              <w:rPr>
                <w:noProof/>
                <w:webHidden/>
              </w:rPr>
              <w:t>161</w:t>
            </w:r>
            <w:r>
              <w:rPr>
                <w:noProof/>
                <w:webHidden/>
              </w:rPr>
              <w:fldChar w:fldCharType="end"/>
            </w:r>
          </w:hyperlink>
        </w:p>
        <w:p w14:paraId="1AA29822" w14:textId="16AE7060" w:rsidR="007A5099" w:rsidRDefault="007A5099">
          <w:pPr>
            <w:pStyle w:val="TOC2"/>
            <w:rPr>
              <w:rFonts w:asciiTheme="minorHAnsi" w:eastAsiaTheme="minorEastAsia" w:hAnsiTheme="minorHAnsi" w:cstheme="minorBidi"/>
              <w:noProof/>
              <w:sz w:val="24"/>
              <w:szCs w:val="24"/>
            </w:rPr>
          </w:pPr>
          <w:hyperlink w:anchor="_Toc232406172" w:history="1">
            <w:r w:rsidRPr="00F241EF">
              <w:rPr>
                <w:rStyle w:val="Hyperlink"/>
                <w:noProof/>
              </w:rPr>
              <w:t>Scholarship Committee</w:t>
            </w:r>
            <w:r>
              <w:rPr>
                <w:noProof/>
                <w:webHidden/>
              </w:rPr>
              <w:tab/>
            </w:r>
            <w:r>
              <w:rPr>
                <w:noProof/>
                <w:webHidden/>
              </w:rPr>
              <w:fldChar w:fldCharType="begin"/>
            </w:r>
            <w:r>
              <w:rPr>
                <w:noProof/>
                <w:webHidden/>
              </w:rPr>
              <w:instrText xml:space="preserve"> PAGEREF _Toc232406172 \h </w:instrText>
            </w:r>
            <w:r>
              <w:rPr>
                <w:noProof/>
                <w:webHidden/>
              </w:rPr>
            </w:r>
            <w:r>
              <w:rPr>
                <w:noProof/>
                <w:webHidden/>
              </w:rPr>
              <w:fldChar w:fldCharType="separate"/>
            </w:r>
            <w:r w:rsidR="001C5B1C">
              <w:rPr>
                <w:noProof/>
                <w:webHidden/>
              </w:rPr>
              <w:t>162</w:t>
            </w:r>
            <w:r>
              <w:rPr>
                <w:noProof/>
                <w:webHidden/>
              </w:rPr>
              <w:fldChar w:fldCharType="end"/>
            </w:r>
          </w:hyperlink>
        </w:p>
        <w:p w14:paraId="6AB3192E" w14:textId="3EEC807C" w:rsidR="007A5099" w:rsidRDefault="007A5099">
          <w:pPr>
            <w:pStyle w:val="TOC2"/>
            <w:rPr>
              <w:rFonts w:asciiTheme="minorHAnsi" w:eastAsiaTheme="minorEastAsia" w:hAnsiTheme="minorHAnsi" w:cstheme="minorBidi"/>
              <w:noProof/>
              <w:sz w:val="24"/>
              <w:szCs w:val="24"/>
            </w:rPr>
          </w:pPr>
          <w:hyperlink w:anchor="_Toc232406173" w:history="1">
            <w:r w:rsidRPr="00F241EF">
              <w:rPr>
                <w:rStyle w:val="Hyperlink"/>
                <w:noProof/>
              </w:rPr>
              <w:t>Sight and Sound Impaired Committee</w:t>
            </w:r>
            <w:r>
              <w:rPr>
                <w:noProof/>
                <w:webHidden/>
              </w:rPr>
              <w:tab/>
            </w:r>
            <w:r>
              <w:rPr>
                <w:noProof/>
                <w:webHidden/>
              </w:rPr>
              <w:fldChar w:fldCharType="begin"/>
            </w:r>
            <w:r>
              <w:rPr>
                <w:noProof/>
                <w:webHidden/>
              </w:rPr>
              <w:instrText xml:space="preserve"> PAGEREF _Toc232406173 \h </w:instrText>
            </w:r>
            <w:r>
              <w:rPr>
                <w:noProof/>
                <w:webHidden/>
              </w:rPr>
            </w:r>
            <w:r>
              <w:rPr>
                <w:noProof/>
                <w:webHidden/>
              </w:rPr>
              <w:fldChar w:fldCharType="separate"/>
            </w:r>
            <w:r w:rsidR="001C5B1C">
              <w:rPr>
                <w:noProof/>
                <w:webHidden/>
              </w:rPr>
              <w:t>162</w:t>
            </w:r>
            <w:r>
              <w:rPr>
                <w:noProof/>
                <w:webHidden/>
              </w:rPr>
              <w:fldChar w:fldCharType="end"/>
            </w:r>
          </w:hyperlink>
        </w:p>
        <w:p w14:paraId="73D9E8D4" w14:textId="40E6D30C" w:rsidR="007A5099" w:rsidRDefault="007A5099">
          <w:pPr>
            <w:pStyle w:val="TOC2"/>
            <w:rPr>
              <w:rFonts w:asciiTheme="minorHAnsi" w:eastAsiaTheme="minorEastAsia" w:hAnsiTheme="minorHAnsi" w:cstheme="minorBidi"/>
              <w:noProof/>
              <w:sz w:val="24"/>
              <w:szCs w:val="24"/>
            </w:rPr>
          </w:pPr>
          <w:hyperlink w:anchor="_Toc232406174" w:history="1">
            <w:r w:rsidRPr="00F241EF">
              <w:rPr>
                <w:rStyle w:val="Hyperlink"/>
                <w:noProof/>
              </w:rPr>
              <w:t>Walk Committee</w:t>
            </w:r>
            <w:r>
              <w:rPr>
                <w:noProof/>
                <w:webHidden/>
              </w:rPr>
              <w:tab/>
            </w:r>
            <w:r>
              <w:rPr>
                <w:noProof/>
                <w:webHidden/>
              </w:rPr>
              <w:fldChar w:fldCharType="begin"/>
            </w:r>
            <w:r>
              <w:rPr>
                <w:noProof/>
                <w:webHidden/>
              </w:rPr>
              <w:instrText xml:space="preserve"> PAGEREF _Toc232406174 \h </w:instrText>
            </w:r>
            <w:r>
              <w:rPr>
                <w:noProof/>
                <w:webHidden/>
              </w:rPr>
            </w:r>
            <w:r>
              <w:rPr>
                <w:noProof/>
                <w:webHidden/>
              </w:rPr>
              <w:fldChar w:fldCharType="separate"/>
            </w:r>
            <w:r w:rsidR="001C5B1C">
              <w:rPr>
                <w:noProof/>
                <w:webHidden/>
              </w:rPr>
              <w:t>163</w:t>
            </w:r>
            <w:r>
              <w:rPr>
                <w:noProof/>
                <w:webHidden/>
              </w:rPr>
              <w:fldChar w:fldCharType="end"/>
            </w:r>
          </w:hyperlink>
        </w:p>
        <w:p w14:paraId="09C5F52B" w14:textId="09035F13" w:rsidR="007A5099" w:rsidRDefault="007A5099">
          <w:pPr>
            <w:pStyle w:val="TOC1"/>
            <w:rPr>
              <w:rFonts w:asciiTheme="minorHAnsi" w:eastAsiaTheme="minorEastAsia" w:hAnsiTheme="minorHAnsi" w:cstheme="minorBidi"/>
              <w:b w:val="0"/>
              <w:bCs w:val="0"/>
              <w:w w:val="100"/>
              <w:sz w:val="24"/>
              <w:szCs w:val="24"/>
            </w:rPr>
          </w:pPr>
          <w:hyperlink w:anchor="_Toc232406175" w:history="1">
            <w:r w:rsidRPr="00F241EF">
              <w:rPr>
                <w:rStyle w:val="Hyperlink"/>
              </w:rPr>
              <w:t>Other Meetings and Programs</w:t>
            </w:r>
            <w:r>
              <w:rPr>
                <w:webHidden/>
              </w:rPr>
              <w:tab/>
            </w:r>
            <w:r>
              <w:rPr>
                <w:webHidden/>
              </w:rPr>
              <w:fldChar w:fldCharType="begin"/>
            </w:r>
            <w:r>
              <w:rPr>
                <w:webHidden/>
              </w:rPr>
              <w:instrText xml:space="preserve"> PAGEREF _Toc232406175 \h </w:instrText>
            </w:r>
            <w:r>
              <w:rPr>
                <w:webHidden/>
              </w:rPr>
            </w:r>
            <w:r>
              <w:rPr>
                <w:webHidden/>
              </w:rPr>
              <w:fldChar w:fldCharType="separate"/>
            </w:r>
            <w:r w:rsidR="001C5B1C">
              <w:rPr>
                <w:webHidden/>
              </w:rPr>
              <w:t>164</w:t>
            </w:r>
            <w:r>
              <w:rPr>
                <w:webHidden/>
              </w:rPr>
              <w:fldChar w:fldCharType="end"/>
            </w:r>
          </w:hyperlink>
        </w:p>
        <w:p w14:paraId="0A5B38AF" w14:textId="6DDD31B5" w:rsidR="007A5099" w:rsidRDefault="007A5099">
          <w:pPr>
            <w:pStyle w:val="TOC2"/>
            <w:rPr>
              <w:rFonts w:asciiTheme="minorHAnsi" w:eastAsiaTheme="minorEastAsia" w:hAnsiTheme="minorHAnsi" w:cstheme="minorBidi"/>
              <w:noProof/>
              <w:sz w:val="24"/>
              <w:szCs w:val="24"/>
            </w:rPr>
          </w:pPr>
          <w:hyperlink w:anchor="_Toc232406176" w:history="1">
            <w:r w:rsidRPr="00F241EF">
              <w:rPr>
                <w:rStyle w:val="Hyperlink"/>
                <w:noProof/>
              </w:rPr>
              <w:t>Advocacy Issues</w:t>
            </w:r>
            <w:r>
              <w:rPr>
                <w:noProof/>
                <w:webHidden/>
              </w:rPr>
              <w:tab/>
            </w:r>
            <w:r>
              <w:rPr>
                <w:noProof/>
                <w:webHidden/>
              </w:rPr>
              <w:fldChar w:fldCharType="begin"/>
            </w:r>
            <w:r>
              <w:rPr>
                <w:noProof/>
                <w:webHidden/>
              </w:rPr>
              <w:instrText xml:space="preserve"> PAGEREF _Toc232406176 \h </w:instrText>
            </w:r>
            <w:r>
              <w:rPr>
                <w:noProof/>
                <w:webHidden/>
              </w:rPr>
            </w:r>
            <w:r>
              <w:rPr>
                <w:noProof/>
                <w:webHidden/>
              </w:rPr>
              <w:fldChar w:fldCharType="separate"/>
            </w:r>
            <w:r w:rsidR="001C5B1C">
              <w:rPr>
                <w:noProof/>
                <w:webHidden/>
              </w:rPr>
              <w:t>164</w:t>
            </w:r>
            <w:r>
              <w:rPr>
                <w:noProof/>
                <w:webHidden/>
              </w:rPr>
              <w:fldChar w:fldCharType="end"/>
            </w:r>
          </w:hyperlink>
        </w:p>
        <w:p w14:paraId="689A3EAE" w14:textId="52F3D6CB" w:rsidR="007A5099" w:rsidRDefault="007A5099">
          <w:pPr>
            <w:pStyle w:val="TOC2"/>
            <w:rPr>
              <w:rFonts w:asciiTheme="minorHAnsi" w:eastAsiaTheme="minorEastAsia" w:hAnsiTheme="minorHAnsi" w:cstheme="minorBidi"/>
              <w:noProof/>
              <w:sz w:val="24"/>
              <w:szCs w:val="24"/>
            </w:rPr>
          </w:pPr>
          <w:hyperlink w:anchor="_Toc232406177" w:history="1">
            <w:r w:rsidRPr="00F241EF">
              <w:rPr>
                <w:rStyle w:val="Hyperlink"/>
                <w:noProof/>
              </w:rPr>
              <w:t>Financial</w:t>
            </w:r>
            <w:r>
              <w:rPr>
                <w:noProof/>
                <w:webHidden/>
              </w:rPr>
              <w:tab/>
            </w:r>
            <w:r>
              <w:rPr>
                <w:noProof/>
                <w:webHidden/>
              </w:rPr>
              <w:fldChar w:fldCharType="begin"/>
            </w:r>
            <w:r>
              <w:rPr>
                <w:noProof/>
                <w:webHidden/>
              </w:rPr>
              <w:instrText xml:space="preserve"> PAGEREF _Toc232406177 \h </w:instrText>
            </w:r>
            <w:r>
              <w:rPr>
                <w:noProof/>
                <w:webHidden/>
              </w:rPr>
            </w:r>
            <w:r>
              <w:rPr>
                <w:noProof/>
                <w:webHidden/>
              </w:rPr>
              <w:fldChar w:fldCharType="separate"/>
            </w:r>
            <w:r w:rsidR="001C5B1C">
              <w:rPr>
                <w:noProof/>
                <w:webHidden/>
              </w:rPr>
              <w:t>165</w:t>
            </w:r>
            <w:r>
              <w:rPr>
                <w:noProof/>
                <w:webHidden/>
              </w:rPr>
              <w:fldChar w:fldCharType="end"/>
            </w:r>
          </w:hyperlink>
        </w:p>
        <w:p w14:paraId="00638064" w14:textId="3BB5374D" w:rsidR="007A5099" w:rsidRDefault="007A5099">
          <w:pPr>
            <w:pStyle w:val="TOC2"/>
            <w:rPr>
              <w:rFonts w:asciiTheme="minorHAnsi" w:eastAsiaTheme="minorEastAsia" w:hAnsiTheme="minorHAnsi" w:cstheme="minorBidi"/>
              <w:noProof/>
              <w:sz w:val="24"/>
              <w:szCs w:val="24"/>
            </w:rPr>
          </w:pPr>
          <w:hyperlink w:anchor="_Toc232406178" w:history="1">
            <w:r w:rsidRPr="00F241EF">
              <w:rPr>
                <w:rStyle w:val="Hyperlink"/>
                <w:noProof/>
              </w:rPr>
              <w:t>Guide Dogs</w:t>
            </w:r>
            <w:r>
              <w:rPr>
                <w:noProof/>
                <w:webHidden/>
              </w:rPr>
              <w:tab/>
            </w:r>
            <w:r>
              <w:rPr>
                <w:noProof/>
                <w:webHidden/>
              </w:rPr>
              <w:fldChar w:fldCharType="begin"/>
            </w:r>
            <w:r>
              <w:rPr>
                <w:noProof/>
                <w:webHidden/>
              </w:rPr>
              <w:instrText xml:space="preserve"> PAGEREF _Toc232406178 \h </w:instrText>
            </w:r>
            <w:r>
              <w:rPr>
                <w:noProof/>
                <w:webHidden/>
              </w:rPr>
            </w:r>
            <w:r>
              <w:rPr>
                <w:noProof/>
                <w:webHidden/>
              </w:rPr>
              <w:fldChar w:fldCharType="separate"/>
            </w:r>
            <w:r w:rsidR="001C5B1C">
              <w:rPr>
                <w:noProof/>
                <w:webHidden/>
              </w:rPr>
              <w:t>165</w:t>
            </w:r>
            <w:r>
              <w:rPr>
                <w:noProof/>
                <w:webHidden/>
              </w:rPr>
              <w:fldChar w:fldCharType="end"/>
            </w:r>
          </w:hyperlink>
        </w:p>
        <w:p w14:paraId="04413461" w14:textId="1F0A616F" w:rsidR="007A5099" w:rsidRDefault="007A5099">
          <w:pPr>
            <w:pStyle w:val="TOC2"/>
            <w:rPr>
              <w:rFonts w:asciiTheme="minorHAnsi" w:eastAsiaTheme="minorEastAsia" w:hAnsiTheme="minorHAnsi" w:cstheme="minorBidi"/>
              <w:noProof/>
              <w:sz w:val="24"/>
              <w:szCs w:val="24"/>
            </w:rPr>
          </w:pPr>
          <w:hyperlink w:anchor="_Toc232406179" w:history="1">
            <w:r w:rsidRPr="00F241EF">
              <w:rPr>
                <w:rStyle w:val="Hyperlink"/>
                <w:noProof/>
              </w:rPr>
              <w:t>Technology</w:t>
            </w:r>
            <w:r>
              <w:rPr>
                <w:noProof/>
                <w:webHidden/>
              </w:rPr>
              <w:tab/>
            </w:r>
            <w:r>
              <w:rPr>
                <w:noProof/>
                <w:webHidden/>
              </w:rPr>
              <w:fldChar w:fldCharType="begin"/>
            </w:r>
            <w:r>
              <w:rPr>
                <w:noProof/>
                <w:webHidden/>
              </w:rPr>
              <w:instrText xml:space="preserve"> PAGEREF _Toc232406179 \h </w:instrText>
            </w:r>
            <w:r>
              <w:rPr>
                <w:noProof/>
                <w:webHidden/>
              </w:rPr>
            </w:r>
            <w:r>
              <w:rPr>
                <w:noProof/>
                <w:webHidden/>
              </w:rPr>
              <w:fldChar w:fldCharType="separate"/>
            </w:r>
            <w:r w:rsidR="001C5B1C">
              <w:rPr>
                <w:noProof/>
                <w:webHidden/>
              </w:rPr>
              <w:t>168</w:t>
            </w:r>
            <w:r>
              <w:rPr>
                <w:noProof/>
                <w:webHidden/>
              </w:rPr>
              <w:fldChar w:fldCharType="end"/>
            </w:r>
          </w:hyperlink>
        </w:p>
        <w:p w14:paraId="54831B9F" w14:textId="1F505637" w:rsidR="007A5099" w:rsidRDefault="007A5099">
          <w:pPr>
            <w:pStyle w:val="TOC2"/>
            <w:rPr>
              <w:rFonts w:asciiTheme="minorHAnsi" w:eastAsiaTheme="minorEastAsia" w:hAnsiTheme="minorHAnsi" w:cstheme="minorBidi"/>
              <w:noProof/>
              <w:sz w:val="24"/>
              <w:szCs w:val="24"/>
            </w:rPr>
          </w:pPr>
          <w:hyperlink w:anchor="_Toc232406180" w:history="1">
            <w:r w:rsidRPr="00F241EF">
              <w:rPr>
                <w:rStyle w:val="Hyperlink"/>
                <w:noProof/>
              </w:rPr>
              <w:t>Transportation</w:t>
            </w:r>
            <w:r>
              <w:rPr>
                <w:noProof/>
                <w:webHidden/>
              </w:rPr>
              <w:tab/>
            </w:r>
            <w:r>
              <w:rPr>
                <w:noProof/>
                <w:webHidden/>
              </w:rPr>
              <w:fldChar w:fldCharType="begin"/>
            </w:r>
            <w:r>
              <w:rPr>
                <w:noProof/>
                <w:webHidden/>
              </w:rPr>
              <w:instrText xml:space="preserve"> PAGEREF _Toc232406180 \h </w:instrText>
            </w:r>
            <w:r>
              <w:rPr>
                <w:noProof/>
                <w:webHidden/>
              </w:rPr>
            </w:r>
            <w:r>
              <w:rPr>
                <w:noProof/>
                <w:webHidden/>
              </w:rPr>
              <w:fldChar w:fldCharType="separate"/>
            </w:r>
            <w:r w:rsidR="001C5B1C">
              <w:rPr>
                <w:noProof/>
                <w:webHidden/>
              </w:rPr>
              <w:t>175</w:t>
            </w:r>
            <w:r>
              <w:rPr>
                <w:noProof/>
                <w:webHidden/>
              </w:rPr>
              <w:fldChar w:fldCharType="end"/>
            </w:r>
          </w:hyperlink>
        </w:p>
        <w:p w14:paraId="44C77552" w14:textId="0AD9BB10" w:rsidR="007A5099" w:rsidRDefault="007A5099">
          <w:pPr>
            <w:pStyle w:val="TOC1"/>
            <w:rPr>
              <w:rFonts w:asciiTheme="minorHAnsi" w:eastAsiaTheme="minorEastAsia" w:hAnsiTheme="minorHAnsi" w:cstheme="minorBidi"/>
              <w:b w:val="0"/>
              <w:bCs w:val="0"/>
              <w:w w:val="100"/>
              <w:sz w:val="24"/>
              <w:szCs w:val="24"/>
            </w:rPr>
          </w:pPr>
          <w:hyperlink w:anchor="_Toc232406181" w:history="1">
            <w:r w:rsidRPr="00F241EF">
              <w:rPr>
                <w:rStyle w:val="Hyperlink"/>
              </w:rPr>
              <w:t>More Convention Entertainment</w:t>
            </w:r>
            <w:r>
              <w:rPr>
                <w:webHidden/>
              </w:rPr>
              <w:tab/>
            </w:r>
            <w:r>
              <w:rPr>
                <w:webHidden/>
              </w:rPr>
              <w:fldChar w:fldCharType="begin"/>
            </w:r>
            <w:r>
              <w:rPr>
                <w:webHidden/>
              </w:rPr>
              <w:instrText xml:space="preserve"> PAGEREF _Toc232406181 \h </w:instrText>
            </w:r>
            <w:r>
              <w:rPr>
                <w:webHidden/>
              </w:rPr>
            </w:r>
            <w:r>
              <w:rPr>
                <w:webHidden/>
              </w:rPr>
              <w:fldChar w:fldCharType="separate"/>
            </w:r>
            <w:r w:rsidR="001C5B1C">
              <w:rPr>
                <w:webHidden/>
              </w:rPr>
              <w:t>176</w:t>
            </w:r>
            <w:r>
              <w:rPr>
                <w:webHidden/>
              </w:rPr>
              <w:fldChar w:fldCharType="end"/>
            </w:r>
          </w:hyperlink>
        </w:p>
        <w:p w14:paraId="32EC9438" w14:textId="5D7DAD15" w:rsidR="007A5099" w:rsidRDefault="007A5099">
          <w:pPr>
            <w:pStyle w:val="TOC1"/>
            <w:rPr>
              <w:rFonts w:asciiTheme="minorHAnsi" w:eastAsiaTheme="minorEastAsia" w:hAnsiTheme="minorHAnsi" w:cstheme="minorBidi"/>
              <w:b w:val="0"/>
              <w:bCs w:val="0"/>
              <w:w w:val="100"/>
              <w:sz w:val="24"/>
              <w:szCs w:val="24"/>
            </w:rPr>
          </w:pPr>
          <w:hyperlink w:anchor="_Toc232406182" w:history="1">
            <w:r w:rsidRPr="00F241EF">
              <w:rPr>
                <w:rStyle w:val="Hyperlink"/>
              </w:rPr>
              <w:t>2026 Tours</w:t>
            </w:r>
            <w:r>
              <w:rPr>
                <w:webHidden/>
              </w:rPr>
              <w:tab/>
            </w:r>
            <w:r>
              <w:rPr>
                <w:webHidden/>
              </w:rPr>
              <w:fldChar w:fldCharType="begin"/>
            </w:r>
            <w:r>
              <w:rPr>
                <w:webHidden/>
              </w:rPr>
              <w:instrText xml:space="preserve"> PAGEREF _Toc232406182 \h </w:instrText>
            </w:r>
            <w:r>
              <w:rPr>
                <w:webHidden/>
              </w:rPr>
            </w:r>
            <w:r>
              <w:rPr>
                <w:webHidden/>
              </w:rPr>
              <w:fldChar w:fldCharType="separate"/>
            </w:r>
            <w:r w:rsidR="001C5B1C">
              <w:rPr>
                <w:webHidden/>
              </w:rPr>
              <w:t>180</w:t>
            </w:r>
            <w:r>
              <w:rPr>
                <w:webHidden/>
              </w:rPr>
              <w:fldChar w:fldCharType="end"/>
            </w:r>
          </w:hyperlink>
        </w:p>
        <w:p w14:paraId="38FF027C" w14:textId="3938F79F" w:rsidR="007A5099" w:rsidRDefault="007A5099">
          <w:pPr>
            <w:pStyle w:val="TOC1"/>
            <w:rPr>
              <w:rFonts w:asciiTheme="minorHAnsi" w:eastAsiaTheme="minorEastAsia" w:hAnsiTheme="minorHAnsi" w:cstheme="minorBidi"/>
              <w:b w:val="0"/>
              <w:bCs w:val="0"/>
              <w:w w:val="100"/>
              <w:sz w:val="24"/>
              <w:szCs w:val="24"/>
            </w:rPr>
          </w:pPr>
          <w:hyperlink w:anchor="_Toc232406183" w:history="1">
            <w:r w:rsidRPr="00F241EF">
              <w:rPr>
                <w:rStyle w:val="Hyperlink"/>
              </w:rPr>
              <w:t>Kids Explorers Club</w:t>
            </w:r>
            <w:r>
              <w:rPr>
                <w:webHidden/>
              </w:rPr>
              <w:tab/>
            </w:r>
            <w:r>
              <w:rPr>
                <w:webHidden/>
              </w:rPr>
              <w:fldChar w:fldCharType="begin"/>
            </w:r>
            <w:r>
              <w:rPr>
                <w:webHidden/>
              </w:rPr>
              <w:instrText xml:space="preserve"> PAGEREF _Toc232406183 \h </w:instrText>
            </w:r>
            <w:r>
              <w:rPr>
                <w:webHidden/>
              </w:rPr>
            </w:r>
            <w:r>
              <w:rPr>
                <w:webHidden/>
              </w:rPr>
              <w:fldChar w:fldCharType="separate"/>
            </w:r>
            <w:r w:rsidR="001C5B1C">
              <w:rPr>
                <w:webHidden/>
              </w:rPr>
              <w:t>189</w:t>
            </w:r>
            <w:r>
              <w:rPr>
                <w:webHidden/>
              </w:rPr>
              <w:fldChar w:fldCharType="end"/>
            </w:r>
          </w:hyperlink>
        </w:p>
        <w:p w14:paraId="2A0F163B" w14:textId="4A64C59D" w:rsidR="007A5099" w:rsidRDefault="007A5099">
          <w:pPr>
            <w:pStyle w:val="TOC1"/>
            <w:rPr>
              <w:rFonts w:asciiTheme="minorHAnsi" w:eastAsiaTheme="minorEastAsia" w:hAnsiTheme="minorHAnsi" w:cstheme="minorBidi"/>
              <w:b w:val="0"/>
              <w:bCs w:val="0"/>
              <w:w w:val="100"/>
              <w:sz w:val="24"/>
              <w:szCs w:val="24"/>
            </w:rPr>
          </w:pPr>
          <w:hyperlink w:anchor="_Toc232406184" w:history="1">
            <w:r w:rsidRPr="00F241EF">
              <w:rPr>
                <w:rStyle w:val="Hyperlink"/>
              </w:rPr>
              <w:t>ACB Fundraisers</w:t>
            </w:r>
            <w:r>
              <w:rPr>
                <w:webHidden/>
              </w:rPr>
              <w:tab/>
            </w:r>
            <w:r>
              <w:rPr>
                <w:webHidden/>
              </w:rPr>
              <w:fldChar w:fldCharType="begin"/>
            </w:r>
            <w:r>
              <w:rPr>
                <w:webHidden/>
              </w:rPr>
              <w:instrText xml:space="preserve"> PAGEREF _Toc232406184 \h </w:instrText>
            </w:r>
            <w:r>
              <w:rPr>
                <w:webHidden/>
              </w:rPr>
            </w:r>
            <w:r>
              <w:rPr>
                <w:webHidden/>
              </w:rPr>
              <w:fldChar w:fldCharType="separate"/>
            </w:r>
            <w:r w:rsidR="001C5B1C">
              <w:rPr>
                <w:webHidden/>
              </w:rPr>
              <w:t>192</w:t>
            </w:r>
            <w:r>
              <w:rPr>
                <w:webHidden/>
              </w:rPr>
              <w:fldChar w:fldCharType="end"/>
            </w:r>
          </w:hyperlink>
        </w:p>
        <w:p w14:paraId="1FD49E57" w14:textId="7B484458" w:rsidR="007A5099" w:rsidRDefault="007A5099">
          <w:pPr>
            <w:pStyle w:val="TOC1"/>
            <w:rPr>
              <w:rFonts w:asciiTheme="minorHAnsi" w:eastAsiaTheme="minorEastAsia" w:hAnsiTheme="minorHAnsi" w:cstheme="minorBidi"/>
              <w:b w:val="0"/>
              <w:bCs w:val="0"/>
              <w:w w:val="100"/>
              <w:sz w:val="24"/>
              <w:szCs w:val="24"/>
            </w:rPr>
          </w:pPr>
          <w:hyperlink w:anchor="_Toc232406185" w:history="1">
            <w:r w:rsidRPr="00F241EF">
              <w:rPr>
                <w:rStyle w:val="Hyperlink"/>
              </w:rPr>
              <w:t>2026 ACB Exhibitors</w:t>
            </w:r>
            <w:r>
              <w:rPr>
                <w:webHidden/>
              </w:rPr>
              <w:tab/>
            </w:r>
            <w:r>
              <w:rPr>
                <w:webHidden/>
              </w:rPr>
              <w:fldChar w:fldCharType="begin"/>
            </w:r>
            <w:r>
              <w:rPr>
                <w:webHidden/>
              </w:rPr>
              <w:instrText xml:space="preserve"> PAGEREF _Toc232406185 \h </w:instrText>
            </w:r>
            <w:r>
              <w:rPr>
                <w:webHidden/>
              </w:rPr>
            </w:r>
            <w:r>
              <w:rPr>
                <w:webHidden/>
              </w:rPr>
              <w:fldChar w:fldCharType="separate"/>
            </w:r>
            <w:r w:rsidR="001C5B1C">
              <w:rPr>
                <w:webHidden/>
              </w:rPr>
              <w:t>194</w:t>
            </w:r>
            <w:r>
              <w:rPr>
                <w:webHidden/>
              </w:rPr>
              <w:fldChar w:fldCharType="end"/>
            </w:r>
          </w:hyperlink>
        </w:p>
        <w:p w14:paraId="3ACB3F54" w14:textId="4DAA2AFA" w:rsidR="007A5099" w:rsidRDefault="007A5099">
          <w:pPr>
            <w:pStyle w:val="TOC2"/>
            <w:rPr>
              <w:rFonts w:asciiTheme="minorHAnsi" w:eastAsiaTheme="minorEastAsia" w:hAnsiTheme="minorHAnsi" w:cstheme="minorBidi"/>
              <w:noProof/>
              <w:sz w:val="24"/>
              <w:szCs w:val="24"/>
            </w:rPr>
          </w:pPr>
          <w:hyperlink w:anchor="_Toc232406186" w:history="1">
            <w:r w:rsidRPr="00F241EF">
              <w:rPr>
                <w:rStyle w:val="Hyperlink"/>
                <w:noProof/>
              </w:rPr>
              <w:t>Exhibitors</w:t>
            </w:r>
            <w:r>
              <w:rPr>
                <w:noProof/>
                <w:webHidden/>
              </w:rPr>
              <w:tab/>
            </w:r>
            <w:r>
              <w:rPr>
                <w:noProof/>
                <w:webHidden/>
              </w:rPr>
              <w:fldChar w:fldCharType="begin"/>
            </w:r>
            <w:r>
              <w:rPr>
                <w:noProof/>
                <w:webHidden/>
              </w:rPr>
              <w:instrText xml:space="preserve"> PAGEREF _Toc232406186 \h </w:instrText>
            </w:r>
            <w:r>
              <w:rPr>
                <w:noProof/>
                <w:webHidden/>
              </w:rPr>
            </w:r>
            <w:r>
              <w:rPr>
                <w:noProof/>
                <w:webHidden/>
              </w:rPr>
              <w:fldChar w:fldCharType="separate"/>
            </w:r>
            <w:r w:rsidR="001C5B1C">
              <w:rPr>
                <w:noProof/>
                <w:webHidden/>
              </w:rPr>
              <w:t>194</w:t>
            </w:r>
            <w:r>
              <w:rPr>
                <w:noProof/>
                <w:webHidden/>
              </w:rPr>
              <w:fldChar w:fldCharType="end"/>
            </w:r>
          </w:hyperlink>
        </w:p>
        <w:p w14:paraId="22495D8C" w14:textId="792CED10" w:rsidR="007A5099" w:rsidRDefault="007A5099">
          <w:pPr>
            <w:pStyle w:val="TOC1"/>
            <w:rPr>
              <w:rFonts w:asciiTheme="minorHAnsi" w:eastAsiaTheme="minorEastAsia" w:hAnsiTheme="minorHAnsi" w:cstheme="minorBidi"/>
              <w:b w:val="0"/>
              <w:bCs w:val="0"/>
              <w:w w:val="100"/>
              <w:sz w:val="24"/>
              <w:szCs w:val="24"/>
            </w:rPr>
          </w:pPr>
          <w:hyperlink w:anchor="_Toc232406187" w:history="1">
            <w:r w:rsidRPr="00F241EF">
              <w:rPr>
                <w:rStyle w:val="Hyperlink"/>
              </w:rPr>
              <w:t>Marketplace</w:t>
            </w:r>
            <w:r>
              <w:rPr>
                <w:webHidden/>
              </w:rPr>
              <w:tab/>
            </w:r>
            <w:r>
              <w:rPr>
                <w:webHidden/>
              </w:rPr>
              <w:fldChar w:fldCharType="begin"/>
            </w:r>
            <w:r>
              <w:rPr>
                <w:webHidden/>
              </w:rPr>
              <w:instrText xml:space="preserve"> PAGEREF _Toc232406187 \h </w:instrText>
            </w:r>
            <w:r>
              <w:rPr>
                <w:webHidden/>
              </w:rPr>
            </w:r>
            <w:r>
              <w:rPr>
                <w:webHidden/>
              </w:rPr>
              <w:fldChar w:fldCharType="separate"/>
            </w:r>
            <w:r w:rsidR="001C5B1C">
              <w:rPr>
                <w:webHidden/>
              </w:rPr>
              <w:t>197</w:t>
            </w:r>
            <w:r>
              <w:rPr>
                <w:webHidden/>
              </w:rPr>
              <w:fldChar w:fldCharType="end"/>
            </w:r>
          </w:hyperlink>
        </w:p>
        <w:p w14:paraId="73968A24" w14:textId="0CDC4D8D" w:rsidR="007A5099" w:rsidRDefault="007A5099">
          <w:pPr>
            <w:pStyle w:val="TOC1"/>
            <w:rPr>
              <w:rFonts w:asciiTheme="minorHAnsi" w:eastAsiaTheme="minorEastAsia" w:hAnsiTheme="minorHAnsi" w:cstheme="minorBidi"/>
              <w:b w:val="0"/>
              <w:bCs w:val="0"/>
              <w:w w:val="100"/>
              <w:sz w:val="24"/>
              <w:szCs w:val="24"/>
            </w:rPr>
          </w:pPr>
          <w:hyperlink w:anchor="_Toc232406188" w:history="1">
            <w:r w:rsidRPr="00F241EF">
              <w:rPr>
                <w:rStyle w:val="Hyperlink"/>
              </w:rPr>
              <w:t>ACB Officers and Board of Directors</w:t>
            </w:r>
            <w:r>
              <w:rPr>
                <w:webHidden/>
              </w:rPr>
              <w:tab/>
            </w:r>
            <w:r>
              <w:rPr>
                <w:webHidden/>
              </w:rPr>
              <w:fldChar w:fldCharType="begin"/>
            </w:r>
            <w:r>
              <w:rPr>
                <w:webHidden/>
              </w:rPr>
              <w:instrText xml:space="preserve"> PAGEREF _Toc232406188 \h </w:instrText>
            </w:r>
            <w:r>
              <w:rPr>
                <w:webHidden/>
              </w:rPr>
            </w:r>
            <w:r>
              <w:rPr>
                <w:webHidden/>
              </w:rPr>
              <w:fldChar w:fldCharType="separate"/>
            </w:r>
            <w:r w:rsidR="001C5B1C">
              <w:rPr>
                <w:webHidden/>
              </w:rPr>
              <w:t>198</w:t>
            </w:r>
            <w:r>
              <w:rPr>
                <w:webHidden/>
              </w:rPr>
              <w:fldChar w:fldCharType="end"/>
            </w:r>
          </w:hyperlink>
        </w:p>
        <w:p w14:paraId="713E6F73" w14:textId="39EAAFD7" w:rsidR="007A5099" w:rsidRDefault="007A5099">
          <w:pPr>
            <w:pStyle w:val="TOC2"/>
            <w:rPr>
              <w:rFonts w:asciiTheme="minorHAnsi" w:eastAsiaTheme="minorEastAsia" w:hAnsiTheme="minorHAnsi" w:cstheme="minorBidi"/>
              <w:noProof/>
              <w:sz w:val="24"/>
              <w:szCs w:val="24"/>
            </w:rPr>
          </w:pPr>
          <w:hyperlink w:anchor="_Toc232406189" w:history="1">
            <w:r w:rsidRPr="00F241EF">
              <w:rPr>
                <w:rStyle w:val="Hyperlink"/>
                <w:noProof/>
              </w:rPr>
              <w:t>Officers</w:t>
            </w:r>
            <w:r>
              <w:rPr>
                <w:noProof/>
                <w:webHidden/>
              </w:rPr>
              <w:tab/>
            </w:r>
            <w:r>
              <w:rPr>
                <w:noProof/>
                <w:webHidden/>
              </w:rPr>
              <w:fldChar w:fldCharType="begin"/>
            </w:r>
            <w:r>
              <w:rPr>
                <w:noProof/>
                <w:webHidden/>
              </w:rPr>
              <w:instrText xml:space="preserve"> PAGEREF _Toc232406189 \h </w:instrText>
            </w:r>
            <w:r>
              <w:rPr>
                <w:noProof/>
                <w:webHidden/>
              </w:rPr>
            </w:r>
            <w:r>
              <w:rPr>
                <w:noProof/>
                <w:webHidden/>
              </w:rPr>
              <w:fldChar w:fldCharType="separate"/>
            </w:r>
            <w:r w:rsidR="001C5B1C">
              <w:rPr>
                <w:noProof/>
                <w:webHidden/>
              </w:rPr>
              <w:t>198</w:t>
            </w:r>
            <w:r>
              <w:rPr>
                <w:noProof/>
                <w:webHidden/>
              </w:rPr>
              <w:fldChar w:fldCharType="end"/>
            </w:r>
          </w:hyperlink>
        </w:p>
        <w:p w14:paraId="03469008" w14:textId="297B2B39" w:rsidR="007A5099" w:rsidRDefault="007A5099">
          <w:pPr>
            <w:pStyle w:val="TOC2"/>
            <w:rPr>
              <w:rFonts w:asciiTheme="minorHAnsi" w:eastAsiaTheme="minorEastAsia" w:hAnsiTheme="minorHAnsi" w:cstheme="minorBidi"/>
              <w:noProof/>
              <w:sz w:val="24"/>
              <w:szCs w:val="24"/>
            </w:rPr>
          </w:pPr>
          <w:hyperlink w:anchor="_Toc232406190" w:history="1">
            <w:r w:rsidRPr="00F241EF">
              <w:rPr>
                <w:rStyle w:val="Hyperlink"/>
                <w:noProof/>
              </w:rPr>
              <w:t>Directors</w:t>
            </w:r>
            <w:r>
              <w:rPr>
                <w:noProof/>
                <w:webHidden/>
              </w:rPr>
              <w:tab/>
            </w:r>
            <w:r>
              <w:rPr>
                <w:noProof/>
                <w:webHidden/>
              </w:rPr>
              <w:fldChar w:fldCharType="begin"/>
            </w:r>
            <w:r>
              <w:rPr>
                <w:noProof/>
                <w:webHidden/>
              </w:rPr>
              <w:instrText xml:space="preserve"> PAGEREF _Toc232406190 \h </w:instrText>
            </w:r>
            <w:r>
              <w:rPr>
                <w:noProof/>
                <w:webHidden/>
              </w:rPr>
            </w:r>
            <w:r>
              <w:rPr>
                <w:noProof/>
                <w:webHidden/>
              </w:rPr>
              <w:fldChar w:fldCharType="separate"/>
            </w:r>
            <w:r w:rsidR="001C5B1C">
              <w:rPr>
                <w:noProof/>
                <w:webHidden/>
              </w:rPr>
              <w:t>198</w:t>
            </w:r>
            <w:r>
              <w:rPr>
                <w:noProof/>
                <w:webHidden/>
              </w:rPr>
              <w:fldChar w:fldCharType="end"/>
            </w:r>
          </w:hyperlink>
        </w:p>
        <w:p w14:paraId="4510431F" w14:textId="56CB9E2E" w:rsidR="007A5099" w:rsidRDefault="007A5099">
          <w:pPr>
            <w:pStyle w:val="TOC1"/>
            <w:rPr>
              <w:rFonts w:asciiTheme="minorHAnsi" w:eastAsiaTheme="minorEastAsia" w:hAnsiTheme="minorHAnsi" w:cstheme="minorBidi"/>
              <w:b w:val="0"/>
              <w:bCs w:val="0"/>
              <w:w w:val="100"/>
              <w:sz w:val="24"/>
              <w:szCs w:val="24"/>
            </w:rPr>
          </w:pPr>
          <w:hyperlink w:anchor="_Toc232406191" w:history="1">
            <w:r w:rsidRPr="00F241EF">
              <w:rPr>
                <w:rStyle w:val="Hyperlink"/>
              </w:rPr>
              <w:t>ACB Board of Publications</w:t>
            </w:r>
            <w:r>
              <w:rPr>
                <w:webHidden/>
              </w:rPr>
              <w:tab/>
            </w:r>
            <w:r>
              <w:rPr>
                <w:webHidden/>
              </w:rPr>
              <w:fldChar w:fldCharType="begin"/>
            </w:r>
            <w:r>
              <w:rPr>
                <w:webHidden/>
              </w:rPr>
              <w:instrText xml:space="preserve"> PAGEREF _Toc232406191 \h </w:instrText>
            </w:r>
            <w:r>
              <w:rPr>
                <w:webHidden/>
              </w:rPr>
            </w:r>
            <w:r>
              <w:rPr>
                <w:webHidden/>
              </w:rPr>
              <w:fldChar w:fldCharType="separate"/>
            </w:r>
            <w:r w:rsidR="001C5B1C">
              <w:rPr>
                <w:webHidden/>
              </w:rPr>
              <w:t>199</w:t>
            </w:r>
            <w:r>
              <w:rPr>
                <w:webHidden/>
              </w:rPr>
              <w:fldChar w:fldCharType="end"/>
            </w:r>
          </w:hyperlink>
        </w:p>
        <w:p w14:paraId="1BEBC94B" w14:textId="407E9590" w:rsidR="007A5099" w:rsidRDefault="007A5099">
          <w:pPr>
            <w:pStyle w:val="TOC1"/>
            <w:rPr>
              <w:rFonts w:asciiTheme="minorHAnsi" w:eastAsiaTheme="minorEastAsia" w:hAnsiTheme="minorHAnsi" w:cstheme="minorBidi"/>
              <w:b w:val="0"/>
              <w:bCs w:val="0"/>
              <w:w w:val="100"/>
              <w:sz w:val="24"/>
              <w:szCs w:val="24"/>
            </w:rPr>
          </w:pPr>
          <w:hyperlink w:anchor="_Toc232406192" w:history="1">
            <w:r w:rsidRPr="00F241EF">
              <w:rPr>
                <w:rStyle w:val="Hyperlink"/>
              </w:rPr>
              <w:t>ACB Enterprises &amp; Services</w:t>
            </w:r>
            <w:r>
              <w:rPr>
                <w:webHidden/>
              </w:rPr>
              <w:tab/>
            </w:r>
            <w:r>
              <w:rPr>
                <w:webHidden/>
              </w:rPr>
              <w:fldChar w:fldCharType="begin"/>
            </w:r>
            <w:r>
              <w:rPr>
                <w:webHidden/>
              </w:rPr>
              <w:instrText xml:space="preserve"> PAGEREF _Toc232406192 \h </w:instrText>
            </w:r>
            <w:r>
              <w:rPr>
                <w:webHidden/>
              </w:rPr>
            </w:r>
            <w:r>
              <w:rPr>
                <w:webHidden/>
              </w:rPr>
              <w:fldChar w:fldCharType="separate"/>
            </w:r>
            <w:r w:rsidR="001C5B1C">
              <w:rPr>
                <w:webHidden/>
              </w:rPr>
              <w:t>199</w:t>
            </w:r>
            <w:r>
              <w:rPr>
                <w:webHidden/>
              </w:rPr>
              <w:fldChar w:fldCharType="end"/>
            </w:r>
          </w:hyperlink>
        </w:p>
        <w:p w14:paraId="3F96023C" w14:textId="751BED84" w:rsidR="007A5099" w:rsidRDefault="007A5099">
          <w:pPr>
            <w:pStyle w:val="TOC1"/>
            <w:rPr>
              <w:rFonts w:asciiTheme="minorHAnsi" w:eastAsiaTheme="minorEastAsia" w:hAnsiTheme="minorHAnsi" w:cstheme="minorBidi"/>
              <w:b w:val="0"/>
              <w:bCs w:val="0"/>
              <w:w w:val="100"/>
              <w:sz w:val="24"/>
              <w:szCs w:val="24"/>
            </w:rPr>
          </w:pPr>
          <w:hyperlink w:anchor="_Toc232406193" w:history="1">
            <w:r w:rsidRPr="00F241EF">
              <w:rPr>
                <w:rStyle w:val="Hyperlink"/>
              </w:rPr>
              <w:t>ACB Staff and Consultants</w:t>
            </w:r>
            <w:r>
              <w:rPr>
                <w:webHidden/>
              </w:rPr>
              <w:tab/>
            </w:r>
            <w:r>
              <w:rPr>
                <w:webHidden/>
              </w:rPr>
              <w:fldChar w:fldCharType="begin"/>
            </w:r>
            <w:r>
              <w:rPr>
                <w:webHidden/>
              </w:rPr>
              <w:instrText xml:space="preserve"> PAGEREF _Toc232406193 \h </w:instrText>
            </w:r>
            <w:r>
              <w:rPr>
                <w:webHidden/>
              </w:rPr>
            </w:r>
            <w:r>
              <w:rPr>
                <w:webHidden/>
              </w:rPr>
              <w:fldChar w:fldCharType="separate"/>
            </w:r>
            <w:r w:rsidR="001C5B1C">
              <w:rPr>
                <w:webHidden/>
              </w:rPr>
              <w:t>199</w:t>
            </w:r>
            <w:r>
              <w:rPr>
                <w:webHidden/>
              </w:rPr>
              <w:fldChar w:fldCharType="end"/>
            </w:r>
          </w:hyperlink>
        </w:p>
        <w:p w14:paraId="78E09647" w14:textId="5177ED43" w:rsidR="007A5099" w:rsidRDefault="007A5099">
          <w:pPr>
            <w:pStyle w:val="TOC2"/>
            <w:rPr>
              <w:rFonts w:asciiTheme="minorHAnsi" w:eastAsiaTheme="minorEastAsia" w:hAnsiTheme="minorHAnsi" w:cstheme="minorBidi"/>
              <w:noProof/>
              <w:sz w:val="24"/>
              <w:szCs w:val="24"/>
            </w:rPr>
          </w:pPr>
          <w:hyperlink w:anchor="_Toc232406194" w:history="1">
            <w:r w:rsidRPr="00F241EF">
              <w:rPr>
                <w:rStyle w:val="Hyperlink"/>
                <w:noProof/>
              </w:rPr>
              <w:t>Staff</w:t>
            </w:r>
            <w:r>
              <w:rPr>
                <w:noProof/>
                <w:webHidden/>
              </w:rPr>
              <w:tab/>
            </w:r>
            <w:r>
              <w:rPr>
                <w:noProof/>
                <w:webHidden/>
              </w:rPr>
              <w:fldChar w:fldCharType="begin"/>
            </w:r>
            <w:r>
              <w:rPr>
                <w:noProof/>
                <w:webHidden/>
              </w:rPr>
              <w:instrText xml:space="preserve"> PAGEREF _Toc232406194 \h </w:instrText>
            </w:r>
            <w:r>
              <w:rPr>
                <w:noProof/>
                <w:webHidden/>
              </w:rPr>
            </w:r>
            <w:r>
              <w:rPr>
                <w:noProof/>
                <w:webHidden/>
              </w:rPr>
              <w:fldChar w:fldCharType="separate"/>
            </w:r>
            <w:r w:rsidR="001C5B1C">
              <w:rPr>
                <w:noProof/>
                <w:webHidden/>
              </w:rPr>
              <w:t>199</w:t>
            </w:r>
            <w:r>
              <w:rPr>
                <w:noProof/>
                <w:webHidden/>
              </w:rPr>
              <w:fldChar w:fldCharType="end"/>
            </w:r>
          </w:hyperlink>
        </w:p>
        <w:p w14:paraId="5AF223DE" w14:textId="5EF1D0B9" w:rsidR="007A5099" w:rsidRDefault="007A5099">
          <w:pPr>
            <w:pStyle w:val="TOC2"/>
            <w:rPr>
              <w:rFonts w:asciiTheme="minorHAnsi" w:eastAsiaTheme="minorEastAsia" w:hAnsiTheme="minorHAnsi" w:cstheme="minorBidi"/>
              <w:noProof/>
              <w:sz w:val="24"/>
              <w:szCs w:val="24"/>
            </w:rPr>
          </w:pPr>
          <w:hyperlink w:anchor="_Toc232406195" w:history="1">
            <w:r w:rsidRPr="00F241EF">
              <w:rPr>
                <w:rStyle w:val="Hyperlink"/>
                <w:noProof/>
              </w:rPr>
              <w:t>Consultants</w:t>
            </w:r>
            <w:r>
              <w:rPr>
                <w:noProof/>
                <w:webHidden/>
              </w:rPr>
              <w:tab/>
            </w:r>
            <w:r>
              <w:rPr>
                <w:noProof/>
                <w:webHidden/>
              </w:rPr>
              <w:fldChar w:fldCharType="begin"/>
            </w:r>
            <w:r>
              <w:rPr>
                <w:noProof/>
                <w:webHidden/>
              </w:rPr>
              <w:instrText xml:space="preserve"> PAGEREF _Toc232406195 \h </w:instrText>
            </w:r>
            <w:r>
              <w:rPr>
                <w:noProof/>
                <w:webHidden/>
              </w:rPr>
            </w:r>
            <w:r>
              <w:rPr>
                <w:noProof/>
                <w:webHidden/>
              </w:rPr>
              <w:fldChar w:fldCharType="separate"/>
            </w:r>
            <w:r w:rsidR="001C5B1C">
              <w:rPr>
                <w:noProof/>
                <w:webHidden/>
              </w:rPr>
              <w:t>200</w:t>
            </w:r>
            <w:r>
              <w:rPr>
                <w:noProof/>
                <w:webHidden/>
              </w:rPr>
              <w:fldChar w:fldCharType="end"/>
            </w:r>
          </w:hyperlink>
        </w:p>
        <w:p w14:paraId="1656E214" w14:textId="7A171A60" w:rsidR="007A5099" w:rsidRDefault="007A5099">
          <w:pPr>
            <w:pStyle w:val="TOC1"/>
            <w:rPr>
              <w:rFonts w:asciiTheme="minorHAnsi" w:eastAsiaTheme="minorEastAsia" w:hAnsiTheme="minorHAnsi" w:cstheme="minorBidi"/>
              <w:b w:val="0"/>
              <w:bCs w:val="0"/>
              <w:w w:val="100"/>
              <w:sz w:val="24"/>
              <w:szCs w:val="24"/>
            </w:rPr>
          </w:pPr>
          <w:hyperlink w:anchor="_Toc232406196" w:history="1">
            <w:r w:rsidRPr="00F241EF">
              <w:rPr>
                <w:rStyle w:val="Hyperlink"/>
              </w:rPr>
              <w:t>2026 Convention Committees</w:t>
            </w:r>
            <w:r>
              <w:rPr>
                <w:webHidden/>
              </w:rPr>
              <w:tab/>
            </w:r>
            <w:r>
              <w:rPr>
                <w:webHidden/>
              </w:rPr>
              <w:fldChar w:fldCharType="begin"/>
            </w:r>
            <w:r>
              <w:rPr>
                <w:webHidden/>
              </w:rPr>
              <w:instrText xml:space="preserve"> PAGEREF _Toc232406196 \h </w:instrText>
            </w:r>
            <w:r>
              <w:rPr>
                <w:webHidden/>
              </w:rPr>
            </w:r>
            <w:r>
              <w:rPr>
                <w:webHidden/>
              </w:rPr>
              <w:fldChar w:fldCharType="separate"/>
            </w:r>
            <w:r w:rsidR="001C5B1C">
              <w:rPr>
                <w:webHidden/>
              </w:rPr>
              <w:t>201</w:t>
            </w:r>
            <w:r>
              <w:rPr>
                <w:webHidden/>
              </w:rPr>
              <w:fldChar w:fldCharType="end"/>
            </w:r>
          </w:hyperlink>
        </w:p>
        <w:p w14:paraId="1E2BD85C" w14:textId="3C0F32E6" w:rsidR="007A5099" w:rsidRDefault="007A5099">
          <w:pPr>
            <w:pStyle w:val="TOC2"/>
            <w:rPr>
              <w:rFonts w:asciiTheme="minorHAnsi" w:eastAsiaTheme="minorEastAsia" w:hAnsiTheme="minorHAnsi" w:cstheme="minorBidi"/>
              <w:noProof/>
              <w:sz w:val="24"/>
              <w:szCs w:val="24"/>
            </w:rPr>
          </w:pPr>
          <w:hyperlink w:anchor="_Toc232406197" w:history="1">
            <w:r w:rsidRPr="00F241EF">
              <w:rPr>
                <w:rStyle w:val="Hyperlink"/>
                <w:noProof/>
              </w:rPr>
              <w:t>Convention Coordinating Committee</w:t>
            </w:r>
            <w:r>
              <w:rPr>
                <w:noProof/>
                <w:webHidden/>
              </w:rPr>
              <w:tab/>
            </w:r>
            <w:r>
              <w:rPr>
                <w:noProof/>
                <w:webHidden/>
              </w:rPr>
              <w:fldChar w:fldCharType="begin"/>
            </w:r>
            <w:r>
              <w:rPr>
                <w:noProof/>
                <w:webHidden/>
              </w:rPr>
              <w:instrText xml:space="preserve"> PAGEREF _Toc232406197 \h </w:instrText>
            </w:r>
            <w:r>
              <w:rPr>
                <w:noProof/>
                <w:webHidden/>
              </w:rPr>
            </w:r>
            <w:r>
              <w:rPr>
                <w:noProof/>
                <w:webHidden/>
              </w:rPr>
              <w:fldChar w:fldCharType="separate"/>
            </w:r>
            <w:r w:rsidR="001C5B1C">
              <w:rPr>
                <w:noProof/>
                <w:webHidden/>
              </w:rPr>
              <w:t>201</w:t>
            </w:r>
            <w:r>
              <w:rPr>
                <w:noProof/>
                <w:webHidden/>
              </w:rPr>
              <w:fldChar w:fldCharType="end"/>
            </w:r>
          </w:hyperlink>
        </w:p>
        <w:p w14:paraId="1317F2A7" w14:textId="19DB5CD1" w:rsidR="007A5099" w:rsidRDefault="007A5099">
          <w:pPr>
            <w:pStyle w:val="TOC2"/>
            <w:rPr>
              <w:rFonts w:asciiTheme="minorHAnsi" w:eastAsiaTheme="minorEastAsia" w:hAnsiTheme="minorHAnsi" w:cstheme="minorBidi"/>
              <w:noProof/>
              <w:sz w:val="24"/>
              <w:szCs w:val="24"/>
            </w:rPr>
          </w:pPr>
          <w:hyperlink w:anchor="_Toc232406198" w:history="1">
            <w:r w:rsidRPr="00F241EF">
              <w:rPr>
                <w:rStyle w:val="Hyperlink"/>
                <w:noProof/>
              </w:rPr>
              <w:t>Convention Program Committee</w:t>
            </w:r>
            <w:r>
              <w:rPr>
                <w:noProof/>
                <w:webHidden/>
              </w:rPr>
              <w:tab/>
            </w:r>
            <w:r>
              <w:rPr>
                <w:noProof/>
                <w:webHidden/>
              </w:rPr>
              <w:fldChar w:fldCharType="begin"/>
            </w:r>
            <w:r>
              <w:rPr>
                <w:noProof/>
                <w:webHidden/>
              </w:rPr>
              <w:instrText xml:space="preserve"> PAGEREF _Toc232406198 \h </w:instrText>
            </w:r>
            <w:r>
              <w:rPr>
                <w:noProof/>
                <w:webHidden/>
              </w:rPr>
            </w:r>
            <w:r>
              <w:rPr>
                <w:noProof/>
                <w:webHidden/>
              </w:rPr>
              <w:fldChar w:fldCharType="separate"/>
            </w:r>
            <w:r w:rsidR="001C5B1C">
              <w:rPr>
                <w:noProof/>
                <w:webHidden/>
              </w:rPr>
              <w:t>201</w:t>
            </w:r>
            <w:r>
              <w:rPr>
                <w:noProof/>
                <w:webHidden/>
              </w:rPr>
              <w:fldChar w:fldCharType="end"/>
            </w:r>
          </w:hyperlink>
        </w:p>
        <w:p w14:paraId="18C4B11C" w14:textId="26EADE77" w:rsidR="007A5099" w:rsidRDefault="007A5099">
          <w:pPr>
            <w:pStyle w:val="TOC2"/>
            <w:rPr>
              <w:rFonts w:asciiTheme="minorHAnsi" w:eastAsiaTheme="minorEastAsia" w:hAnsiTheme="minorHAnsi" w:cstheme="minorBidi"/>
              <w:noProof/>
              <w:sz w:val="24"/>
              <w:szCs w:val="24"/>
            </w:rPr>
          </w:pPr>
          <w:hyperlink w:anchor="_Toc232406199" w:history="1">
            <w:r w:rsidRPr="00F241EF">
              <w:rPr>
                <w:rStyle w:val="Hyperlink"/>
                <w:noProof/>
              </w:rPr>
              <w:t>Local Host Committee</w:t>
            </w:r>
            <w:r>
              <w:rPr>
                <w:noProof/>
                <w:webHidden/>
              </w:rPr>
              <w:tab/>
            </w:r>
            <w:r>
              <w:rPr>
                <w:noProof/>
                <w:webHidden/>
              </w:rPr>
              <w:fldChar w:fldCharType="begin"/>
            </w:r>
            <w:r>
              <w:rPr>
                <w:noProof/>
                <w:webHidden/>
              </w:rPr>
              <w:instrText xml:space="preserve"> PAGEREF _Toc232406199 \h </w:instrText>
            </w:r>
            <w:r>
              <w:rPr>
                <w:noProof/>
                <w:webHidden/>
              </w:rPr>
            </w:r>
            <w:r>
              <w:rPr>
                <w:noProof/>
                <w:webHidden/>
              </w:rPr>
              <w:fldChar w:fldCharType="separate"/>
            </w:r>
            <w:r w:rsidR="001C5B1C">
              <w:rPr>
                <w:noProof/>
                <w:webHidden/>
              </w:rPr>
              <w:t>202</w:t>
            </w:r>
            <w:r>
              <w:rPr>
                <w:noProof/>
                <w:webHidden/>
              </w:rPr>
              <w:fldChar w:fldCharType="end"/>
            </w:r>
          </w:hyperlink>
        </w:p>
        <w:p w14:paraId="1BB6C45D" w14:textId="4CCB3ABD" w:rsidR="00A74476" w:rsidRDefault="00A74476" w:rsidP="009E7A4A">
          <w:r>
            <w:rPr>
              <w:b/>
              <w:bCs/>
              <w:noProof/>
            </w:rPr>
            <w:fldChar w:fldCharType="end"/>
          </w:r>
        </w:p>
      </w:sdtContent>
    </w:sdt>
    <w:p w14:paraId="7608500D" w14:textId="77777777" w:rsidR="005D4E74" w:rsidRDefault="005D4E74">
      <w:pPr>
        <w:rPr>
          <w:rFonts w:eastAsiaTheme="majorEastAsia" w:cstheme="majorBidi"/>
          <w:b/>
          <w:bCs/>
          <w:sz w:val="44"/>
          <w:szCs w:val="28"/>
        </w:rPr>
      </w:pPr>
      <w:r>
        <w:br w:type="page"/>
      </w:r>
    </w:p>
    <w:p w14:paraId="7ADBADCA" w14:textId="0FE241F0" w:rsidR="00496FED" w:rsidRPr="00483588" w:rsidRDefault="00CB3FC5" w:rsidP="009E7A4A">
      <w:pPr>
        <w:pStyle w:val="Heading1"/>
      </w:pPr>
      <w:bookmarkStart w:id="0" w:name="_Toc232406119"/>
      <w:r w:rsidRPr="00483588">
        <w:lastRenderedPageBreak/>
        <w:t>President’s Message</w:t>
      </w:r>
      <w:bookmarkEnd w:id="0"/>
      <w:r w:rsidRPr="00483588">
        <w:t xml:space="preserve"> </w:t>
      </w:r>
    </w:p>
    <w:p w14:paraId="4E0A670E" w14:textId="77777777" w:rsidR="00496FED" w:rsidRPr="003224DB" w:rsidRDefault="00496FED" w:rsidP="009E7A4A"/>
    <w:p w14:paraId="3D886D02" w14:textId="62424676" w:rsidR="003D7775" w:rsidRPr="003D7775" w:rsidRDefault="003D7775" w:rsidP="000A45F2">
      <w:pPr>
        <w:ind w:left="0" w:firstLine="0"/>
      </w:pPr>
      <w:r w:rsidRPr="003D7775">
        <w:t>Welcome to the 65th annual American Council of the Blind conference and convention held in St. Louis, Missouri, and broadcast on the ACB Media Network. Our 2026 theme, “ACB –</w:t>
      </w:r>
      <w:r w:rsidR="6FF66548">
        <w:t xml:space="preserve"> </w:t>
      </w:r>
      <w:r w:rsidRPr="003D7775">
        <w:t>Soaring to New H</w:t>
      </w:r>
      <w:r w:rsidR="000A45F2">
        <w:t>e</w:t>
      </w:r>
      <w:r w:rsidRPr="003D7775">
        <w:t>ights!” reflects our mission to create opportunities and success for people who are blind or low vision. In these changing times, our members’ work to bring this event together shows the passion and determination of the ACB family. During this convention, you’ll hear more about ACB’s successes and challenges in what promises to be our busiest and most informative gathering yet.</w:t>
      </w:r>
    </w:p>
    <w:p w14:paraId="160D340D" w14:textId="77777777" w:rsidR="00C57368" w:rsidRDefault="00C57368" w:rsidP="003D7775"/>
    <w:p w14:paraId="35CAC2CA" w14:textId="1F803F68" w:rsidR="003D7775" w:rsidRPr="003D7775" w:rsidRDefault="003D7775" w:rsidP="000A45F2">
      <w:pPr>
        <w:ind w:left="0" w:firstLine="0"/>
      </w:pPr>
      <w:r w:rsidRPr="003D7775">
        <w:t>Every ACB convention depends on many volunteers. I want to personally thank the Convention Committee, chaired by Janet Dickelman; the Convention Program Committee; Community Zoom hosts; and the ACB Media Network team among others.</w:t>
      </w:r>
    </w:p>
    <w:p w14:paraId="7BB20B52" w14:textId="77777777" w:rsidR="00C57368" w:rsidRDefault="00C57368" w:rsidP="003D7775"/>
    <w:p w14:paraId="3E9F89C9" w14:textId="1392A434" w:rsidR="003D7775" w:rsidRPr="003D7775" w:rsidRDefault="003D7775" w:rsidP="000A45F2">
      <w:pPr>
        <w:ind w:left="0" w:firstLine="0"/>
      </w:pPr>
      <w:r w:rsidRPr="003D7775">
        <w:t>I also want to recognize our dedicated ACB staff, who work tirelessly behind the scenes to make this convention a success. You are all fabulous!</w:t>
      </w:r>
    </w:p>
    <w:p w14:paraId="787B7CF4" w14:textId="77777777" w:rsidR="00C57368" w:rsidRDefault="00C57368" w:rsidP="003D7775"/>
    <w:p w14:paraId="0975CC06" w14:textId="78693DF9" w:rsidR="003D7775" w:rsidRPr="003D7775" w:rsidRDefault="003D7775" w:rsidP="000A45F2">
      <w:pPr>
        <w:ind w:left="0" w:firstLine="0"/>
      </w:pPr>
      <w:r w:rsidRPr="003D7775">
        <w:t xml:space="preserve">A warm welcome to everyone attending the ACB convention for the first time. This hybrid event gives </w:t>
      </w:r>
      <w:r w:rsidRPr="003D7775">
        <w:lastRenderedPageBreak/>
        <w:t xml:space="preserve">members and friends a chance to enjoy an exceptional program from home or in St. Louis. It includes audio-described virtual tours, a strong vendor exhibit hall, live tours, daily general sessions on issues affecting our community, and more than 100 breakout sessions from affiliates, committees, and sponsors. This experience will help shape our organization for years to come, and we look forward to connecting in person or in Zoom. </w:t>
      </w:r>
    </w:p>
    <w:p w14:paraId="0D9237F2" w14:textId="77777777" w:rsidR="003D7775" w:rsidRPr="003D7775" w:rsidRDefault="003D7775" w:rsidP="003D7775"/>
    <w:p w14:paraId="3D790738" w14:textId="77777777" w:rsidR="003D7775" w:rsidRPr="003D7775" w:rsidRDefault="003D7775" w:rsidP="003D7775">
      <w:r w:rsidRPr="003D7775">
        <w:t>Enjoy the convention!</w:t>
      </w:r>
    </w:p>
    <w:p w14:paraId="1A205AD3" w14:textId="77777777" w:rsidR="00C57368" w:rsidRDefault="00C57368" w:rsidP="003D7775"/>
    <w:p w14:paraId="6716D40C" w14:textId="2A6259EB" w:rsidR="003D7775" w:rsidRPr="003D7775" w:rsidRDefault="003D7775" w:rsidP="003D7775">
      <w:r w:rsidRPr="003D7775">
        <w:t>Deb Cook Lewis, ACB President</w:t>
      </w:r>
    </w:p>
    <w:p w14:paraId="78683C09" w14:textId="77777777" w:rsidR="00724469" w:rsidRDefault="00724469" w:rsidP="009E7A4A"/>
    <w:p w14:paraId="4F054EDD" w14:textId="77777777" w:rsidR="00724469" w:rsidRDefault="00724469" w:rsidP="009E7A4A"/>
    <w:p w14:paraId="55CECCB7" w14:textId="287F64A3" w:rsidR="00166059" w:rsidRPr="00483588" w:rsidRDefault="00CB3FC5" w:rsidP="009E7A4A">
      <w:pPr>
        <w:pStyle w:val="Heading1"/>
      </w:pPr>
      <w:bookmarkStart w:id="1" w:name="_Toc232406120"/>
      <w:r w:rsidRPr="00483588">
        <w:t>Conference Gem</w:t>
      </w:r>
      <w:r w:rsidR="00B338A1" w:rsidRPr="00483588">
        <w:t>s</w:t>
      </w:r>
      <w:bookmarkEnd w:id="1"/>
    </w:p>
    <w:p w14:paraId="32C376B9" w14:textId="77777777" w:rsidR="005F7061" w:rsidRPr="00E57039" w:rsidRDefault="005F7061" w:rsidP="009E7A4A"/>
    <w:p w14:paraId="7E02B678" w14:textId="5E9B1C53" w:rsidR="00E57039" w:rsidRPr="00E57039" w:rsidRDefault="00E57039" w:rsidP="000A45F2">
      <w:pPr>
        <w:ind w:left="0" w:firstLine="0"/>
      </w:pPr>
      <w:r w:rsidRPr="00E57039">
        <w:t>We extend our heartfelt thanks to our 202</w:t>
      </w:r>
      <w:r w:rsidR="00FA6A50">
        <w:t>6</w:t>
      </w:r>
      <w:r w:rsidRPr="00E57039">
        <w:t xml:space="preserve"> Conference gems. Their ongoing generosity and support of the American Council of the Blind, as well as our annual conference and convention, are deeply appreciated.</w:t>
      </w:r>
    </w:p>
    <w:p w14:paraId="491F22CA" w14:textId="77777777" w:rsidR="00E57039" w:rsidRPr="00E57039" w:rsidRDefault="00E57039" w:rsidP="009E7A4A"/>
    <w:p w14:paraId="4A866956" w14:textId="0115C17A" w:rsidR="00E57039" w:rsidRDefault="00E57039" w:rsidP="000A45F2">
      <w:pPr>
        <w:ind w:left="0" w:firstLine="0"/>
      </w:pPr>
      <w:r w:rsidRPr="00E57039">
        <w:t>You’ll find recognition of our 202</w:t>
      </w:r>
      <w:r w:rsidR="00FA6A50">
        <w:t>6</w:t>
      </w:r>
      <w:r w:rsidRPr="00E57039">
        <w:t xml:space="preserve"> Conference gems on </w:t>
      </w:r>
      <w:hyperlink r:id="rId14" w:tgtFrame="_new" w:history="1">
        <w:r w:rsidRPr="00FA6A50">
          <w:rPr>
            <w:rStyle w:val="Hyperlink"/>
            <w:color w:val="auto"/>
            <w:spacing w:val="-1"/>
            <w:u w:val="none"/>
          </w:rPr>
          <w:t>www.acb.org</w:t>
        </w:r>
      </w:hyperlink>
      <w:r w:rsidRPr="00EE2310">
        <w:t xml:space="preserve">, in the daily </w:t>
      </w:r>
      <w:r w:rsidRPr="00E57039">
        <w:t xml:space="preserve">newspaper, on ACB Media, the official convention T-shirt, and throughout the week’s events. When you see them, please take a </w:t>
      </w:r>
      <w:r w:rsidRPr="00E57039">
        <w:lastRenderedPageBreak/>
        <w:t>moment to thank them personally for their invaluable support.</w:t>
      </w:r>
    </w:p>
    <w:p w14:paraId="6842CD84" w14:textId="77777777" w:rsidR="000A45F2" w:rsidRPr="00E57039" w:rsidRDefault="000A45F2" w:rsidP="000A45F2">
      <w:pPr>
        <w:ind w:left="0" w:firstLine="0"/>
      </w:pPr>
    </w:p>
    <w:p w14:paraId="5D201ECE" w14:textId="77777777" w:rsidR="00E57039" w:rsidRPr="0069385E" w:rsidRDefault="00E57039" w:rsidP="009E7A4A">
      <w:r w:rsidRPr="0069385E">
        <w:t>Diamond Sponsors</w:t>
      </w:r>
    </w:p>
    <w:p w14:paraId="62FB97CB" w14:textId="05C61BE5" w:rsidR="00A95776" w:rsidRPr="00483588" w:rsidRDefault="00A95776" w:rsidP="00A95776">
      <w:pPr>
        <w:pStyle w:val="ListParagraph"/>
        <w:numPr>
          <w:ilvl w:val="0"/>
          <w:numId w:val="10"/>
        </w:numPr>
      </w:pPr>
      <w:r w:rsidRPr="00483588">
        <w:t>Microsoft</w:t>
      </w:r>
      <w:r w:rsidR="00483588" w:rsidRPr="00483588">
        <w:t xml:space="preserve"> – Convention Announcements</w:t>
      </w:r>
    </w:p>
    <w:p w14:paraId="128B9DBD" w14:textId="0666509F" w:rsidR="00A95776" w:rsidRPr="00483588" w:rsidRDefault="00A95776" w:rsidP="00A95776">
      <w:pPr>
        <w:pStyle w:val="ListParagraph"/>
        <w:numPr>
          <w:ilvl w:val="0"/>
          <w:numId w:val="10"/>
        </w:numPr>
      </w:pPr>
      <w:r w:rsidRPr="00483588">
        <w:t xml:space="preserve">Vanda Pharmaceuticals </w:t>
      </w:r>
      <w:r w:rsidR="00483588" w:rsidRPr="00483588">
        <w:t>- Banquet</w:t>
      </w:r>
    </w:p>
    <w:p w14:paraId="08DA6509" w14:textId="6FFC20F2" w:rsidR="00A95776" w:rsidRPr="00483588" w:rsidRDefault="00A95776" w:rsidP="00A95776">
      <w:pPr>
        <w:pStyle w:val="ListParagraph"/>
        <w:numPr>
          <w:ilvl w:val="0"/>
          <w:numId w:val="10"/>
        </w:numPr>
      </w:pPr>
      <w:r w:rsidRPr="00483588">
        <w:t>Waymo</w:t>
      </w:r>
      <w:r w:rsidR="00483588" w:rsidRPr="00483588">
        <w:t xml:space="preserve"> – Communication Center</w:t>
      </w:r>
    </w:p>
    <w:p w14:paraId="21C7CC22" w14:textId="7E16D458" w:rsidR="0003711A" w:rsidRDefault="0003711A" w:rsidP="009E7A4A"/>
    <w:p w14:paraId="08EF08B9" w14:textId="77777777" w:rsidR="00E57039" w:rsidRPr="0069385E" w:rsidRDefault="00E57039" w:rsidP="009E7A4A">
      <w:r w:rsidRPr="0069385E">
        <w:t>Emerald Sponsors</w:t>
      </w:r>
    </w:p>
    <w:p w14:paraId="6BE6220A" w14:textId="3EB0F5A4" w:rsidR="00A95776" w:rsidRDefault="00A95776" w:rsidP="00A95776">
      <w:pPr>
        <w:pStyle w:val="ListParagraph"/>
        <w:numPr>
          <w:ilvl w:val="0"/>
          <w:numId w:val="11"/>
        </w:numPr>
      </w:pPr>
      <w:r>
        <w:t>Amazon</w:t>
      </w:r>
      <w:r w:rsidR="00483588">
        <w:t xml:space="preserve"> - Voting</w:t>
      </w:r>
    </w:p>
    <w:p w14:paraId="76B4D27D" w14:textId="24F1B122" w:rsidR="00A95776" w:rsidRDefault="00A95776" w:rsidP="00A95776">
      <w:pPr>
        <w:pStyle w:val="ListParagraph"/>
        <w:numPr>
          <w:ilvl w:val="0"/>
          <w:numId w:val="11"/>
        </w:numPr>
      </w:pPr>
      <w:r>
        <w:t>Blind Information Technology Solutions (BITS)</w:t>
      </w:r>
      <w:r w:rsidR="00483588">
        <w:t xml:space="preserve"> – Auction &amp; Youth Track</w:t>
      </w:r>
    </w:p>
    <w:p w14:paraId="11FC052B" w14:textId="3C563676" w:rsidR="00A95776" w:rsidRDefault="00A95776" w:rsidP="00A95776">
      <w:pPr>
        <w:pStyle w:val="ListParagraph"/>
        <w:numPr>
          <w:ilvl w:val="0"/>
          <w:numId w:val="11"/>
        </w:numPr>
      </w:pPr>
      <w:r>
        <w:t>Meta</w:t>
      </w:r>
      <w:r w:rsidR="00483588">
        <w:t xml:space="preserve"> – Print Program</w:t>
      </w:r>
    </w:p>
    <w:p w14:paraId="0C5EEA90" w14:textId="78900934" w:rsidR="00A95776" w:rsidRDefault="00A95776" w:rsidP="00A95776">
      <w:pPr>
        <w:pStyle w:val="ListParagraph"/>
        <w:numPr>
          <w:ilvl w:val="0"/>
          <w:numId w:val="11"/>
        </w:numPr>
      </w:pPr>
      <w:r>
        <w:t>The Seeing Eye</w:t>
      </w:r>
      <w:r w:rsidR="00483588">
        <w:t xml:space="preserve"> – Virtual Convention Sessions</w:t>
      </w:r>
    </w:p>
    <w:p w14:paraId="305942AC" w14:textId="28273E24" w:rsidR="00A95776" w:rsidRDefault="00A95776" w:rsidP="00A95776">
      <w:pPr>
        <w:pStyle w:val="ListParagraph"/>
        <w:numPr>
          <w:ilvl w:val="0"/>
          <w:numId w:val="11"/>
        </w:numPr>
      </w:pPr>
      <w:r>
        <w:t>Vispero</w:t>
      </w:r>
      <w:r w:rsidR="00483588">
        <w:t xml:space="preserve"> – Exhibit Hall</w:t>
      </w:r>
    </w:p>
    <w:p w14:paraId="320BF03D" w14:textId="77777777" w:rsidR="0003711A" w:rsidRPr="0003711A" w:rsidRDefault="0003711A" w:rsidP="009E7A4A"/>
    <w:p w14:paraId="223FE012" w14:textId="77777777" w:rsidR="00E57039" w:rsidRPr="0069385E" w:rsidRDefault="00E57039" w:rsidP="009E7A4A">
      <w:r w:rsidRPr="0069385E">
        <w:t>Ruby Sponsors</w:t>
      </w:r>
    </w:p>
    <w:p w14:paraId="69403CB6" w14:textId="553508BA" w:rsidR="00A95776" w:rsidRDefault="00A95776" w:rsidP="00A95776">
      <w:pPr>
        <w:pStyle w:val="ListParagraph"/>
        <w:numPr>
          <w:ilvl w:val="0"/>
          <w:numId w:val="11"/>
        </w:numPr>
      </w:pPr>
      <w:r>
        <w:t xml:space="preserve">AT&amp;T </w:t>
      </w:r>
      <w:r w:rsidR="00483588">
        <w:t>– Tour channel</w:t>
      </w:r>
    </w:p>
    <w:p w14:paraId="6065F4CC" w14:textId="72F9DBB6" w:rsidR="00A95776" w:rsidRPr="00B40E28" w:rsidRDefault="00A95776" w:rsidP="00A95776">
      <w:pPr>
        <w:pStyle w:val="ListParagraph"/>
        <w:numPr>
          <w:ilvl w:val="0"/>
          <w:numId w:val="11"/>
        </w:numPr>
      </w:pPr>
      <w:r>
        <w:t>Bosma Enterprises</w:t>
      </w:r>
      <w:r w:rsidR="00483588">
        <w:t xml:space="preserve"> </w:t>
      </w:r>
    </w:p>
    <w:p w14:paraId="426D186A" w14:textId="6CC06C10" w:rsidR="00A95776" w:rsidRDefault="00A95776" w:rsidP="00A95776">
      <w:pPr>
        <w:pStyle w:val="ListParagraph"/>
        <w:numPr>
          <w:ilvl w:val="0"/>
          <w:numId w:val="11"/>
        </w:numPr>
      </w:pPr>
      <w:r>
        <w:t>CVS Health</w:t>
      </w:r>
      <w:r w:rsidR="00483588">
        <w:t xml:space="preserve"> - Registration</w:t>
      </w:r>
    </w:p>
    <w:p w14:paraId="6E4E8055" w14:textId="62E67A0D" w:rsidR="00A95776" w:rsidRDefault="00A95776" w:rsidP="00A95776">
      <w:pPr>
        <w:pStyle w:val="ListParagraph"/>
        <w:numPr>
          <w:ilvl w:val="0"/>
          <w:numId w:val="11"/>
        </w:numPr>
      </w:pPr>
      <w:r>
        <w:t>Google</w:t>
      </w:r>
      <w:r w:rsidR="00483588">
        <w:t xml:space="preserve"> – Help Desk</w:t>
      </w:r>
    </w:p>
    <w:p w14:paraId="549E3750" w14:textId="7B80F60D" w:rsidR="00A95776" w:rsidRDefault="00A95776" w:rsidP="00A95776">
      <w:pPr>
        <w:pStyle w:val="ListParagraph"/>
        <w:numPr>
          <w:ilvl w:val="0"/>
          <w:numId w:val="11"/>
        </w:numPr>
      </w:pPr>
      <w:r>
        <w:t>HumanWare</w:t>
      </w:r>
    </w:p>
    <w:p w14:paraId="54BCCA68" w14:textId="4EEFBE55" w:rsidR="00A95776" w:rsidRDefault="00A95776" w:rsidP="00A95776">
      <w:pPr>
        <w:pStyle w:val="ListParagraph"/>
        <w:numPr>
          <w:ilvl w:val="0"/>
          <w:numId w:val="11"/>
        </w:numPr>
      </w:pPr>
      <w:r>
        <w:t>Spectrum</w:t>
      </w:r>
      <w:r w:rsidR="00483588">
        <w:t xml:space="preserve"> -</w:t>
      </w:r>
      <w:r w:rsidR="002B0318">
        <w:t xml:space="preserve"> E</w:t>
      </w:r>
      <w:r w:rsidR="00483588">
        <w:t xml:space="preserve">xhibit </w:t>
      </w:r>
      <w:r w:rsidR="002B0318">
        <w:t>H</w:t>
      </w:r>
      <w:r w:rsidR="00483588">
        <w:t xml:space="preserve">all </w:t>
      </w:r>
      <w:r w:rsidR="002B0318">
        <w:t>C</w:t>
      </w:r>
      <w:r w:rsidR="00483588">
        <w:t>hannel</w:t>
      </w:r>
    </w:p>
    <w:p w14:paraId="69ADE985" w14:textId="1BEB5478" w:rsidR="00A95776" w:rsidRDefault="00A95776" w:rsidP="00A95776">
      <w:pPr>
        <w:pStyle w:val="ListParagraph"/>
        <w:numPr>
          <w:ilvl w:val="0"/>
          <w:numId w:val="11"/>
        </w:numPr>
      </w:pPr>
      <w:r>
        <w:t>Verizon</w:t>
      </w:r>
    </w:p>
    <w:p w14:paraId="0898FA08" w14:textId="77777777" w:rsidR="000E64B2" w:rsidRDefault="000E64B2" w:rsidP="000E64B2">
      <w:pPr>
        <w:ind w:left="360" w:firstLine="0"/>
      </w:pPr>
    </w:p>
    <w:p w14:paraId="1BEAEB24" w14:textId="77777777" w:rsidR="00AF325A" w:rsidRDefault="00AF325A">
      <w:r>
        <w:br w:type="page"/>
      </w:r>
    </w:p>
    <w:p w14:paraId="1974DC20" w14:textId="584CF8A0" w:rsidR="00E57039" w:rsidRPr="00484A44" w:rsidRDefault="00E57039" w:rsidP="009E7A4A">
      <w:r w:rsidRPr="00484A44">
        <w:lastRenderedPageBreak/>
        <w:t>Onyx Sponsors</w:t>
      </w:r>
    </w:p>
    <w:p w14:paraId="2666A1B9" w14:textId="15FA66CE" w:rsidR="00A95776" w:rsidRDefault="00A95776" w:rsidP="00A95776">
      <w:pPr>
        <w:pStyle w:val="ListParagraph"/>
        <w:numPr>
          <w:ilvl w:val="0"/>
          <w:numId w:val="11"/>
        </w:numPr>
      </w:pPr>
      <w:r>
        <w:t>Aira</w:t>
      </w:r>
      <w:r w:rsidR="002B0318">
        <w:t xml:space="preserve"> – Get Up and Get Moving Activities</w:t>
      </w:r>
    </w:p>
    <w:p w14:paraId="0979C4E1" w14:textId="71488B51" w:rsidR="00666CC9" w:rsidRDefault="00A95776" w:rsidP="009A1099">
      <w:pPr>
        <w:pStyle w:val="ListParagraph"/>
        <w:numPr>
          <w:ilvl w:val="0"/>
          <w:numId w:val="11"/>
        </w:numPr>
      </w:pPr>
      <w:r>
        <w:t>American Foundation for the Blind (AFB)</w:t>
      </w:r>
      <w:r w:rsidR="002B0318">
        <w:t xml:space="preserve"> – Life Member Breakfast</w:t>
      </w:r>
    </w:p>
    <w:p w14:paraId="03CB4AB0" w14:textId="4B3BA374" w:rsidR="00A95776" w:rsidRDefault="00A95776" w:rsidP="00A95776">
      <w:pPr>
        <w:pStyle w:val="ListParagraph"/>
        <w:numPr>
          <w:ilvl w:val="0"/>
          <w:numId w:val="11"/>
        </w:numPr>
      </w:pPr>
      <w:r>
        <w:t>Navilens</w:t>
      </w:r>
    </w:p>
    <w:p w14:paraId="240322BD" w14:textId="5B13E968" w:rsidR="009A1099" w:rsidRDefault="009A1099" w:rsidP="00A95776">
      <w:pPr>
        <w:pStyle w:val="ListParagraph"/>
        <w:numPr>
          <w:ilvl w:val="0"/>
          <w:numId w:val="11"/>
        </w:numPr>
      </w:pPr>
      <w:r>
        <w:t>Ray Therapeutics</w:t>
      </w:r>
    </w:p>
    <w:p w14:paraId="28FD0394" w14:textId="70685A57" w:rsidR="00A95776" w:rsidRDefault="00A95776" w:rsidP="00A95776">
      <w:pPr>
        <w:pStyle w:val="ListParagraph"/>
        <w:numPr>
          <w:ilvl w:val="0"/>
          <w:numId w:val="11"/>
        </w:numPr>
      </w:pPr>
      <w:r>
        <w:t>T-Mobile</w:t>
      </w:r>
      <w:r w:rsidR="002B0318">
        <w:t xml:space="preserve"> – Future Leader &amp; Young Professional Training</w:t>
      </w:r>
    </w:p>
    <w:p w14:paraId="0D7EFCBE" w14:textId="08F0B754" w:rsidR="00A95776" w:rsidRDefault="00A95776" w:rsidP="00A95776">
      <w:pPr>
        <w:pStyle w:val="ListParagraph"/>
        <w:numPr>
          <w:ilvl w:val="0"/>
          <w:numId w:val="11"/>
        </w:numPr>
      </w:pPr>
      <w:r>
        <w:t>Zoox</w:t>
      </w:r>
      <w:r w:rsidR="002F4484">
        <w:t xml:space="preserve"> – Airport Assistance</w:t>
      </w:r>
    </w:p>
    <w:p w14:paraId="1F13F89E" w14:textId="77777777" w:rsidR="00196ED9" w:rsidRDefault="00196ED9" w:rsidP="00196ED9">
      <w:pPr>
        <w:ind w:left="360" w:firstLine="0"/>
      </w:pPr>
    </w:p>
    <w:p w14:paraId="6956BC6C" w14:textId="77777777" w:rsidR="00196ED9" w:rsidRDefault="00196ED9" w:rsidP="009E7A4A">
      <w:r>
        <w:t>Topaz</w:t>
      </w:r>
    </w:p>
    <w:p w14:paraId="1125BBD5" w14:textId="07158C27" w:rsidR="00196ED9" w:rsidRDefault="00196ED9" w:rsidP="00196ED9">
      <w:pPr>
        <w:pStyle w:val="ListParagraph"/>
        <w:numPr>
          <w:ilvl w:val="0"/>
          <w:numId w:val="11"/>
        </w:numPr>
      </w:pPr>
      <w:r>
        <w:t>ACB Families</w:t>
      </w:r>
      <w:r w:rsidR="002B0318">
        <w:t xml:space="preserve"> – Affiliate Banner</w:t>
      </w:r>
      <w:r w:rsidR="009A1099">
        <w:t>s</w:t>
      </w:r>
    </w:p>
    <w:p w14:paraId="6FA38649" w14:textId="5AD1FCCD" w:rsidR="00196ED9" w:rsidRDefault="00196ED9" w:rsidP="00196ED9">
      <w:pPr>
        <w:pStyle w:val="ListParagraph"/>
        <w:numPr>
          <w:ilvl w:val="0"/>
          <w:numId w:val="11"/>
        </w:numPr>
      </w:pPr>
      <w:r>
        <w:t>ACB Lions</w:t>
      </w:r>
      <w:r w:rsidR="002B0318">
        <w:t xml:space="preserve"> - Scholarship Travel</w:t>
      </w:r>
    </w:p>
    <w:p w14:paraId="6F63894A" w14:textId="1B7A99B2" w:rsidR="00196ED9" w:rsidRDefault="00196ED9" w:rsidP="00196ED9">
      <w:pPr>
        <w:pStyle w:val="ListParagraph"/>
        <w:numPr>
          <w:ilvl w:val="0"/>
          <w:numId w:val="11"/>
        </w:numPr>
      </w:pPr>
      <w:r>
        <w:t>American Printing House (APH)</w:t>
      </w:r>
      <w:r w:rsidR="002B0318">
        <w:t xml:space="preserve"> – Scholarship Recipient Luncheon</w:t>
      </w:r>
    </w:p>
    <w:p w14:paraId="6ACD4A11" w14:textId="77777777" w:rsidR="00196ED9" w:rsidRDefault="00196ED9" w:rsidP="00196ED9">
      <w:pPr>
        <w:ind w:left="360" w:firstLine="0"/>
      </w:pPr>
    </w:p>
    <w:p w14:paraId="05B7E331" w14:textId="3F875A8B" w:rsidR="00E57039" w:rsidRPr="00484A44" w:rsidRDefault="00E57039" w:rsidP="009E7A4A">
      <w:r w:rsidRPr="00484A44">
        <w:t>Coral Sponsors</w:t>
      </w:r>
    </w:p>
    <w:p w14:paraId="195E2B1A" w14:textId="2AD8EC70" w:rsidR="00196ED9" w:rsidRDefault="00196ED9" w:rsidP="00196ED9">
      <w:pPr>
        <w:pStyle w:val="ListParagraph"/>
        <w:numPr>
          <w:ilvl w:val="0"/>
          <w:numId w:val="14"/>
        </w:numPr>
      </w:pPr>
      <w:r>
        <w:t>Library Users (LUA)</w:t>
      </w:r>
      <w:r w:rsidR="002B0318">
        <w:t xml:space="preserve"> – Talking Book Narrator</w:t>
      </w:r>
    </w:p>
    <w:p w14:paraId="07D170EE" w14:textId="3EDEA8C6" w:rsidR="00E57039" w:rsidRDefault="00196ED9" w:rsidP="00196ED9">
      <w:pPr>
        <w:pStyle w:val="ListParagraph"/>
        <w:numPr>
          <w:ilvl w:val="0"/>
          <w:numId w:val="14"/>
        </w:numPr>
      </w:pPr>
      <w:r>
        <w:t>National Industries for the Blind (NIB)</w:t>
      </w:r>
      <w:r w:rsidR="002B0318">
        <w:t xml:space="preserve"> – Sponsor a student, ACB Future Leader or Young Professional</w:t>
      </w:r>
    </w:p>
    <w:p w14:paraId="242DF1DF" w14:textId="77777777" w:rsidR="0003711A" w:rsidRDefault="0003711A" w:rsidP="009E7A4A"/>
    <w:p w14:paraId="08E602B3" w14:textId="2FA9E7CA" w:rsidR="00E57039" w:rsidRDefault="00E57039" w:rsidP="009E7A4A">
      <w:r w:rsidRPr="00C613F6">
        <w:t>Pearl Sponsors</w:t>
      </w:r>
    </w:p>
    <w:p w14:paraId="51ACAF59" w14:textId="0AAAD006" w:rsidR="00196ED9" w:rsidRDefault="00196ED9" w:rsidP="00196ED9">
      <w:pPr>
        <w:pStyle w:val="ListParagraph"/>
        <w:numPr>
          <w:ilvl w:val="0"/>
          <w:numId w:val="14"/>
        </w:numPr>
      </w:pPr>
      <w:r>
        <w:t>AGIGA</w:t>
      </w:r>
      <w:r w:rsidR="009A1099">
        <w:t xml:space="preserve"> – Young Professional Reception</w:t>
      </w:r>
    </w:p>
    <w:p w14:paraId="68CFBB4D" w14:textId="2DB4CE72" w:rsidR="00196ED9" w:rsidRDefault="00196ED9" w:rsidP="00196ED9">
      <w:pPr>
        <w:pStyle w:val="ListParagraph"/>
        <w:numPr>
          <w:ilvl w:val="0"/>
          <w:numId w:val="14"/>
        </w:numPr>
      </w:pPr>
      <w:r>
        <w:t>Inspiration Foundation</w:t>
      </w:r>
      <w:r w:rsidR="009A1099">
        <w:t xml:space="preserve"> – Education &amp; Employment track</w:t>
      </w:r>
    </w:p>
    <w:p w14:paraId="182B7DFC" w14:textId="2F9D663B" w:rsidR="00681D3B" w:rsidRPr="00B77CD2" w:rsidRDefault="00196ED9" w:rsidP="00196ED9">
      <w:pPr>
        <w:pStyle w:val="ListParagraph"/>
        <w:numPr>
          <w:ilvl w:val="0"/>
          <w:numId w:val="14"/>
        </w:numPr>
      </w:pPr>
      <w:r w:rsidRPr="00B77CD2">
        <w:t>Beyond Vision</w:t>
      </w:r>
      <w:r w:rsidR="009A1099" w:rsidRPr="00B77CD2">
        <w:t xml:space="preserve"> – </w:t>
      </w:r>
      <w:r w:rsidR="001E1466">
        <w:t xml:space="preserve">Nutrition for </w:t>
      </w:r>
      <w:r w:rsidR="009A1099" w:rsidRPr="00B77CD2">
        <w:t>Kids Club</w:t>
      </w:r>
    </w:p>
    <w:p w14:paraId="7163DD08" w14:textId="1E4B95D4" w:rsidR="00681D3B" w:rsidRDefault="00681D3B"/>
    <w:p w14:paraId="2A3BE12C" w14:textId="2673F66E" w:rsidR="00681D3B" w:rsidRDefault="00681D3B" w:rsidP="00681D3B">
      <w:r>
        <w:t>Front page calendar tab</w:t>
      </w:r>
      <w:r w:rsidR="00001CDF">
        <w:t xml:space="preserve"> – Vanda Ad</w:t>
      </w:r>
    </w:p>
    <w:p w14:paraId="3FC957D8" w14:textId="0630F6FC" w:rsidR="00681D3B" w:rsidRDefault="00681D3B" w:rsidP="00681D3B">
      <w:r>
        <w:br w:type="page"/>
      </w:r>
      <w:r>
        <w:lastRenderedPageBreak/>
        <w:t>Back page calendar tab</w:t>
      </w:r>
      <w:r w:rsidR="00001CDF">
        <w:t xml:space="preserve"> – Waymo Ad</w:t>
      </w:r>
    </w:p>
    <w:p w14:paraId="2C8E7040" w14:textId="3D536D45" w:rsidR="00681D3B" w:rsidRDefault="00681D3B" w:rsidP="00681D3B">
      <w:r>
        <w:br w:type="page"/>
      </w:r>
    </w:p>
    <w:p w14:paraId="0A028693" w14:textId="49DE9439" w:rsidR="009E7A4A" w:rsidRPr="00135B34" w:rsidRDefault="007E2272" w:rsidP="009E7A4A">
      <w:pPr>
        <w:pStyle w:val="Heading1"/>
      </w:pPr>
      <w:bookmarkStart w:id="2" w:name="_Toc232406121"/>
      <w:r w:rsidRPr="00135B34">
        <w:t>Calendar</w:t>
      </w:r>
      <w:bookmarkEnd w:id="2"/>
    </w:p>
    <w:p w14:paraId="505A1C88" w14:textId="4E7EFD56" w:rsidR="009E7A4A" w:rsidRPr="00F138A8" w:rsidRDefault="009E7A4A" w:rsidP="00D45E1A">
      <w:pPr>
        <w:spacing w:before="240"/>
        <w:rPr>
          <w:b/>
          <w:bCs/>
        </w:rPr>
      </w:pPr>
      <w:r w:rsidRPr="00F138A8">
        <w:rPr>
          <w:b/>
          <w:bCs/>
        </w:rPr>
        <w:t>Wednesday, Ju</w:t>
      </w:r>
      <w:r w:rsidR="00F138A8" w:rsidRPr="00F138A8">
        <w:rPr>
          <w:b/>
          <w:bCs/>
        </w:rPr>
        <w:t>ly 8</w:t>
      </w:r>
    </w:p>
    <w:p w14:paraId="307850FE" w14:textId="77777777" w:rsidR="00A86B42" w:rsidRDefault="00475C08" w:rsidP="00692D03">
      <w:pPr>
        <w:spacing w:before="240"/>
      </w:pPr>
      <w:r w:rsidRPr="00032BD9">
        <w:t xml:space="preserve">7:00 pm </w:t>
      </w:r>
      <w:r w:rsidR="000E64B2">
        <w:t>-</w:t>
      </w:r>
      <w:r w:rsidRPr="00032BD9">
        <w:t xml:space="preserve"> 9:00 pm</w:t>
      </w:r>
      <w:r>
        <w:t>:</w:t>
      </w:r>
      <w:r w:rsidRPr="00032BD9">
        <w:t xml:space="preserve"> Candidates Forum</w:t>
      </w:r>
      <w:r>
        <w:t>;</w:t>
      </w:r>
      <w:r w:rsidRPr="00032BD9">
        <w:t xml:space="preserve"> Virtua</w:t>
      </w:r>
      <w:r>
        <w:t>l</w:t>
      </w:r>
    </w:p>
    <w:p w14:paraId="26CB9710" w14:textId="5AACC116" w:rsidR="00F138A8" w:rsidRDefault="00475C08" w:rsidP="00135B34">
      <w:r w:rsidRPr="00032BD9">
        <w:tab/>
      </w:r>
    </w:p>
    <w:p w14:paraId="1DB20513" w14:textId="2BD0C913" w:rsidR="00F138A8" w:rsidRPr="00F138A8" w:rsidRDefault="00F138A8" w:rsidP="00135B34">
      <w:pPr>
        <w:rPr>
          <w:b/>
          <w:bCs/>
        </w:rPr>
      </w:pPr>
      <w:r>
        <w:rPr>
          <w:b/>
          <w:bCs/>
        </w:rPr>
        <w:t>Satur</w:t>
      </w:r>
      <w:r w:rsidRPr="00F138A8">
        <w:rPr>
          <w:b/>
          <w:bCs/>
        </w:rPr>
        <w:t xml:space="preserve">day, July </w:t>
      </w:r>
      <w:r>
        <w:rPr>
          <w:b/>
          <w:bCs/>
        </w:rPr>
        <w:t>11</w:t>
      </w:r>
    </w:p>
    <w:p w14:paraId="2EC13FD3" w14:textId="77777777" w:rsidR="00475C08" w:rsidRDefault="00475C08" w:rsidP="00135B34">
      <w:pPr>
        <w:spacing w:before="240"/>
      </w:pPr>
      <w:r w:rsidRPr="00032BD9">
        <w:t>4:00 pm - 10:00 pm</w:t>
      </w:r>
      <w:r>
        <w:t>:</w:t>
      </w:r>
      <w:r w:rsidRPr="00032BD9">
        <w:t xml:space="preserve"> ACB Summer Auction</w:t>
      </w:r>
      <w:r>
        <w:t xml:space="preserve">; </w:t>
      </w:r>
      <w:r w:rsidRPr="00032BD9">
        <w:t>Virtua</w:t>
      </w:r>
      <w:r>
        <w:t>l</w:t>
      </w:r>
    </w:p>
    <w:p w14:paraId="1D7F7473" w14:textId="77777777" w:rsidR="00A86B42" w:rsidRPr="00032BD9" w:rsidRDefault="00A86B42" w:rsidP="00135B34"/>
    <w:p w14:paraId="574ECA66" w14:textId="77777777" w:rsidR="00475C08" w:rsidRPr="00475C08" w:rsidRDefault="00475C08" w:rsidP="00135B34">
      <w:pPr>
        <w:rPr>
          <w:b/>
          <w:bCs/>
        </w:rPr>
      </w:pPr>
      <w:r w:rsidRPr="00475C08">
        <w:rPr>
          <w:b/>
          <w:bCs/>
        </w:rPr>
        <w:t>Monday, July 13</w:t>
      </w:r>
    </w:p>
    <w:p w14:paraId="04B788DE" w14:textId="77777777" w:rsidR="00475C08" w:rsidRPr="00032BD9" w:rsidRDefault="00475C08" w:rsidP="00D45E1A">
      <w:pPr>
        <w:spacing w:before="240"/>
      </w:pPr>
      <w:r w:rsidRPr="00032BD9">
        <w:t>7:00 pm - 8:30 pm</w:t>
      </w:r>
      <w:r>
        <w:t>:</w:t>
      </w:r>
      <w:r w:rsidRPr="00032BD9">
        <w:t xml:space="preserve"> ACB Convention Call to Order</w:t>
      </w:r>
      <w:r>
        <w:t>;</w:t>
      </w:r>
      <w:r w:rsidRPr="00032BD9">
        <w:t xml:space="preserve"> Virtual</w:t>
      </w:r>
    </w:p>
    <w:p w14:paraId="100A7003" w14:textId="77777777" w:rsidR="00475C08" w:rsidRPr="00032BD9" w:rsidRDefault="00475C08" w:rsidP="00D45E1A">
      <w:pPr>
        <w:spacing w:before="240"/>
      </w:pPr>
      <w:r w:rsidRPr="00032BD9">
        <w:t>8:30 pm - 9:00 pm</w:t>
      </w:r>
      <w:r>
        <w:t>:</w:t>
      </w:r>
      <w:r w:rsidRPr="00032BD9">
        <w:t xml:space="preserve"> Nominating Committee Room Opens</w:t>
      </w:r>
      <w:r>
        <w:t xml:space="preserve">; </w:t>
      </w:r>
      <w:r w:rsidRPr="00032BD9">
        <w:t>Virtual</w:t>
      </w:r>
      <w:r w:rsidRPr="00032BD9">
        <w:tab/>
      </w:r>
    </w:p>
    <w:p w14:paraId="23002316" w14:textId="7B77E1E0" w:rsidR="00475C08" w:rsidRDefault="00475C08" w:rsidP="00135B34">
      <w:pPr>
        <w:spacing w:before="240"/>
      </w:pPr>
      <w:r w:rsidRPr="00032BD9">
        <w:t>9:00 pm - 10:00 pm</w:t>
      </w:r>
      <w:r>
        <w:t>:</w:t>
      </w:r>
      <w:r w:rsidRPr="00032BD9">
        <w:t xml:space="preserve"> Nominating Committee</w:t>
      </w:r>
      <w:r>
        <w:t>;</w:t>
      </w:r>
      <w:r w:rsidRPr="00032BD9">
        <w:t xml:space="preserve"> Virtual</w:t>
      </w:r>
    </w:p>
    <w:p w14:paraId="08DB287C" w14:textId="77777777" w:rsidR="00A86B42" w:rsidRDefault="00A86B42" w:rsidP="00135B34"/>
    <w:p w14:paraId="409DDE67" w14:textId="77777777" w:rsidR="00692D03" w:rsidRDefault="00692D03" w:rsidP="00D45E1A">
      <w:pPr>
        <w:spacing w:before="240"/>
        <w:rPr>
          <w:b/>
          <w:bCs/>
        </w:rPr>
      </w:pPr>
      <w:r>
        <w:rPr>
          <w:b/>
          <w:bCs/>
        </w:rPr>
        <w:t>Tuesday, July 14</w:t>
      </w:r>
    </w:p>
    <w:p w14:paraId="6538209E" w14:textId="09CB552F" w:rsidR="000E64B2" w:rsidRDefault="000E64B2" w:rsidP="000E64B2">
      <w:pPr>
        <w:spacing w:before="240"/>
      </w:pPr>
      <w:r w:rsidRPr="00032BD9">
        <w:t xml:space="preserve">7:00 pm - </w:t>
      </w:r>
      <w:r>
        <w:t>10</w:t>
      </w:r>
      <w:r w:rsidRPr="00032BD9">
        <w:t>:</w:t>
      </w:r>
      <w:r>
        <w:t>0</w:t>
      </w:r>
      <w:r w:rsidRPr="00032BD9">
        <w:t>0 pm</w:t>
      </w:r>
      <w:r>
        <w:t>:</w:t>
      </w:r>
      <w:r w:rsidRPr="00032BD9">
        <w:t xml:space="preserve"> </w:t>
      </w:r>
      <w:r>
        <w:t>Nominating Committee Report, Adoption of Credentials Report, Resolutions Debated with Rising Votes for Virtual Participants, and First Reading of Proposed Bylaw Amendments;</w:t>
      </w:r>
      <w:r w:rsidRPr="00032BD9">
        <w:t xml:space="preserve"> Virtual</w:t>
      </w:r>
    </w:p>
    <w:p w14:paraId="247B41B5" w14:textId="77777777" w:rsidR="00A86B42" w:rsidRDefault="00A86B42" w:rsidP="00135B34"/>
    <w:p w14:paraId="3FEA812B" w14:textId="77777777" w:rsidR="009A1099" w:rsidRPr="00032BD9" w:rsidRDefault="009A1099" w:rsidP="00135B34"/>
    <w:p w14:paraId="455F2572" w14:textId="340952DF" w:rsidR="00475C08" w:rsidRPr="00475C08" w:rsidRDefault="00475C08" w:rsidP="00135B34">
      <w:pPr>
        <w:rPr>
          <w:b/>
          <w:bCs/>
        </w:rPr>
      </w:pPr>
      <w:r w:rsidRPr="00475C08">
        <w:rPr>
          <w:b/>
          <w:bCs/>
        </w:rPr>
        <w:t>Wednesday, July 15</w:t>
      </w:r>
    </w:p>
    <w:p w14:paraId="6E2C620D" w14:textId="01F84C56" w:rsidR="00475C08" w:rsidRPr="00032BD9" w:rsidRDefault="00475C08" w:rsidP="00D45E1A">
      <w:pPr>
        <w:spacing w:before="240"/>
      </w:pPr>
      <w:r w:rsidRPr="00032BD9">
        <w:t>10:00 am - 1:00 pm</w:t>
      </w:r>
      <w:r w:rsidR="00196ED9">
        <w:t>:</w:t>
      </w:r>
      <w:r w:rsidRPr="00032BD9">
        <w:t xml:space="preserve"> Exhibitor Reception</w:t>
      </w:r>
      <w:r>
        <w:t>;</w:t>
      </w:r>
      <w:r w:rsidRPr="00032BD9">
        <w:t xml:space="preserve"> Virtual</w:t>
      </w:r>
      <w:r w:rsidRPr="00032BD9">
        <w:tab/>
      </w:r>
    </w:p>
    <w:p w14:paraId="37BA6C2F" w14:textId="006035A1" w:rsidR="00475C08" w:rsidRPr="00032BD9" w:rsidRDefault="00475C08" w:rsidP="00D45E1A">
      <w:pPr>
        <w:spacing w:before="240"/>
      </w:pPr>
      <w:r w:rsidRPr="00032BD9">
        <w:t>2:00 pm - 5:00 pm</w:t>
      </w:r>
      <w:r>
        <w:t>:</w:t>
      </w:r>
      <w:r w:rsidRPr="00032BD9">
        <w:t xml:space="preserve"> Mock Elections</w:t>
      </w:r>
      <w:r>
        <w:t>;</w:t>
      </w:r>
      <w:r w:rsidRPr="00032BD9">
        <w:t xml:space="preserve"> Virtual</w:t>
      </w:r>
    </w:p>
    <w:p w14:paraId="107C28A6" w14:textId="10C0E92C" w:rsidR="00475C08" w:rsidRDefault="00475C08" w:rsidP="00135B34">
      <w:pPr>
        <w:spacing w:before="240"/>
      </w:pPr>
      <w:r w:rsidRPr="00032BD9">
        <w:t>7:00 pm - 10:00 pm</w:t>
      </w:r>
      <w:r>
        <w:t>:</w:t>
      </w:r>
      <w:r w:rsidRPr="00032BD9">
        <w:t xml:space="preserve"> </w:t>
      </w:r>
      <w:r w:rsidR="00692D03" w:rsidRPr="00692D03">
        <w:t>Elections, Resolutions, and Bylaws</w:t>
      </w:r>
      <w:r>
        <w:t>;</w:t>
      </w:r>
      <w:r w:rsidRPr="00032BD9">
        <w:t xml:space="preserve"> Virtual</w:t>
      </w:r>
    </w:p>
    <w:p w14:paraId="1B855474" w14:textId="77777777" w:rsidR="00A86B42" w:rsidRDefault="00A86B42" w:rsidP="00135B34"/>
    <w:p w14:paraId="37FA65EF" w14:textId="77777777" w:rsidR="00475C08" w:rsidRPr="00475C08" w:rsidRDefault="00475C08" w:rsidP="00135B34">
      <w:pPr>
        <w:rPr>
          <w:b/>
          <w:bCs/>
        </w:rPr>
      </w:pPr>
      <w:r w:rsidRPr="00475C08">
        <w:rPr>
          <w:b/>
          <w:bCs/>
        </w:rPr>
        <w:t>Thursday, July 16</w:t>
      </w:r>
    </w:p>
    <w:p w14:paraId="1C255632" w14:textId="71A60A07" w:rsidR="00475C08" w:rsidRPr="005A0DF7" w:rsidRDefault="00475C08" w:rsidP="00D45E1A">
      <w:pPr>
        <w:spacing w:before="240"/>
      </w:pPr>
      <w:r w:rsidRPr="005A0DF7">
        <w:t>10:00 am - 11:15 am: Exploring AI Tools</w:t>
      </w:r>
      <w:r w:rsidR="00196ED9" w:rsidRPr="005A0DF7">
        <w:t>,</w:t>
      </w:r>
      <w:r w:rsidRPr="005A0DF7">
        <w:t xml:space="preserve"> Opportunities</w:t>
      </w:r>
      <w:r w:rsidR="00196ED9" w:rsidRPr="005A0DF7">
        <w:t>,</w:t>
      </w:r>
      <w:r w:rsidRPr="005A0DF7">
        <w:t xml:space="preserve"> and Risks for Blind Students and BEYOND; Virtual</w:t>
      </w:r>
    </w:p>
    <w:p w14:paraId="5F6883DE" w14:textId="3357F141" w:rsidR="00475C08" w:rsidRPr="005A0DF7" w:rsidRDefault="00475C08" w:rsidP="00D45E1A">
      <w:pPr>
        <w:spacing w:before="240"/>
      </w:pPr>
      <w:r w:rsidRPr="005A0DF7">
        <w:t>10:00 am - 11:15 am: Smart Living</w:t>
      </w:r>
      <w:r w:rsidR="00807985" w:rsidRPr="005A0DF7">
        <w:t>,</w:t>
      </w:r>
      <w:r w:rsidRPr="005A0DF7">
        <w:t xml:space="preserve"> Stronger Access Appliances</w:t>
      </w:r>
      <w:r w:rsidR="00807985" w:rsidRPr="005A0DF7">
        <w:t>,</w:t>
      </w:r>
      <w:r w:rsidRPr="005A0DF7">
        <w:t xml:space="preserve"> Community</w:t>
      </w:r>
      <w:r w:rsidR="00807985" w:rsidRPr="005A0DF7">
        <w:t>,</w:t>
      </w:r>
      <w:r w:rsidRPr="005A0DF7">
        <w:t xml:space="preserve"> and Advocacy; Virtual</w:t>
      </w:r>
    </w:p>
    <w:p w14:paraId="4797D555" w14:textId="77777777" w:rsidR="00475C08" w:rsidRPr="005A0DF7" w:rsidRDefault="00475C08" w:rsidP="00D45E1A">
      <w:pPr>
        <w:spacing w:before="240"/>
      </w:pPr>
      <w:r w:rsidRPr="005A0DF7">
        <w:t>10:00 am - 11:15 am: Access Through the Arts with the Missouri Arts Council; Virtual</w:t>
      </w:r>
    </w:p>
    <w:p w14:paraId="26DFF71F" w14:textId="287E6E7C" w:rsidR="00475C08" w:rsidRPr="005A0DF7" w:rsidRDefault="00475C08" w:rsidP="00D45E1A">
      <w:pPr>
        <w:spacing w:before="240"/>
      </w:pPr>
      <w:r w:rsidRPr="005A0DF7">
        <w:t>11:30 am - 2:</w:t>
      </w:r>
      <w:r w:rsidR="00583C11" w:rsidRPr="005A0DF7">
        <w:t>1</w:t>
      </w:r>
      <w:r w:rsidRPr="005A0DF7">
        <w:t>5 pm: GDUI Guide Dog School Update; Virtual</w:t>
      </w:r>
    </w:p>
    <w:p w14:paraId="7918208C" w14:textId="77777777" w:rsidR="00475C08" w:rsidRPr="005A0DF7" w:rsidRDefault="00475C08" w:rsidP="00D45E1A">
      <w:pPr>
        <w:spacing w:before="240"/>
      </w:pPr>
      <w:r w:rsidRPr="005A0DF7">
        <w:t>11:30 am - 12:45 pm: Moving Forward from Job Loss; Virtual</w:t>
      </w:r>
    </w:p>
    <w:p w14:paraId="2DA59538" w14:textId="4B9DA934" w:rsidR="00475C08" w:rsidRPr="005A0DF7" w:rsidRDefault="00475C08" w:rsidP="00D45E1A">
      <w:pPr>
        <w:spacing w:before="240"/>
      </w:pPr>
      <w:r w:rsidRPr="005A0DF7">
        <w:t xml:space="preserve">1:00 pm - 2:15 pm: Capturing the World Through Photography </w:t>
      </w:r>
      <w:r w:rsidR="00196ED9" w:rsidRPr="005A0DF7">
        <w:t>with</w:t>
      </w:r>
      <w:r w:rsidRPr="005A0DF7">
        <w:t xml:space="preserve"> Confidence; Virtual</w:t>
      </w:r>
    </w:p>
    <w:p w14:paraId="445A50A6" w14:textId="77777777" w:rsidR="00475C08" w:rsidRPr="00032BD9" w:rsidRDefault="00475C08" w:rsidP="00D45E1A">
      <w:pPr>
        <w:spacing w:before="240"/>
      </w:pPr>
      <w:r w:rsidRPr="005A0DF7">
        <w:t xml:space="preserve">1:00 pm - 2:15 pm: Amateur Digital Communications and the SharkRF M1KE </w:t>
      </w:r>
      <w:r w:rsidRPr="00032BD9">
        <w:t>Radioless Hotspot</w:t>
      </w:r>
      <w:r>
        <w:t>;</w:t>
      </w:r>
      <w:r w:rsidRPr="00032BD9">
        <w:t xml:space="preserve"> Virtual</w:t>
      </w:r>
    </w:p>
    <w:p w14:paraId="57D4B8D6" w14:textId="31C932ED" w:rsidR="00475C08" w:rsidRPr="005A0DF7" w:rsidRDefault="00475C08" w:rsidP="00D45E1A">
      <w:pPr>
        <w:spacing w:before="240"/>
      </w:pPr>
      <w:r w:rsidRPr="005A0DF7">
        <w:t xml:space="preserve">1:00 pm - 2:15 pm: What is Next Generation TV and What Should I </w:t>
      </w:r>
      <w:r w:rsidR="2629F396">
        <w:t>K</w:t>
      </w:r>
      <w:r>
        <w:t>now</w:t>
      </w:r>
      <w:r w:rsidRPr="005A0DF7">
        <w:t xml:space="preserve"> to </w:t>
      </w:r>
      <w:r w:rsidR="00196ED9" w:rsidRPr="005A0DF7">
        <w:t>G</w:t>
      </w:r>
      <w:r w:rsidRPr="005A0DF7">
        <w:t>et Ready; Virtual</w:t>
      </w:r>
    </w:p>
    <w:p w14:paraId="16C3BCFE" w14:textId="3CF4D6BF" w:rsidR="00475C08" w:rsidRPr="005A0DF7" w:rsidRDefault="00475C08" w:rsidP="00D45E1A">
      <w:pPr>
        <w:spacing w:before="240"/>
      </w:pPr>
      <w:r w:rsidRPr="005A0DF7">
        <w:t>2:30 pm - 3:45 pm: The Power of Small Behavior Changes to Reduce Your Risk of Diabetes; Virtual</w:t>
      </w:r>
    </w:p>
    <w:p w14:paraId="6E36082E" w14:textId="77777777" w:rsidR="00475C08" w:rsidRPr="005A0DF7" w:rsidRDefault="00475C08" w:rsidP="00D45E1A">
      <w:pPr>
        <w:spacing w:before="240"/>
      </w:pPr>
      <w:r w:rsidRPr="005A0DF7">
        <w:t>2:30 pm - 3:45 pm: LUA Presents Unlocking Independence in Reading with Bookshare; Virtual</w:t>
      </w:r>
      <w:r w:rsidRPr="005A0DF7">
        <w:tab/>
      </w:r>
    </w:p>
    <w:p w14:paraId="29E4B77C" w14:textId="77777777" w:rsidR="00475C08" w:rsidRPr="005A0DF7" w:rsidRDefault="00475C08" w:rsidP="00D45E1A">
      <w:pPr>
        <w:spacing w:before="240"/>
      </w:pPr>
      <w:r w:rsidRPr="005A0DF7">
        <w:t>2:30 pm - 3:45 pm: American Comedy and the Jewish Connection; Virtual</w:t>
      </w:r>
    </w:p>
    <w:p w14:paraId="465FE3BE" w14:textId="77777777" w:rsidR="00475C08" w:rsidRPr="005A0DF7" w:rsidRDefault="00475C08" w:rsidP="00D45E1A">
      <w:pPr>
        <w:spacing w:before="240"/>
      </w:pPr>
      <w:r w:rsidRPr="005A0DF7">
        <w:t>2:30 pm - 3:45 pm: Why Can’t Audio Description Files Always Travel with the Program; Virtual</w:t>
      </w:r>
    </w:p>
    <w:p w14:paraId="67B0C5BD" w14:textId="22DDF33A" w:rsidR="00475C08" w:rsidRPr="005A0DF7" w:rsidRDefault="00475C08" w:rsidP="00D45E1A">
      <w:pPr>
        <w:spacing w:before="240"/>
      </w:pPr>
      <w:r w:rsidRPr="005A0DF7">
        <w:t xml:space="preserve">4:00 pm - 5:15 pm: LUA Presents Voices and Access and Freedom </w:t>
      </w:r>
      <w:r w:rsidR="00196ED9" w:rsidRPr="005A0DF7">
        <w:t>T</w:t>
      </w:r>
      <w:r w:rsidRPr="005A0DF7">
        <w:t>hrough a Conversation on Book Banning; Virtual</w:t>
      </w:r>
    </w:p>
    <w:p w14:paraId="039EDC13" w14:textId="77777777" w:rsidR="00475C08" w:rsidRPr="005A0DF7" w:rsidRDefault="00475C08" w:rsidP="00D45E1A">
      <w:pPr>
        <w:spacing w:before="240"/>
      </w:pPr>
      <w:r w:rsidRPr="005A0DF7">
        <w:t>4:00 pm - 5:15 pm: Easy Chair Yoga with Leslie; Virtual</w:t>
      </w:r>
    </w:p>
    <w:p w14:paraId="006D7469" w14:textId="77777777" w:rsidR="00475C08" w:rsidRPr="005A0DF7" w:rsidRDefault="00475C08" w:rsidP="00D45E1A">
      <w:pPr>
        <w:spacing w:before="240"/>
      </w:pPr>
      <w:r w:rsidRPr="005A0DF7">
        <w:t>5:30 pm - 6:45 pm: ACBL Lessons in Leadership; Virtual</w:t>
      </w:r>
    </w:p>
    <w:p w14:paraId="021799C5" w14:textId="77777777" w:rsidR="00475C08" w:rsidRPr="005A0DF7" w:rsidRDefault="00475C08" w:rsidP="00D45E1A">
      <w:pPr>
        <w:spacing w:before="240"/>
      </w:pPr>
      <w:r w:rsidRPr="005A0DF7">
        <w:t>5:30 pm - 6:45 pm: LVA Presents the Importance of a Low Vision Evaluation; Virtual</w:t>
      </w:r>
    </w:p>
    <w:p w14:paraId="5E72C1D4" w14:textId="77777777" w:rsidR="00475C08" w:rsidRPr="005A0DF7" w:rsidRDefault="00475C08" w:rsidP="00D45E1A">
      <w:pPr>
        <w:spacing w:before="240"/>
      </w:pPr>
      <w:r w:rsidRPr="005A0DF7">
        <w:t>5:30 pm - 6:45 pm: SASI Social; Virtual</w:t>
      </w:r>
    </w:p>
    <w:p w14:paraId="7382CE3F" w14:textId="6F1256A6" w:rsidR="00475C08" w:rsidRDefault="00475C08" w:rsidP="00135B34">
      <w:pPr>
        <w:spacing w:before="240"/>
      </w:pPr>
      <w:r w:rsidRPr="005A0DF7">
        <w:t xml:space="preserve">7:00 pm - 10:00 pm: </w:t>
      </w:r>
      <w:r w:rsidR="00692D03" w:rsidRPr="005A0DF7">
        <w:t>Elections, Resolutions and Bylaws</w:t>
      </w:r>
      <w:r w:rsidRPr="005A0DF7">
        <w:t>; Virtual</w:t>
      </w:r>
    </w:p>
    <w:p w14:paraId="68575E1D" w14:textId="77777777" w:rsidR="009A1099" w:rsidRPr="005A0DF7" w:rsidRDefault="009A1099" w:rsidP="00135B34">
      <w:pPr>
        <w:spacing w:before="240"/>
      </w:pPr>
    </w:p>
    <w:p w14:paraId="72D038DD" w14:textId="586861E4" w:rsidR="00D45E1A" w:rsidRPr="00D45E1A" w:rsidRDefault="00D45E1A" w:rsidP="00135B34">
      <w:pPr>
        <w:rPr>
          <w:b/>
          <w:bCs/>
        </w:rPr>
      </w:pPr>
      <w:r w:rsidRPr="00D45E1A">
        <w:rPr>
          <w:b/>
          <w:bCs/>
        </w:rPr>
        <w:t>Friday, July 17</w:t>
      </w:r>
    </w:p>
    <w:p w14:paraId="39225CA3" w14:textId="77777777" w:rsidR="00D45E1A" w:rsidRPr="005A0DF7" w:rsidRDefault="00D45E1A" w:rsidP="00D45E1A">
      <w:pPr>
        <w:spacing w:before="240"/>
      </w:pPr>
      <w:r w:rsidRPr="005A0DF7">
        <w:t>10:00 am - 11:15 am: What’s new with the Monarch; Virtual</w:t>
      </w:r>
      <w:r w:rsidRPr="005A0DF7">
        <w:tab/>
      </w:r>
    </w:p>
    <w:p w14:paraId="7648B7D9" w14:textId="58406D1D" w:rsidR="00D45E1A" w:rsidRPr="005A0DF7" w:rsidRDefault="00D45E1A" w:rsidP="00D45E1A">
      <w:pPr>
        <w:spacing w:before="240"/>
      </w:pPr>
      <w:r w:rsidRPr="005A0DF7">
        <w:t>10:00 am - 11:15 am: Seeing Braille</w:t>
      </w:r>
      <w:r w:rsidR="00807985" w:rsidRPr="005A0DF7">
        <w:t>,</w:t>
      </w:r>
      <w:r w:rsidRPr="005A0DF7">
        <w:t xml:space="preserve"> Wait</w:t>
      </w:r>
      <w:r w:rsidR="00807985" w:rsidRPr="005A0DF7">
        <w:t>,</w:t>
      </w:r>
      <w:r w:rsidRPr="005A0DF7">
        <w:t xml:space="preserve"> I Thought I Had to Feel Braille; Virtual</w:t>
      </w:r>
    </w:p>
    <w:p w14:paraId="5EC1E97B" w14:textId="77777777" w:rsidR="00D45E1A" w:rsidRPr="005A0DF7" w:rsidRDefault="00D45E1A" w:rsidP="00D45E1A">
      <w:pPr>
        <w:spacing w:before="240"/>
      </w:pPr>
      <w:r w:rsidRPr="005A0DF7">
        <w:t>11:30 am - 12:45 pm: Patty Goes to Peru; Virtual</w:t>
      </w:r>
      <w:r w:rsidRPr="005A0DF7">
        <w:tab/>
      </w:r>
    </w:p>
    <w:p w14:paraId="5026F205" w14:textId="77777777" w:rsidR="00D45E1A" w:rsidRPr="005A0DF7" w:rsidRDefault="00D45E1A" w:rsidP="00D45E1A">
      <w:pPr>
        <w:spacing w:before="240"/>
      </w:pPr>
      <w:r w:rsidRPr="005A0DF7">
        <w:t>11:30 am - 12:45 pm: Workplace Etiquette; Virtual</w:t>
      </w:r>
    </w:p>
    <w:p w14:paraId="011F7799" w14:textId="74613132" w:rsidR="00D45E1A" w:rsidRPr="005A0DF7" w:rsidRDefault="00D45E1A" w:rsidP="00D45E1A">
      <w:pPr>
        <w:spacing w:before="240"/>
      </w:pPr>
      <w:r w:rsidRPr="005A0DF7">
        <w:t>1:00 pm - 2:15 pm: Why You Need a Better Money Plan and How YNAB</w:t>
      </w:r>
      <w:r w:rsidR="00B9229C" w:rsidRPr="005A0DF7">
        <w:t>s</w:t>
      </w:r>
      <w:r w:rsidRPr="005A0DF7">
        <w:t xml:space="preserve"> Five Questions Can Help Your Finances Soar; Virtual</w:t>
      </w:r>
    </w:p>
    <w:p w14:paraId="2F3BCA87" w14:textId="3AA6DA6F" w:rsidR="00D45E1A" w:rsidRPr="005A0DF7" w:rsidRDefault="00D45E1A" w:rsidP="00D45E1A">
      <w:pPr>
        <w:spacing w:before="240"/>
      </w:pPr>
      <w:r w:rsidRPr="005A0DF7">
        <w:t>1:00 pm - 2:15 pm: Microsoft Narrator</w:t>
      </w:r>
      <w:r w:rsidR="00807985" w:rsidRPr="005A0DF7">
        <w:t>,</w:t>
      </w:r>
      <w:r w:rsidRPr="005A0DF7">
        <w:t xml:space="preserve"> A Tool for Making the Transition from Low Vision to No Vision; Virtual</w:t>
      </w:r>
    </w:p>
    <w:p w14:paraId="23D55B63" w14:textId="77777777" w:rsidR="00D45E1A" w:rsidRPr="005A0DF7" w:rsidRDefault="00D45E1A" w:rsidP="00D45E1A">
      <w:pPr>
        <w:spacing w:before="240"/>
      </w:pPr>
      <w:r w:rsidRPr="005A0DF7">
        <w:t>1:00 pm - 2:15 pm: GDUI Orientation and Mobility for Everyone; Virtual</w:t>
      </w:r>
      <w:r w:rsidRPr="005A0DF7">
        <w:tab/>
      </w:r>
    </w:p>
    <w:p w14:paraId="4B1FA8BD" w14:textId="77777777" w:rsidR="00D45E1A" w:rsidRPr="005A0DF7" w:rsidRDefault="00D45E1A" w:rsidP="00D45E1A">
      <w:pPr>
        <w:spacing w:before="240"/>
      </w:pPr>
      <w:r w:rsidRPr="005A0DF7">
        <w:t>2:30 pm - 3:45 pm: Braille Games; Virtual</w:t>
      </w:r>
      <w:r w:rsidRPr="005A0DF7">
        <w:tab/>
      </w:r>
    </w:p>
    <w:p w14:paraId="18992C99" w14:textId="2978AC75" w:rsidR="00D45E1A" w:rsidRPr="005A0DF7" w:rsidRDefault="00D45E1A" w:rsidP="00D45E1A">
      <w:pPr>
        <w:spacing w:before="240"/>
      </w:pPr>
      <w:r w:rsidRPr="005A0DF7">
        <w:t xml:space="preserve">2:30 pm - 3:45 pm: Finding </w:t>
      </w:r>
      <w:r w:rsidR="00B9229C" w:rsidRPr="005A0DF7">
        <w:t>Y</w:t>
      </w:r>
      <w:r w:rsidRPr="005A0DF7">
        <w:t>our Driverless Car; Virtual</w:t>
      </w:r>
    </w:p>
    <w:p w14:paraId="4750A1C7" w14:textId="47E8C767" w:rsidR="00D45E1A" w:rsidRPr="005A0DF7" w:rsidRDefault="00D45E1A" w:rsidP="00D45E1A">
      <w:pPr>
        <w:spacing w:before="240"/>
      </w:pPr>
      <w:r w:rsidRPr="005A0DF7">
        <w:t xml:space="preserve">2:30 pm - 3:45 pm: Overview of the New </w:t>
      </w:r>
      <w:r w:rsidR="00F36B12" w:rsidRPr="005A0DF7">
        <w:t xml:space="preserve">Audio Description Project </w:t>
      </w:r>
      <w:r w:rsidRPr="005A0DF7">
        <w:t>Website; Virtual</w:t>
      </w:r>
      <w:r w:rsidRPr="005A0DF7">
        <w:tab/>
      </w:r>
    </w:p>
    <w:p w14:paraId="7B5B31F8" w14:textId="4BF1F35C" w:rsidR="00D45E1A" w:rsidRPr="005A0DF7" w:rsidRDefault="00D45E1A" w:rsidP="00D45E1A">
      <w:pPr>
        <w:spacing w:before="240"/>
      </w:pPr>
      <w:r w:rsidRPr="005A0DF7">
        <w:t xml:space="preserve">4:00 pm - 6:45 pm: Film Preview </w:t>
      </w:r>
      <w:r w:rsidR="00F36B12" w:rsidRPr="005A0DF7">
        <w:t xml:space="preserve">- </w:t>
      </w:r>
      <w:r w:rsidRPr="005A0DF7">
        <w:t>Brailled It; Virtual</w:t>
      </w:r>
      <w:r w:rsidRPr="005A0DF7">
        <w:tab/>
      </w:r>
    </w:p>
    <w:p w14:paraId="7498FFC3" w14:textId="7070E61E" w:rsidR="00D45E1A" w:rsidRPr="005A0DF7" w:rsidRDefault="00D45E1A" w:rsidP="00D45E1A">
      <w:pPr>
        <w:spacing w:before="240"/>
      </w:pPr>
      <w:r w:rsidRPr="005A0DF7">
        <w:t>4:00 pm - 5:15 pm: Today</w:t>
      </w:r>
      <w:r w:rsidR="00F36B12" w:rsidRPr="005A0DF7">
        <w:t>’</w:t>
      </w:r>
      <w:r w:rsidRPr="005A0DF7">
        <w:t>s Poetic Voices of Protest and Resistance; Virtual</w:t>
      </w:r>
      <w:r w:rsidRPr="005A0DF7">
        <w:tab/>
      </w:r>
    </w:p>
    <w:p w14:paraId="2C98C1AB" w14:textId="2EC7EC7D" w:rsidR="00D45E1A" w:rsidRPr="005A0DF7" w:rsidRDefault="00D45E1A" w:rsidP="00D45E1A">
      <w:pPr>
        <w:spacing w:before="240"/>
      </w:pPr>
      <w:r w:rsidRPr="005A0DF7">
        <w:t xml:space="preserve">4:00 pm - 6:45 pm: LUA </w:t>
      </w:r>
      <w:r w:rsidR="00F36B12" w:rsidRPr="005A0DF7">
        <w:t xml:space="preserve">Annual </w:t>
      </w:r>
      <w:r w:rsidRPr="005A0DF7">
        <w:t>Business Meeting; Virtual</w:t>
      </w:r>
      <w:r w:rsidRPr="005A0DF7">
        <w:tab/>
      </w:r>
    </w:p>
    <w:p w14:paraId="7B4A9143" w14:textId="77777777" w:rsidR="00D45E1A" w:rsidRPr="005A0DF7" w:rsidRDefault="00D45E1A" w:rsidP="00D45E1A">
      <w:pPr>
        <w:spacing w:before="240"/>
      </w:pPr>
      <w:r w:rsidRPr="005A0DF7">
        <w:t>4:00 pm - 5:15 pm: Happy Hour Cardio with Leslie Spoone; Virtual</w:t>
      </w:r>
      <w:r w:rsidRPr="005A0DF7">
        <w:tab/>
      </w:r>
    </w:p>
    <w:p w14:paraId="76B3B6DD" w14:textId="77777777" w:rsidR="00D45E1A" w:rsidRPr="005A0DF7" w:rsidRDefault="00D45E1A" w:rsidP="00D45E1A">
      <w:pPr>
        <w:spacing w:before="240"/>
      </w:pPr>
      <w:r w:rsidRPr="005A0DF7">
        <w:t>5:30 pm - 6:45 pm: Boomers vs NextGen; Virtual</w:t>
      </w:r>
      <w:r w:rsidRPr="005A0DF7">
        <w:tab/>
      </w:r>
    </w:p>
    <w:p w14:paraId="677B427B" w14:textId="7653EC40" w:rsidR="00D45E1A" w:rsidRPr="005A0DF7" w:rsidRDefault="00D45E1A" w:rsidP="00135B34">
      <w:pPr>
        <w:spacing w:before="240"/>
      </w:pPr>
      <w:r w:rsidRPr="005A0DF7">
        <w:t xml:space="preserve">7:00 pm - 10:00 pm: </w:t>
      </w:r>
      <w:r w:rsidR="00692D03" w:rsidRPr="005A0DF7">
        <w:t>Resolutions if Needed</w:t>
      </w:r>
      <w:r w:rsidRPr="005A0DF7">
        <w:t>; Virtual</w:t>
      </w:r>
    </w:p>
    <w:p w14:paraId="6835EAA4" w14:textId="77777777" w:rsidR="00A86B42" w:rsidRDefault="00A86B42" w:rsidP="00135B34"/>
    <w:p w14:paraId="5426CE68" w14:textId="77777777" w:rsidR="00D071FE" w:rsidRPr="00D071FE" w:rsidRDefault="00D071FE" w:rsidP="00135B34">
      <w:pPr>
        <w:rPr>
          <w:b/>
          <w:bCs/>
        </w:rPr>
      </w:pPr>
      <w:r w:rsidRPr="00D071FE">
        <w:rPr>
          <w:b/>
          <w:bCs/>
        </w:rPr>
        <w:t>Saturday, July 18</w:t>
      </w:r>
    </w:p>
    <w:p w14:paraId="6FC95ECB" w14:textId="77777777" w:rsidR="00D071FE" w:rsidRPr="005A0DF7" w:rsidRDefault="00D071FE" w:rsidP="00D071FE">
      <w:pPr>
        <w:spacing w:before="240"/>
      </w:pPr>
      <w:r w:rsidRPr="005A0DF7">
        <w:t>10:00 am - 11:15 am: Trends in AI and Making It Accessible; Virtual</w:t>
      </w:r>
      <w:r w:rsidRPr="005A0DF7">
        <w:tab/>
      </w:r>
    </w:p>
    <w:p w14:paraId="1B468AFC" w14:textId="07FC3A26" w:rsidR="00D071FE" w:rsidRPr="005A0DF7" w:rsidRDefault="00D071FE" w:rsidP="00D071FE">
      <w:pPr>
        <w:spacing w:before="240"/>
      </w:pPr>
      <w:r w:rsidRPr="005A0DF7">
        <w:t>11:30 am - 12:45 pm: Strong Minds</w:t>
      </w:r>
      <w:r w:rsidR="00807985" w:rsidRPr="005A0DF7">
        <w:t>,</w:t>
      </w:r>
      <w:r w:rsidRPr="005A0DF7">
        <w:t xml:space="preserve"> Safer Lives</w:t>
      </w:r>
      <w:r w:rsidR="00807985" w:rsidRPr="005A0DF7">
        <w:t>,</w:t>
      </w:r>
      <w:r w:rsidRPr="005A0DF7">
        <w:t xml:space="preserve"> Mental Health and Self-</w:t>
      </w:r>
      <w:r w:rsidR="1D0BA369">
        <w:t>D</w:t>
      </w:r>
      <w:r>
        <w:t xml:space="preserve">efense </w:t>
      </w:r>
      <w:r w:rsidR="6049AB29">
        <w:t>F</w:t>
      </w:r>
      <w:r>
        <w:t>undamentals</w:t>
      </w:r>
      <w:r w:rsidR="003B74D3" w:rsidRPr="005A0DF7">
        <w:t xml:space="preserve"> 1</w:t>
      </w:r>
      <w:r w:rsidRPr="005A0DF7">
        <w:t>; Virtual</w:t>
      </w:r>
      <w:r w:rsidRPr="005A0DF7">
        <w:tab/>
      </w:r>
    </w:p>
    <w:p w14:paraId="7C4E951F" w14:textId="77777777" w:rsidR="00D071FE" w:rsidRPr="005A0DF7" w:rsidRDefault="00D071FE" w:rsidP="00D071FE">
      <w:pPr>
        <w:spacing w:before="240"/>
      </w:pPr>
      <w:r w:rsidRPr="005A0DF7">
        <w:t>11:30 am - 12:45 pm: BRL and ACB Families Share Low-Cost Braille Devices; Virtual</w:t>
      </w:r>
      <w:r w:rsidRPr="005A0DF7">
        <w:tab/>
      </w:r>
    </w:p>
    <w:p w14:paraId="42428386" w14:textId="4875FC82" w:rsidR="00D071FE" w:rsidRPr="005A0DF7" w:rsidRDefault="00D071FE" w:rsidP="00D071FE">
      <w:pPr>
        <w:spacing w:before="240"/>
      </w:pPr>
      <w:r w:rsidRPr="005A0DF7">
        <w:t>11:30 am - 12:45 pm: Sister Power Brunch Hour; Virtual</w:t>
      </w:r>
    </w:p>
    <w:p w14:paraId="59B09E6B" w14:textId="19613BDE" w:rsidR="00D071FE" w:rsidRPr="005A0DF7" w:rsidRDefault="00D071FE" w:rsidP="00D071FE">
      <w:pPr>
        <w:spacing w:before="240"/>
      </w:pPr>
      <w:r w:rsidRPr="005A0DF7">
        <w:t>11:30 am - 12:45 pm: Innovations in Performing Arts Access; Virtual</w:t>
      </w:r>
      <w:r w:rsidRPr="005A0DF7">
        <w:tab/>
      </w:r>
    </w:p>
    <w:p w14:paraId="67BA5DFD" w14:textId="77777777" w:rsidR="00D071FE" w:rsidRPr="005A0DF7" w:rsidRDefault="00D071FE" w:rsidP="00D071FE">
      <w:pPr>
        <w:spacing w:before="240"/>
      </w:pPr>
      <w:r w:rsidRPr="005A0DF7">
        <w:t>1:00 pm - 2:15 pm: AAVIA Business Meeting; Virtual</w:t>
      </w:r>
      <w:r w:rsidRPr="005A0DF7">
        <w:tab/>
      </w:r>
    </w:p>
    <w:p w14:paraId="73B49B0F" w14:textId="20C6DB8A" w:rsidR="00D071FE" w:rsidRPr="005A0DF7" w:rsidRDefault="00D071FE" w:rsidP="00D071FE">
      <w:pPr>
        <w:spacing w:before="240"/>
      </w:pPr>
      <w:r w:rsidRPr="005A0DF7">
        <w:t>1:00 pm - 2:15 pm</w:t>
      </w:r>
      <w:r w:rsidR="00B9229C" w:rsidRPr="005A0DF7">
        <w:t>:</w:t>
      </w:r>
      <w:r w:rsidRPr="005A0DF7">
        <w:t xml:space="preserve"> Accessible Blogging with Substack; Virtual</w:t>
      </w:r>
      <w:r w:rsidRPr="005A0DF7">
        <w:tab/>
      </w:r>
    </w:p>
    <w:p w14:paraId="72AD7AB8" w14:textId="77777777" w:rsidR="00D071FE" w:rsidRPr="005A0DF7" w:rsidRDefault="00D071FE" w:rsidP="00D071FE">
      <w:pPr>
        <w:spacing w:before="240"/>
      </w:pPr>
      <w:r w:rsidRPr="005A0DF7">
        <w:t>1:00 pm - 2:15 pm: ACB Inspire Mentoring Program Graduation; Virtual</w:t>
      </w:r>
      <w:r w:rsidRPr="005A0DF7">
        <w:tab/>
      </w:r>
    </w:p>
    <w:p w14:paraId="0449D0D2" w14:textId="2E7E9063" w:rsidR="00D071FE" w:rsidRPr="005A0DF7" w:rsidRDefault="00D071FE" w:rsidP="00D071FE">
      <w:pPr>
        <w:spacing w:before="240"/>
      </w:pPr>
      <w:r w:rsidRPr="005A0DF7">
        <w:t>2:30 pm - 3:45 pm: Perspectives in Songwriting; Virtual</w:t>
      </w:r>
    </w:p>
    <w:p w14:paraId="1EDCB207" w14:textId="078789FA" w:rsidR="00D071FE" w:rsidRPr="005A0DF7" w:rsidRDefault="00D071FE" w:rsidP="00D071FE">
      <w:pPr>
        <w:spacing w:before="240"/>
      </w:pPr>
      <w:r w:rsidRPr="005A0DF7">
        <w:t xml:space="preserve">2:30 pm - 3:45 pm: What Does It Take to </w:t>
      </w:r>
      <w:r w:rsidR="51609E8E">
        <w:t>B</w:t>
      </w:r>
      <w:r>
        <w:t>e</w:t>
      </w:r>
      <w:r w:rsidRPr="005A0DF7">
        <w:t xml:space="preserve"> an Entrepreneur; Virtual</w:t>
      </w:r>
      <w:r w:rsidRPr="005A0DF7">
        <w:tab/>
      </w:r>
    </w:p>
    <w:p w14:paraId="13A670B1" w14:textId="77777777" w:rsidR="00D071FE" w:rsidRPr="005A0DF7" w:rsidRDefault="00D071FE" w:rsidP="00D071FE">
      <w:pPr>
        <w:spacing w:before="240"/>
      </w:pPr>
      <w:r w:rsidRPr="005A0DF7">
        <w:t>2:30 pm - 5:15 pm: LVA Business Meeting; Virtual</w:t>
      </w:r>
      <w:r w:rsidRPr="005A0DF7">
        <w:tab/>
      </w:r>
    </w:p>
    <w:p w14:paraId="733DE7FA" w14:textId="77777777" w:rsidR="00D071FE" w:rsidRPr="005A0DF7" w:rsidRDefault="00D071FE" w:rsidP="00D071FE">
      <w:pPr>
        <w:spacing w:before="240"/>
      </w:pPr>
      <w:r w:rsidRPr="005A0DF7">
        <w:t>4:00 pm - 5:15 pm: ACBS Business Meeting; Virtual</w:t>
      </w:r>
      <w:r w:rsidRPr="005A0DF7">
        <w:tab/>
      </w:r>
    </w:p>
    <w:p w14:paraId="4DDC4EC9" w14:textId="69335934" w:rsidR="00E44AC5" w:rsidRDefault="00D071FE" w:rsidP="00A22CB1">
      <w:pPr>
        <w:spacing w:before="240"/>
      </w:pPr>
      <w:r w:rsidRPr="005A0DF7">
        <w:t xml:space="preserve">5:30 pm </w:t>
      </w:r>
      <w:r w:rsidR="000E64B2" w:rsidRPr="005A0DF7">
        <w:t>-</w:t>
      </w:r>
      <w:r w:rsidRPr="005A0DF7">
        <w:t xml:space="preserve"> 6:45 pm: ACB</w:t>
      </w:r>
      <w:r w:rsidR="003831A9" w:rsidRPr="005A0DF7">
        <w:t xml:space="preserve"> </w:t>
      </w:r>
      <w:r w:rsidR="003831A9" w:rsidRPr="00971A7E">
        <w:rPr>
          <w:lang w:val="ca-ES"/>
        </w:rPr>
        <w:t>Families Goes to Camp</w:t>
      </w:r>
      <w:r>
        <w:t>; Virtual</w:t>
      </w:r>
    </w:p>
    <w:p w14:paraId="2947B040" w14:textId="77777777" w:rsidR="00A86B42" w:rsidRDefault="00A86B42" w:rsidP="00A22CB1"/>
    <w:p w14:paraId="6FACA493" w14:textId="77777777" w:rsidR="00D071FE" w:rsidRPr="00D071FE" w:rsidRDefault="00D071FE" w:rsidP="00A22CB1">
      <w:pPr>
        <w:rPr>
          <w:b/>
          <w:bCs/>
        </w:rPr>
      </w:pPr>
      <w:r w:rsidRPr="00D071FE">
        <w:rPr>
          <w:b/>
          <w:bCs/>
        </w:rPr>
        <w:t>Friday, July 24</w:t>
      </w:r>
    </w:p>
    <w:p w14:paraId="4D328E0B" w14:textId="0BE5365D" w:rsidR="00D071FE" w:rsidRPr="009A1099" w:rsidRDefault="00D071FE" w:rsidP="00D071FE">
      <w:pPr>
        <w:spacing w:before="240"/>
        <w:rPr>
          <w:spacing w:val="-6"/>
        </w:rPr>
      </w:pPr>
      <w:r w:rsidRPr="009A1099">
        <w:rPr>
          <w:spacing w:val="-6"/>
        </w:rPr>
        <w:t>9:00 am - 4:00 pm: ACB Board Meeting; Hybrid</w:t>
      </w:r>
      <w:r w:rsidR="00D57992" w:rsidRPr="009A1099">
        <w:rPr>
          <w:spacing w:val="-6"/>
        </w:rPr>
        <w:t>; Sterling 3</w:t>
      </w:r>
      <w:r w:rsidRPr="009A1099">
        <w:rPr>
          <w:spacing w:val="-6"/>
        </w:rPr>
        <w:t xml:space="preserve"> </w:t>
      </w:r>
    </w:p>
    <w:p w14:paraId="27802978" w14:textId="77777777" w:rsidR="00D071FE" w:rsidRPr="005A0DF7" w:rsidRDefault="00D071FE" w:rsidP="00D071FE">
      <w:pPr>
        <w:spacing w:before="240"/>
      </w:pPr>
      <w:r w:rsidRPr="005A0DF7">
        <w:t>9:30 am - 3:30 pm: History Museum; OnSite</w:t>
      </w:r>
    </w:p>
    <w:p w14:paraId="7AC3A287" w14:textId="0CA49F47" w:rsidR="00D071FE" w:rsidRPr="005A0DF7" w:rsidRDefault="00D071FE" w:rsidP="00D071FE">
      <w:pPr>
        <w:spacing w:before="240"/>
      </w:pPr>
      <w:r w:rsidRPr="005A0DF7">
        <w:t xml:space="preserve">5:00 pm - 6:15 pm: </w:t>
      </w:r>
      <w:r w:rsidR="00541407" w:rsidRPr="005A0DF7">
        <w:t>Strong Minds, Safer Lives - Mental Health and Self-</w:t>
      </w:r>
      <w:r w:rsidR="33DB8B4B">
        <w:t>D</w:t>
      </w:r>
      <w:r w:rsidR="00541407">
        <w:t>efense</w:t>
      </w:r>
      <w:r w:rsidR="00541407" w:rsidRPr="005A0DF7">
        <w:t xml:space="preserve"> Fundamentals 2</w:t>
      </w:r>
      <w:r w:rsidRPr="005A0DF7">
        <w:t xml:space="preserve">; </w:t>
      </w:r>
      <w:r w:rsidR="00541407" w:rsidRPr="005A0DF7">
        <w:t>Hybrid</w:t>
      </w:r>
      <w:r w:rsidR="00D57992" w:rsidRPr="005A0DF7">
        <w:t>; Mills 3</w:t>
      </w:r>
      <w:r w:rsidRPr="005A0DF7">
        <w:tab/>
      </w:r>
    </w:p>
    <w:p w14:paraId="3E3F0F40" w14:textId="564EB4A5" w:rsidR="00D071FE" w:rsidRPr="005A0DF7" w:rsidRDefault="00D071FE" w:rsidP="00D071FE">
      <w:pPr>
        <w:spacing w:before="240"/>
      </w:pPr>
      <w:r w:rsidRPr="005A0DF7">
        <w:t>5:30 pm - 6:45 pm: Leadership Linkup 2.0</w:t>
      </w:r>
      <w:r w:rsidR="003831A9" w:rsidRPr="005A0DF7">
        <w:t>;</w:t>
      </w:r>
      <w:r w:rsidRPr="005A0DF7">
        <w:t xml:space="preserve"> Ready</w:t>
      </w:r>
      <w:r w:rsidR="003831A9" w:rsidRPr="005A0DF7">
        <w:t>,</w:t>
      </w:r>
      <w:r w:rsidRPr="005A0DF7">
        <w:t xml:space="preserve"> Set</w:t>
      </w:r>
      <w:r w:rsidR="003831A9" w:rsidRPr="005A0DF7">
        <w:t>,</w:t>
      </w:r>
      <w:r w:rsidRPr="005A0DF7">
        <w:t xml:space="preserve"> Network; OnSite</w:t>
      </w:r>
      <w:r w:rsidR="00D57992" w:rsidRPr="005A0DF7">
        <w:t>; Sterling 6</w:t>
      </w:r>
    </w:p>
    <w:p w14:paraId="1438EDFC" w14:textId="77777777" w:rsidR="00D071FE" w:rsidRPr="005A0DF7" w:rsidRDefault="00D071FE" w:rsidP="00D071FE">
      <w:pPr>
        <w:spacing w:before="240"/>
      </w:pPr>
      <w:r w:rsidRPr="005A0DF7">
        <w:t>5:45 pm - 10:00 pm: Mississippi Riverboat Dinner Cruise; OnSite</w:t>
      </w:r>
    </w:p>
    <w:p w14:paraId="670E86F4" w14:textId="2D6C66DF" w:rsidR="00D071FE" w:rsidRPr="005A0DF7" w:rsidRDefault="00D071FE" w:rsidP="00D071FE">
      <w:pPr>
        <w:spacing w:before="240"/>
      </w:pPr>
      <w:r w:rsidRPr="005A0DF7">
        <w:t>7:00 pm - 9:00 pm: Rise Together Convention Kickoff; OnSite</w:t>
      </w:r>
      <w:r w:rsidR="00D57992" w:rsidRPr="005A0DF7">
        <w:t>; Gateway East</w:t>
      </w:r>
    </w:p>
    <w:p w14:paraId="0071808A" w14:textId="356DB85D" w:rsidR="00D071FE" w:rsidRPr="005A0DF7" w:rsidRDefault="00D071FE" w:rsidP="00252F56">
      <w:pPr>
        <w:spacing w:before="240"/>
      </w:pPr>
      <w:r w:rsidRPr="005A0DF7">
        <w:t>8:00 pm - 11:00 pm: Welcome to St</w:t>
      </w:r>
      <w:r w:rsidR="003831A9" w:rsidRPr="005A0DF7">
        <w:t>.</w:t>
      </w:r>
      <w:r w:rsidRPr="005A0DF7">
        <w:t xml:space="preserve"> Louis; OnSite</w:t>
      </w:r>
      <w:r w:rsidR="00D57992" w:rsidRPr="005A0DF7">
        <w:t>; Parkview</w:t>
      </w:r>
    </w:p>
    <w:p w14:paraId="011EDF50" w14:textId="77777777" w:rsidR="00A86B42" w:rsidRDefault="00A86B42" w:rsidP="00A22CB1"/>
    <w:p w14:paraId="0A19E78B" w14:textId="77777777" w:rsidR="00987BC0" w:rsidRPr="00987BC0" w:rsidRDefault="00987BC0" w:rsidP="00A22CB1">
      <w:pPr>
        <w:rPr>
          <w:b/>
          <w:bCs/>
        </w:rPr>
      </w:pPr>
      <w:r w:rsidRPr="00987BC0">
        <w:rPr>
          <w:b/>
          <w:bCs/>
        </w:rPr>
        <w:t>Saturday, July 25</w:t>
      </w:r>
    </w:p>
    <w:p w14:paraId="48430A8C" w14:textId="26910A7D" w:rsidR="002C103E" w:rsidRPr="005A0DF7" w:rsidRDefault="002C103E" w:rsidP="002C103E">
      <w:pPr>
        <w:spacing w:before="240"/>
      </w:pPr>
      <w:r w:rsidRPr="005A0DF7">
        <w:t>7:</w:t>
      </w:r>
      <w:r>
        <w:t>0</w:t>
      </w:r>
      <w:r w:rsidRPr="005A0DF7">
        <w:t xml:space="preserve">0 am - </w:t>
      </w:r>
      <w:r>
        <w:t>7</w:t>
      </w:r>
      <w:r w:rsidRPr="005A0DF7">
        <w:t xml:space="preserve">:45 am: Rejuvenate Your Knowledge of the History of Braille; Hybrid; Sterling 3 </w:t>
      </w:r>
    </w:p>
    <w:p w14:paraId="1ED467CF" w14:textId="6740CD79" w:rsidR="00987BC0" w:rsidRPr="005A0DF7" w:rsidRDefault="002C103E" w:rsidP="00987BC0">
      <w:pPr>
        <w:spacing w:before="240"/>
      </w:pPr>
      <w:r>
        <w:t>8</w:t>
      </w:r>
      <w:r w:rsidR="00987BC0" w:rsidRPr="005A0DF7">
        <w:t xml:space="preserve">:00 am - </w:t>
      </w:r>
      <w:r>
        <w:t>8</w:t>
      </w:r>
      <w:r w:rsidR="00987BC0" w:rsidRPr="005A0DF7">
        <w:t>:30 am: BRL and AABT Breakfast; Hybrid</w:t>
      </w:r>
      <w:r w:rsidR="00D57992" w:rsidRPr="005A0DF7">
        <w:t xml:space="preserve">; Sterling </w:t>
      </w:r>
      <w:r w:rsidR="003831A9" w:rsidRPr="005A0DF7">
        <w:t>6</w:t>
      </w:r>
    </w:p>
    <w:p w14:paraId="595005AB" w14:textId="38C28894" w:rsidR="00987BC0" w:rsidRPr="005A0DF7" w:rsidRDefault="00987BC0" w:rsidP="00987BC0">
      <w:pPr>
        <w:spacing w:before="240"/>
      </w:pPr>
      <w:r w:rsidRPr="005A0DF7">
        <w:t>8:30 am - 4:</w:t>
      </w:r>
      <w:r w:rsidR="00906FC2" w:rsidRPr="005A0DF7">
        <w:t>3</w:t>
      </w:r>
      <w:r w:rsidRPr="005A0DF7">
        <w:t>0 pm: Grant's Farm; OnSite</w:t>
      </w:r>
    </w:p>
    <w:p w14:paraId="6DF65440" w14:textId="17889D2B" w:rsidR="00987BC0" w:rsidRPr="005A0DF7" w:rsidRDefault="00987BC0" w:rsidP="00987BC0">
      <w:pPr>
        <w:spacing w:before="240"/>
      </w:pPr>
      <w:r w:rsidRPr="005A0DF7">
        <w:t>9:00 am - 10:15 am: Committee 101</w:t>
      </w:r>
      <w:r w:rsidR="00906FC2" w:rsidRPr="005A0DF7">
        <w:t>:</w:t>
      </w:r>
      <w:r w:rsidRPr="005A0DF7">
        <w:t xml:space="preserve"> From Onboarding to Outstanding; Hybrid</w:t>
      </w:r>
      <w:r w:rsidR="00D57992" w:rsidRPr="005A0DF7">
        <w:t>; Mills 3</w:t>
      </w:r>
      <w:r w:rsidRPr="005A0DF7">
        <w:tab/>
      </w:r>
    </w:p>
    <w:p w14:paraId="1E0B0101" w14:textId="5F48F0DC" w:rsidR="00987BC0" w:rsidRPr="005A0DF7" w:rsidRDefault="00987BC0" w:rsidP="00987BC0">
      <w:pPr>
        <w:spacing w:before="240"/>
        <w:rPr>
          <w:spacing w:val="-2"/>
        </w:rPr>
      </w:pPr>
      <w:r w:rsidRPr="005A0DF7">
        <w:rPr>
          <w:spacing w:val="-2"/>
        </w:rPr>
        <w:t>9:00 am - 10:15 am: Advocacy Bootcamp; Hybrid</w:t>
      </w:r>
      <w:r w:rsidR="00D57992" w:rsidRPr="005A0DF7">
        <w:rPr>
          <w:spacing w:val="-2"/>
        </w:rPr>
        <w:t>; Mills 3</w:t>
      </w:r>
    </w:p>
    <w:p w14:paraId="2732509E" w14:textId="6C33AA9F" w:rsidR="00987BC0" w:rsidRPr="005A0DF7" w:rsidRDefault="00987BC0" w:rsidP="00987BC0">
      <w:pPr>
        <w:spacing w:before="240"/>
      </w:pPr>
      <w:r w:rsidRPr="005A0DF7">
        <w:t xml:space="preserve">9:30 am - 11:30 am: City Bus Tour </w:t>
      </w:r>
      <w:r w:rsidR="00906FC2" w:rsidRPr="005A0DF7">
        <w:t>1</w:t>
      </w:r>
      <w:r w:rsidRPr="005A0DF7">
        <w:t>; OnSite</w:t>
      </w:r>
    </w:p>
    <w:p w14:paraId="504B7B4A" w14:textId="40FB3653" w:rsidR="00987BC0" w:rsidRPr="005A0DF7" w:rsidRDefault="00987BC0" w:rsidP="00987BC0">
      <w:pPr>
        <w:spacing w:before="240"/>
      </w:pPr>
      <w:r w:rsidRPr="005A0DF7">
        <w:t>10:00 am - 11:15 am: Jewish Service; OnSite</w:t>
      </w:r>
      <w:r w:rsidR="00D57992" w:rsidRPr="005A0DF7">
        <w:t>; Sterling 2</w:t>
      </w:r>
    </w:p>
    <w:p w14:paraId="72BB3BBA" w14:textId="77777777" w:rsidR="003A0B50" w:rsidRPr="005A0DF7" w:rsidRDefault="00987BC0" w:rsidP="00987BC0">
      <w:pPr>
        <w:spacing w:before="240"/>
      </w:pPr>
      <w:r w:rsidRPr="005A0DF7">
        <w:t>10:30 am - 11:45 am: Committee Magic</w:t>
      </w:r>
      <w:r w:rsidR="00DB49F0" w:rsidRPr="005A0DF7">
        <w:t>;</w:t>
      </w:r>
      <w:r w:rsidRPr="005A0DF7">
        <w:t xml:space="preserve"> Transforming Meetings into Meaningful Results; Hybrid</w:t>
      </w:r>
      <w:r w:rsidR="00D57992" w:rsidRPr="005A0DF7">
        <w:t>; Mills 3</w:t>
      </w:r>
    </w:p>
    <w:p w14:paraId="7AC5A111" w14:textId="13EF31B4" w:rsidR="00987BC0" w:rsidRPr="005A0DF7" w:rsidRDefault="003A0B50" w:rsidP="00987BC0">
      <w:pPr>
        <w:spacing w:before="240"/>
      </w:pPr>
      <w:r w:rsidRPr="005A0DF7">
        <w:t>10:30 am - 11:45 am: Entering the BIY Era; Hybrid; Sterling 3</w:t>
      </w:r>
      <w:r w:rsidR="00987BC0" w:rsidRPr="005A0DF7">
        <w:tab/>
      </w:r>
    </w:p>
    <w:p w14:paraId="0AC10B8E" w14:textId="461831E0" w:rsidR="00987BC0" w:rsidRPr="005A0DF7" w:rsidRDefault="00987BC0" w:rsidP="00987BC0">
      <w:pPr>
        <w:spacing w:before="240"/>
        <w:rPr>
          <w:spacing w:val="-6"/>
        </w:rPr>
      </w:pPr>
      <w:r w:rsidRPr="005A0DF7">
        <w:t xml:space="preserve">12:15 pm - 1:00 pm: </w:t>
      </w:r>
      <w:r w:rsidRPr="005A0DF7">
        <w:rPr>
          <w:spacing w:val="-6"/>
        </w:rPr>
        <w:t xml:space="preserve">RSVA </w:t>
      </w:r>
      <w:r w:rsidR="00DB49F0" w:rsidRPr="005A0DF7">
        <w:rPr>
          <w:spacing w:val="-6"/>
        </w:rPr>
        <w:t xml:space="preserve">and </w:t>
      </w:r>
      <w:r w:rsidRPr="005A0DF7">
        <w:rPr>
          <w:spacing w:val="-6"/>
        </w:rPr>
        <w:t>IVIE Lunch; OnSite</w:t>
      </w:r>
      <w:r w:rsidR="001B079D" w:rsidRPr="005A0DF7">
        <w:rPr>
          <w:spacing w:val="-6"/>
        </w:rPr>
        <w:t>; Sterling 2</w:t>
      </w:r>
    </w:p>
    <w:p w14:paraId="2AE4FC29" w14:textId="25489743" w:rsidR="00987BC0" w:rsidRPr="005A0DF7" w:rsidRDefault="00987BC0" w:rsidP="00987BC0">
      <w:pPr>
        <w:spacing w:before="240"/>
      </w:pPr>
      <w:r w:rsidRPr="005A0DF7">
        <w:t>12:15 pm - 2:15 pm: Scholarship Winners</w:t>
      </w:r>
      <w:r w:rsidR="00DB49F0" w:rsidRPr="005A0DF7">
        <w:t>’</w:t>
      </w:r>
      <w:r w:rsidRPr="005A0DF7">
        <w:t xml:space="preserve"> Luncheon and Icebreaker; OnSite</w:t>
      </w:r>
      <w:r w:rsidR="00D57992" w:rsidRPr="005A0DF7">
        <w:t>; Sterling 6</w:t>
      </w:r>
    </w:p>
    <w:p w14:paraId="01DE4861" w14:textId="4AF163CD" w:rsidR="00987BC0" w:rsidRPr="005A0DF7" w:rsidRDefault="00987BC0" w:rsidP="00987BC0">
      <w:pPr>
        <w:spacing w:before="240"/>
      </w:pPr>
      <w:r w:rsidRPr="005A0DF7">
        <w:t>1:00 pm - 2:15 pm: Path to Success; Hybrid</w:t>
      </w:r>
      <w:r w:rsidR="00D57992" w:rsidRPr="005A0DF7">
        <w:t>; Sterling 3</w:t>
      </w:r>
    </w:p>
    <w:p w14:paraId="478B6397" w14:textId="1DF3417C" w:rsidR="00987BC0" w:rsidRPr="005A0DF7" w:rsidRDefault="00987BC0" w:rsidP="00987BC0">
      <w:pPr>
        <w:spacing w:before="240"/>
      </w:pPr>
      <w:r w:rsidRPr="005A0DF7">
        <w:t>1:00 pm - 2:15 pm: Learn About Estate Planning with a Licensed Attorney; Hybrid</w:t>
      </w:r>
      <w:r w:rsidR="00D57992" w:rsidRPr="005A0DF7">
        <w:t>; Mills 3</w:t>
      </w:r>
      <w:r w:rsidRPr="005A0DF7">
        <w:tab/>
      </w:r>
    </w:p>
    <w:p w14:paraId="49787418" w14:textId="26E0D69D" w:rsidR="00987BC0" w:rsidRPr="005A0DF7" w:rsidRDefault="00987BC0" w:rsidP="005A0DF7">
      <w:pPr>
        <w:spacing w:before="240" w:after="240"/>
      </w:pPr>
      <w:r w:rsidRPr="005A0DF7">
        <w:t xml:space="preserve">1:00 pm - 3:00 pm: City Bus Tour </w:t>
      </w:r>
      <w:r w:rsidR="005746AA" w:rsidRPr="005A0DF7">
        <w:t>2</w:t>
      </w:r>
      <w:r w:rsidRPr="005A0DF7">
        <w:t>; OnSite</w:t>
      </w:r>
    </w:p>
    <w:p w14:paraId="2D0A9E34" w14:textId="7B716D0F" w:rsidR="00987BC0" w:rsidRPr="005A0DF7" w:rsidRDefault="00987BC0" w:rsidP="005A0DF7">
      <w:pPr>
        <w:rPr>
          <w:spacing w:val="-4"/>
        </w:rPr>
      </w:pPr>
      <w:r w:rsidRPr="005A0DF7">
        <w:rPr>
          <w:spacing w:val="-4"/>
        </w:rPr>
        <w:t>2:00 pm - 4:00 pm: Community Hospitality; OnSite</w:t>
      </w:r>
      <w:r w:rsidR="00D57992" w:rsidRPr="005A0DF7">
        <w:rPr>
          <w:spacing w:val="-4"/>
        </w:rPr>
        <w:t>; Mills 6</w:t>
      </w:r>
    </w:p>
    <w:p w14:paraId="0B63F06F" w14:textId="05B540B4" w:rsidR="00987BC0" w:rsidRPr="005A0DF7" w:rsidRDefault="00987BC0" w:rsidP="00987BC0">
      <w:pPr>
        <w:spacing w:before="240"/>
      </w:pPr>
      <w:r w:rsidRPr="005A0DF7">
        <w:t>3:00 pm - 4:15 pm: All About the Missouri Business Enterprise Program; Hybrid</w:t>
      </w:r>
      <w:r w:rsidR="00D57992" w:rsidRPr="005A0DF7">
        <w:t>; Sterling 3</w:t>
      </w:r>
      <w:r w:rsidRPr="005A0DF7">
        <w:tab/>
      </w:r>
    </w:p>
    <w:p w14:paraId="140B8700" w14:textId="286D27F1" w:rsidR="00987BC0" w:rsidRPr="005A0DF7" w:rsidRDefault="00987BC0" w:rsidP="00987BC0">
      <w:pPr>
        <w:spacing w:before="240"/>
      </w:pPr>
      <w:r w:rsidRPr="005A0DF7">
        <w:t>3:00 pm - 4:15 pm: I Didn't See This Coming; Hybrid</w:t>
      </w:r>
      <w:r w:rsidR="00D57992" w:rsidRPr="005A0DF7">
        <w:t>; Mills 3</w:t>
      </w:r>
    </w:p>
    <w:p w14:paraId="1946D914" w14:textId="4B120E04" w:rsidR="00987BC0" w:rsidRPr="005A0DF7" w:rsidRDefault="00987BC0" w:rsidP="00987BC0">
      <w:pPr>
        <w:spacing w:before="240"/>
      </w:pPr>
      <w:r w:rsidRPr="005A0DF7">
        <w:t>4:00 pm - 5:00 pm: Interdenominational Service; OnSite</w:t>
      </w:r>
      <w:r w:rsidR="00D57992" w:rsidRPr="005A0DF7">
        <w:t>; Mills 1</w:t>
      </w:r>
    </w:p>
    <w:p w14:paraId="4E029215" w14:textId="45D61F2D" w:rsidR="00987BC0" w:rsidRPr="005A0DF7" w:rsidRDefault="00987BC0" w:rsidP="00987BC0">
      <w:pPr>
        <w:spacing w:before="240"/>
      </w:pPr>
      <w:r w:rsidRPr="005A0DF7">
        <w:t>4:00 pm - 5:15 pm: ACBDA Mixer; OnSite</w:t>
      </w:r>
      <w:r w:rsidR="00D57992" w:rsidRPr="005A0DF7">
        <w:t>; Sterling 6</w:t>
      </w:r>
    </w:p>
    <w:p w14:paraId="4FF65797" w14:textId="417632CE" w:rsidR="002F0B1C" w:rsidRPr="005A0DF7" w:rsidRDefault="002F0B1C" w:rsidP="00987BC0">
      <w:pPr>
        <w:spacing w:before="240"/>
      </w:pPr>
      <w:r w:rsidRPr="005A0DF7">
        <w:t>4:30 pm – 6:30 pm: Catholic Mass; Onsite; Lobby</w:t>
      </w:r>
    </w:p>
    <w:p w14:paraId="53AB03D9" w14:textId="2C688A98" w:rsidR="00987BC0" w:rsidRPr="005A0DF7" w:rsidRDefault="00987BC0" w:rsidP="00987BC0">
      <w:pPr>
        <w:spacing w:before="240"/>
      </w:pPr>
      <w:r w:rsidRPr="005A0DF7">
        <w:t xml:space="preserve">5:00 pm - 6:15 pm: Stepping into Social Confidence; </w:t>
      </w:r>
      <w:r w:rsidR="002F0B1C" w:rsidRPr="005A0DF7">
        <w:t>Hybrid</w:t>
      </w:r>
      <w:r w:rsidR="004D620A" w:rsidRPr="005A0DF7">
        <w:t>; Mills 3</w:t>
      </w:r>
    </w:p>
    <w:p w14:paraId="62BF7BF7" w14:textId="724465DE" w:rsidR="00987BC0" w:rsidRDefault="00987BC0" w:rsidP="00987BC0">
      <w:pPr>
        <w:spacing w:before="240"/>
      </w:pPr>
      <w:r w:rsidRPr="005A0DF7">
        <w:t xml:space="preserve">6:30 pm - 9:00 pm: </w:t>
      </w:r>
      <w:r w:rsidR="005746AA" w:rsidRPr="005A0DF7">
        <w:t>Meet Kids Club leaders and get to know the other kids</w:t>
      </w:r>
      <w:r>
        <w:t>; OnSite</w:t>
      </w:r>
      <w:r w:rsidR="004D620A">
        <w:t>; Mills 2</w:t>
      </w:r>
    </w:p>
    <w:p w14:paraId="0D3C00C0" w14:textId="1AEDD4C5" w:rsidR="00987BC0" w:rsidRDefault="00987BC0" w:rsidP="00987BC0">
      <w:pPr>
        <w:spacing w:before="240"/>
      </w:pPr>
      <w:r>
        <w:t>7:00 pm - 10:30 pm: Evening General Session; Hybrid</w:t>
      </w:r>
      <w:r w:rsidR="004D620A">
        <w:t xml:space="preserve">; </w:t>
      </w:r>
      <w:r w:rsidR="004D620A" w:rsidRPr="004D620A">
        <w:t>Regency Ballroom</w:t>
      </w:r>
    </w:p>
    <w:p w14:paraId="53CFBB9E" w14:textId="77777777" w:rsidR="00335ED3" w:rsidRPr="00032BD9" w:rsidRDefault="00335ED3" w:rsidP="00335ED3"/>
    <w:p w14:paraId="52B52F4C" w14:textId="77777777" w:rsidR="00622D79" w:rsidRPr="00622D79" w:rsidRDefault="00622D79" w:rsidP="00A22CB1">
      <w:pPr>
        <w:rPr>
          <w:b/>
          <w:bCs/>
        </w:rPr>
      </w:pPr>
      <w:r w:rsidRPr="00622D79">
        <w:rPr>
          <w:b/>
          <w:bCs/>
        </w:rPr>
        <w:t>Sunday, July 26</w:t>
      </w:r>
    </w:p>
    <w:p w14:paraId="0BE4485C" w14:textId="5989B439" w:rsidR="00622D79" w:rsidRPr="005A0DF7" w:rsidRDefault="00622D79" w:rsidP="00622D79">
      <w:pPr>
        <w:spacing w:before="240"/>
      </w:pPr>
      <w:r w:rsidRPr="005A0DF7">
        <w:t>7:30 am - 9:00 am: ACB Life Member Breakfast; OnSite</w:t>
      </w:r>
      <w:r w:rsidR="004D620A" w:rsidRPr="005A0DF7">
        <w:t>; Gateway East</w:t>
      </w:r>
    </w:p>
    <w:p w14:paraId="4FB8AB6A" w14:textId="0BCFCF01" w:rsidR="00622D79" w:rsidRPr="005A0DF7" w:rsidRDefault="00622D79" w:rsidP="00622D79">
      <w:pPr>
        <w:spacing w:before="240"/>
      </w:pPr>
      <w:r w:rsidRPr="005A0DF7">
        <w:t>8:00 am - 5:00 pm: Kids Club St</w:t>
      </w:r>
      <w:r w:rsidR="005746AA" w:rsidRPr="005A0DF7">
        <w:t>.</w:t>
      </w:r>
      <w:r w:rsidRPr="005A0DF7">
        <w:t xml:space="preserve"> Louis Arch and Citygardens Splash Pad; OnSite</w:t>
      </w:r>
      <w:r w:rsidR="004D620A" w:rsidRPr="005A0DF7">
        <w:t>; Mills 2</w:t>
      </w:r>
    </w:p>
    <w:p w14:paraId="00C966CB" w14:textId="77777777" w:rsidR="003C1DE1" w:rsidRDefault="003C1DE1" w:rsidP="00622D79">
      <w:pPr>
        <w:spacing w:before="240"/>
      </w:pPr>
      <w:r>
        <w:t>8:00 am – 6 pm: Vispero Training Room: Onsite; Sterling 5</w:t>
      </w:r>
    </w:p>
    <w:p w14:paraId="7A94F1F9" w14:textId="1F54518E" w:rsidR="00622D79" w:rsidRPr="005A0DF7" w:rsidRDefault="00622D79" w:rsidP="00622D79">
      <w:pPr>
        <w:spacing w:before="240"/>
      </w:pPr>
      <w:r w:rsidRPr="005A0DF7">
        <w:t>8:30 am - 3:00 pm: Museum of Transportation; OnSite</w:t>
      </w:r>
    </w:p>
    <w:p w14:paraId="3F13CFF3" w14:textId="3961442D" w:rsidR="00622D79" w:rsidRPr="005A0DF7" w:rsidRDefault="00622D79" w:rsidP="00622D79">
      <w:pPr>
        <w:spacing w:before="240"/>
      </w:pPr>
      <w:r w:rsidRPr="005A0DF7">
        <w:t>9:00 am - 10:15 am: Get Up and Get Moving with the Apple Watch; Hybrid</w:t>
      </w:r>
      <w:r w:rsidR="004D620A" w:rsidRPr="005A0DF7">
        <w:t>; Sterling 3</w:t>
      </w:r>
    </w:p>
    <w:p w14:paraId="761D65BB" w14:textId="3FB1120F" w:rsidR="00622D79" w:rsidRPr="005A0DF7" w:rsidRDefault="00622D79" w:rsidP="00622D79">
      <w:pPr>
        <w:spacing w:before="240"/>
      </w:pPr>
      <w:r w:rsidRPr="005A0DF7">
        <w:t>9:00 am - 10:15 am: The Big Data Project</w:t>
      </w:r>
      <w:r w:rsidR="004412E9" w:rsidRPr="005A0DF7">
        <w:t>,</w:t>
      </w:r>
      <w:r w:rsidRPr="005A0DF7">
        <w:t xml:space="preserve"> What Does </w:t>
      </w:r>
      <w:r w:rsidR="003F2617" w:rsidRPr="005A0DF7">
        <w:t>It</w:t>
      </w:r>
      <w:r w:rsidRPr="005A0DF7">
        <w:t xml:space="preserve"> Say and Not Say; Hybrid</w:t>
      </w:r>
      <w:r w:rsidR="004D620A" w:rsidRPr="005A0DF7">
        <w:t xml:space="preserve">; </w:t>
      </w:r>
      <w:r w:rsidR="003F2617" w:rsidRPr="005A0DF7">
        <w:t>Mills</w:t>
      </w:r>
      <w:r w:rsidR="004D620A" w:rsidRPr="005A0DF7">
        <w:t xml:space="preserve"> 3</w:t>
      </w:r>
      <w:r w:rsidRPr="005A0DF7">
        <w:tab/>
      </w:r>
    </w:p>
    <w:p w14:paraId="60D4A992" w14:textId="68563F6E" w:rsidR="00622D79" w:rsidRPr="00622D79" w:rsidRDefault="00622D79" w:rsidP="00622D79">
      <w:pPr>
        <w:spacing w:before="240"/>
      </w:pPr>
      <w:r w:rsidRPr="005A0DF7">
        <w:t xml:space="preserve">9:00 am - 11:00 am: City </w:t>
      </w:r>
      <w:r w:rsidRPr="00622D79">
        <w:t xml:space="preserve">Bus Tour </w:t>
      </w:r>
      <w:r w:rsidR="007C5A7A">
        <w:t>3</w:t>
      </w:r>
      <w:r w:rsidRPr="00622D79">
        <w:t>; OnSite</w:t>
      </w:r>
    </w:p>
    <w:p w14:paraId="1D534802" w14:textId="77777777" w:rsidR="00A27939" w:rsidRDefault="00622D79" w:rsidP="00622D79">
      <w:pPr>
        <w:spacing w:before="240"/>
      </w:pPr>
      <w:r w:rsidRPr="00622D79">
        <w:t>9:00 am - 5:00 pm: Exhibit Hall is Open; OnSite</w:t>
      </w:r>
      <w:r w:rsidR="004D620A">
        <w:t>; Grand Ballroom</w:t>
      </w:r>
    </w:p>
    <w:p w14:paraId="1CF89E3B" w14:textId="1E16FCFB" w:rsidR="002B1B83" w:rsidRDefault="002B1B83" w:rsidP="00622D79">
      <w:pPr>
        <w:spacing w:before="240"/>
      </w:pPr>
      <w:r w:rsidRPr="002B1B83">
        <w:t>9:00 am - 10:00 am Ray Therapeutics Stargardt Disease Focus Group</w:t>
      </w:r>
      <w:r>
        <w:t>; OnSite; Sterling 1</w:t>
      </w:r>
    </w:p>
    <w:p w14:paraId="42670FE3" w14:textId="23D0D142" w:rsidR="00622D79" w:rsidRPr="005A0DF7" w:rsidRDefault="00622D79" w:rsidP="00622D79">
      <w:pPr>
        <w:spacing w:before="240"/>
      </w:pPr>
      <w:r>
        <w:t>10:30 am - 11:45 am: Reflections on the 3</w:t>
      </w:r>
      <w:r w:rsidR="07A179A0">
        <w:t>6</w:t>
      </w:r>
      <w:r>
        <w:t>th Anniversary of the ADA; Hybrid</w:t>
      </w:r>
      <w:r w:rsidR="004D620A">
        <w:t>; Mills 3</w:t>
      </w:r>
    </w:p>
    <w:p w14:paraId="06D9465E" w14:textId="56677B6E" w:rsidR="00622D79" w:rsidRDefault="00622D79" w:rsidP="00622D79">
      <w:pPr>
        <w:spacing w:before="240"/>
      </w:pPr>
      <w:r w:rsidRPr="005A0DF7">
        <w:t>10:30 am - 11:45 am: From Article to Audience</w:t>
      </w:r>
      <w:r w:rsidR="007C5A7A" w:rsidRPr="005A0DF7">
        <w:t>;</w:t>
      </w:r>
      <w:r w:rsidRPr="005A0DF7">
        <w:t xml:space="preserve"> Accessible Newsletter Workflows for Affiliates; Hybrid</w:t>
      </w:r>
      <w:r w:rsidR="004D620A" w:rsidRPr="005A0DF7">
        <w:t>; Sterling 3</w:t>
      </w:r>
      <w:r w:rsidRPr="005A0DF7">
        <w:tab/>
      </w:r>
    </w:p>
    <w:p w14:paraId="011A9FB7" w14:textId="0F69D9DB" w:rsidR="009714D4" w:rsidRPr="005A0DF7" w:rsidRDefault="009714D4" w:rsidP="00622D79">
      <w:pPr>
        <w:spacing w:before="240"/>
      </w:pPr>
      <w:r w:rsidRPr="009714D4">
        <w:t>11:00 am - 12:00 pm Ray Therapeutics Retinitis Pigmentosa (RP) Focus Group</w:t>
      </w:r>
      <w:r>
        <w:t>; Onsite; Sterling 1</w:t>
      </w:r>
    </w:p>
    <w:p w14:paraId="586D41E3" w14:textId="45CA2398" w:rsidR="00622D79" w:rsidRPr="005A0DF7" w:rsidRDefault="00622D79" w:rsidP="00622D79">
      <w:pPr>
        <w:spacing w:before="240"/>
      </w:pPr>
      <w:r w:rsidRPr="005A0DF7">
        <w:t>12:15 pm - 1:00 pm: AAVL Lunch; OnSite</w:t>
      </w:r>
      <w:r w:rsidR="004D620A" w:rsidRPr="005A0DF7">
        <w:t>; Sterling 6</w:t>
      </w:r>
    </w:p>
    <w:p w14:paraId="72859514" w14:textId="76BB81D6" w:rsidR="00622D79" w:rsidRPr="005A0DF7" w:rsidRDefault="00622D79" w:rsidP="00622D79">
      <w:pPr>
        <w:spacing w:before="240"/>
      </w:pPr>
      <w:r w:rsidRPr="005A0DF7">
        <w:t xml:space="preserve">12:30 pm - 2:30 pm: City Bus Tour </w:t>
      </w:r>
      <w:r w:rsidR="007C5A7A" w:rsidRPr="005A0DF7">
        <w:t>4</w:t>
      </w:r>
      <w:r w:rsidRPr="005A0DF7">
        <w:t>; OnSite</w:t>
      </w:r>
    </w:p>
    <w:p w14:paraId="09B50486" w14:textId="261792F6" w:rsidR="00622D79" w:rsidRPr="005A0DF7" w:rsidRDefault="00622D79" w:rsidP="00622D79">
      <w:pPr>
        <w:spacing w:before="240"/>
      </w:pPr>
      <w:r w:rsidRPr="005A0DF7">
        <w:t>1:00 pm - 2:15 pm: Supreme Court Term in Review; Hybrid</w:t>
      </w:r>
      <w:r w:rsidR="004D620A" w:rsidRPr="005A0DF7">
        <w:t>; Mills 3</w:t>
      </w:r>
      <w:r w:rsidRPr="005A0DF7">
        <w:t xml:space="preserve"> </w:t>
      </w:r>
    </w:p>
    <w:p w14:paraId="007B3DA8" w14:textId="1E60F526" w:rsidR="00622D79" w:rsidRPr="005A0DF7" w:rsidRDefault="00622D79" w:rsidP="00622D79">
      <w:pPr>
        <w:spacing w:before="240"/>
      </w:pPr>
      <w:r w:rsidRPr="005A0DF7">
        <w:t>1:00 pm - 2:15 pm: AAVL Fall Prevention</w:t>
      </w:r>
      <w:r w:rsidR="004412E9" w:rsidRPr="005A0DF7">
        <w:t>,</w:t>
      </w:r>
      <w:r w:rsidRPr="005A0DF7">
        <w:t xml:space="preserve"> Stand Tall</w:t>
      </w:r>
      <w:r w:rsidR="004412E9" w:rsidRPr="005A0DF7">
        <w:t>,</w:t>
      </w:r>
      <w:r w:rsidRPr="005A0DF7">
        <w:t xml:space="preserve"> Stay Safe; Hybrid</w:t>
      </w:r>
      <w:r w:rsidR="004D620A" w:rsidRPr="005A0DF7">
        <w:t>; Sterling 3</w:t>
      </w:r>
    </w:p>
    <w:p w14:paraId="12F9199F" w14:textId="6B5E8F1E" w:rsidR="00622D79" w:rsidRPr="005A0DF7" w:rsidRDefault="00622D79" w:rsidP="00622D79">
      <w:pPr>
        <w:spacing w:before="240"/>
      </w:pPr>
      <w:r w:rsidRPr="005A0DF7">
        <w:t>1:00 pm - 2:15 pm: Nuts and Bolts of Starting a Business; OnSite</w:t>
      </w:r>
      <w:r w:rsidR="004D620A" w:rsidRPr="005A0DF7">
        <w:t>; Mills 1</w:t>
      </w:r>
      <w:r w:rsidRPr="005A0DF7">
        <w:tab/>
      </w:r>
    </w:p>
    <w:p w14:paraId="7DB3DCC9" w14:textId="77777777" w:rsidR="00442D35" w:rsidRDefault="00622D79" w:rsidP="00622D79">
      <w:pPr>
        <w:spacing w:before="240"/>
      </w:pPr>
      <w:r w:rsidRPr="005A0DF7">
        <w:t xml:space="preserve">1:00 pm - 2:15 pm: </w:t>
      </w:r>
      <w:r w:rsidR="004A0ACB" w:rsidRPr="005A0DF7">
        <w:t>What’s New with Selvas BLV;</w:t>
      </w:r>
      <w:r w:rsidRPr="005A0DF7">
        <w:t xml:space="preserve"> OnSite</w:t>
      </w:r>
      <w:r w:rsidR="004D620A" w:rsidRPr="005A0DF7">
        <w:t>; Mills 4</w:t>
      </w:r>
    </w:p>
    <w:p w14:paraId="79589617" w14:textId="7EF78734" w:rsidR="00622D79" w:rsidRPr="005A0DF7" w:rsidRDefault="00442D35" w:rsidP="00622D79">
      <w:pPr>
        <w:spacing w:before="240"/>
      </w:pPr>
      <w:r w:rsidRPr="00442D35">
        <w:t>1:00 pm - 2:00 pm Ray Therapeutics Retinitis Pigmentosa (RP) Focus Group</w:t>
      </w:r>
      <w:r>
        <w:t>; OnSite; Sterling 1</w:t>
      </w:r>
    </w:p>
    <w:p w14:paraId="708298B1" w14:textId="77777777" w:rsidR="005A0DF7" w:rsidRDefault="00622D79" w:rsidP="005A0DF7">
      <w:pPr>
        <w:spacing w:before="240" w:after="240"/>
        <w:rPr>
          <w:spacing w:val="-4"/>
        </w:rPr>
      </w:pPr>
      <w:r w:rsidRPr="005A0DF7">
        <w:rPr>
          <w:spacing w:val="-4"/>
        </w:rPr>
        <w:t>2:00 pm - 4:00 pm: Community Hospitality; OnSite</w:t>
      </w:r>
      <w:r w:rsidR="004D620A" w:rsidRPr="005A0DF7">
        <w:rPr>
          <w:spacing w:val="-4"/>
        </w:rPr>
        <w:t>; Mills 6</w:t>
      </w:r>
    </w:p>
    <w:p w14:paraId="796E92EB" w14:textId="5D28AA0C" w:rsidR="00622D79" w:rsidRPr="005A0DF7" w:rsidRDefault="00622D79" w:rsidP="005A0DF7">
      <w:pPr>
        <w:spacing w:before="240" w:after="240"/>
      </w:pPr>
      <w:r w:rsidRPr="005A0DF7">
        <w:t xml:space="preserve">3:00 pm - 4:15 pm: No </w:t>
      </w:r>
      <w:r w:rsidR="00A86B42" w:rsidRPr="005A0DF7">
        <w:t>Más Bebés</w:t>
      </w:r>
      <w:r w:rsidR="004412E9" w:rsidRPr="005A0DF7">
        <w:t>,</w:t>
      </w:r>
      <w:r w:rsidRPr="005A0DF7">
        <w:t xml:space="preserve"> a Documentary on California Sterilization; Hybrid</w:t>
      </w:r>
      <w:r w:rsidR="004D620A" w:rsidRPr="005A0DF7">
        <w:t>; Mills 3</w:t>
      </w:r>
    </w:p>
    <w:p w14:paraId="22072E52" w14:textId="34F84991" w:rsidR="00622D79" w:rsidRPr="005A0DF7" w:rsidRDefault="00622D79" w:rsidP="00622D79">
      <w:pPr>
        <w:spacing w:before="240"/>
      </w:pPr>
      <w:r w:rsidRPr="005A0DF7">
        <w:t>3:00 pm - 4:15 pm: What Does the New ERA Mean for Rehabilitation</w:t>
      </w:r>
      <w:r w:rsidR="004412E9" w:rsidRPr="005A0DF7">
        <w:t>,</w:t>
      </w:r>
      <w:r w:rsidRPr="005A0DF7">
        <w:t xml:space="preserve"> A Rehab Task Force Discussion; Hybrid</w:t>
      </w:r>
      <w:r w:rsidR="004D620A" w:rsidRPr="005A0DF7">
        <w:t>; Sterling 3</w:t>
      </w:r>
    </w:p>
    <w:p w14:paraId="1EE0313A" w14:textId="77777777" w:rsidR="00BD7FB5" w:rsidRDefault="00622D79" w:rsidP="00622D79">
      <w:pPr>
        <w:spacing w:before="240"/>
      </w:pPr>
      <w:r w:rsidRPr="005A0DF7">
        <w:t>3:00 pm - 4:15 pm: APH Innovations</w:t>
      </w:r>
      <w:r w:rsidR="00042583" w:rsidRPr="005A0DF7">
        <w:t>;</w:t>
      </w:r>
      <w:r w:rsidRPr="005A0DF7">
        <w:t xml:space="preserve"> New Braille Products and Teaching Tools for 2026; OnSite</w:t>
      </w:r>
      <w:r w:rsidR="004D620A" w:rsidRPr="005A0DF7">
        <w:t>; Mills 1</w:t>
      </w:r>
    </w:p>
    <w:p w14:paraId="0888B777" w14:textId="71EE0F08" w:rsidR="00622D79" w:rsidRPr="00BD7FB5" w:rsidRDefault="00BD7FB5" w:rsidP="00BD7FB5">
      <w:pPr>
        <w:spacing w:before="240"/>
      </w:pPr>
      <w:r w:rsidRPr="00BD7FB5">
        <w:t>3:00 pm - 4:00 pm Ray Therapeutics Stargardt Disease Focus Group</w:t>
      </w:r>
      <w:r>
        <w:t>; OnSite; Sterling 1</w:t>
      </w:r>
    </w:p>
    <w:p w14:paraId="7FF30221" w14:textId="3BBB68E3" w:rsidR="00622D79" w:rsidRPr="005A0DF7" w:rsidRDefault="00622D79" w:rsidP="00622D79">
      <w:pPr>
        <w:spacing w:before="240"/>
      </w:pPr>
      <w:r w:rsidRPr="005A0DF7">
        <w:t>4:00 pm - 5:15 pm: Giving Society Reception; OnSite</w:t>
      </w:r>
      <w:r w:rsidR="004D620A" w:rsidRPr="005A0DF7">
        <w:t>; Gateway East</w:t>
      </w:r>
    </w:p>
    <w:p w14:paraId="28A5AB25" w14:textId="7D27334D" w:rsidR="00622D79" w:rsidRPr="005A0DF7" w:rsidRDefault="00622D79" w:rsidP="00622D79">
      <w:pPr>
        <w:spacing w:before="240"/>
      </w:pPr>
      <w:r w:rsidRPr="005A0DF7">
        <w:t xml:space="preserve">4:00 pm - 9:00 pm: </w:t>
      </w:r>
      <w:r w:rsidR="004412E9" w:rsidRPr="005A0DF7">
        <w:t>Pappy’s</w:t>
      </w:r>
      <w:r w:rsidRPr="005A0DF7">
        <w:t xml:space="preserve"> Barbe</w:t>
      </w:r>
      <w:r w:rsidR="00042583" w:rsidRPr="005A0DF7">
        <w:t>c</w:t>
      </w:r>
      <w:r w:rsidRPr="005A0DF7">
        <w:t>ue and Beer Tasting; OnSite</w:t>
      </w:r>
    </w:p>
    <w:p w14:paraId="3F766EE2" w14:textId="77777777" w:rsidR="00702967" w:rsidRPr="007412BE" w:rsidRDefault="00702967" w:rsidP="00622D79">
      <w:pPr>
        <w:spacing w:before="240"/>
      </w:pPr>
      <w:r w:rsidRPr="005A0DF7">
        <w:rPr>
          <w:lang w:val="ca-ES"/>
        </w:rPr>
        <w:t xml:space="preserve">4:30 pm - 6:00 pm: ACB Lions Roaring Good Time Happy Hour; OnSite; </w:t>
      </w:r>
      <w:r w:rsidRPr="007412BE">
        <w:rPr>
          <w:lang w:val="ca-ES"/>
        </w:rPr>
        <w:t>Lobby</w:t>
      </w:r>
      <w:r w:rsidRPr="007412BE">
        <w:t xml:space="preserve"> </w:t>
      </w:r>
    </w:p>
    <w:p w14:paraId="76A3675B" w14:textId="62A06CAF" w:rsidR="00622D79" w:rsidRPr="005A0DF7" w:rsidRDefault="00622D79" w:rsidP="00622D79">
      <w:pPr>
        <w:spacing w:before="240"/>
      </w:pPr>
      <w:r w:rsidRPr="007412BE">
        <w:t>5:00 pm - 6:15 pm: Becoming WELL</w:t>
      </w:r>
      <w:r w:rsidR="004412E9" w:rsidRPr="007412BE">
        <w:t>,</w:t>
      </w:r>
      <w:r w:rsidRPr="007412BE">
        <w:t xml:space="preserve"> </w:t>
      </w:r>
      <w:r w:rsidRPr="005A0DF7">
        <w:t>What We Can Do to Help Build Each Other Up in Life and Community; Hybrid</w:t>
      </w:r>
      <w:r w:rsidR="004D620A" w:rsidRPr="005A0DF7">
        <w:t>; Mills 3</w:t>
      </w:r>
    </w:p>
    <w:p w14:paraId="75C101BF" w14:textId="7F45734B" w:rsidR="00622D79" w:rsidRPr="005A0DF7" w:rsidRDefault="00622D79" w:rsidP="00622D79">
      <w:pPr>
        <w:spacing w:before="240"/>
      </w:pPr>
      <w:r w:rsidRPr="005A0DF7">
        <w:t>5:00 pm - 6:15 pm: Commentary on California Sterilization Case; OnSite</w:t>
      </w:r>
      <w:r w:rsidR="004D620A" w:rsidRPr="005A0DF7">
        <w:t>; Mills 4</w:t>
      </w:r>
    </w:p>
    <w:p w14:paraId="086CE79D" w14:textId="7370C68E" w:rsidR="00622D79" w:rsidRPr="005A0DF7" w:rsidRDefault="00622D79" w:rsidP="00622D79">
      <w:pPr>
        <w:spacing w:before="240"/>
      </w:pPr>
      <w:r w:rsidRPr="005A0DF7">
        <w:t xml:space="preserve">5:00 pm - 6:15 pm: </w:t>
      </w:r>
      <w:r w:rsidR="000E64B2" w:rsidRPr="005A0DF7">
        <w:t>The Seeing</w:t>
      </w:r>
      <w:r w:rsidRPr="005A0DF7">
        <w:t xml:space="preserve"> Eye</w:t>
      </w:r>
      <w:r w:rsidR="004412E9" w:rsidRPr="005A0DF7">
        <w:t>,</w:t>
      </w:r>
      <w:r w:rsidRPr="005A0DF7">
        <w:t xml:space="preserve"> Guiding the Way Forward; OnSite</w:t>
      </w:r>
      <w:r w:rsidR="004D620A" w:rsidRPr="005A0DF7">
        <w:t>; Sterling 3</w:t>
      </w:r>
      <w:r w:rsidRPr="005A0DF7">
        <w:tab/>
      </w:r>
    </w:p>
    <w:p w14:paraId="54FE22D0" w14:textId="5696C903" w:rsidR="00622D79" w:rsidRPr="005A0DF7" w:rsidRDefault="00622D79" w:rsidP="00622D79">
      <w:pPr>
        <w:spacing w:before="240"/>
      </w:pPr>
      <w:r w:rsidRPr="005A0DF7">
        <w:t>5:00 pm - 6:15 pm: Sip and Learn with Gabriel; OnSite</w:t>
      </w:r>
      <w:r w:rsidR="00C3343F" w:rsidRPr="005A0DF7">
        <w:t>; Mills 6</w:t>
      </w:r>
    </w:p>
    <w:p w14:paraId="348A68EB" w14:textId="31699F09" w:rsidR="00622D79" w:rsidRPr="005A0DF7" w:rsidRDefault="00622D79" w:rsidP="00622D79">
      <w:pPr>
        <w:spacing w:before="240"/>
      </w:pPr>
      <w:r w:rsidRPr="005A0DF7">
        <w:t>6:00 pm - 7:00 pm: Exhibitor Reception; OnSite</w:t>
      </w:r>
      <w:r w:rsidR="00C3343F" w:rsidRPr="005A0DF7">
        <w:t>; Gateway West</w:t>
      </w:r>
    </w:p>
    <w:p w14:paraId="1246B64E" w14:textId="77777777" w:rsidR="005A0DF7" w:rsidRPr="005A0DF7" w:rsidRDefault="00622D79" w:rsidP="00622D79">
      <w:pPr>
        <w:spacing w:before="240"/>
        <w:rPr>
          <w:spacing w:val="-4"/>
        </w:rPr>
      </w:pPr>
      <w:r w:rsidRPr="005A0DF7">
        <w:rPr>
          <w:spacing w:val="-4"/>
        </w:rPr>
        <w:t>6:30 pm - 8:30 pm: STEP Meet and Greet; OnSite</w:t>
      </w:r>
      <w:r w:rsidR="00C3343F" w:rsidRPr="005A0DF7">
        <w:rPr>
          <w:spacing w:val="-4"/>
        </w:rPr>
        <w:t>; Mills 3</w:t>
      </w:r>
    </w:p>
    <w:p w14:paraId="24B007DC" w14:textId="3DCC8542" w:rsidR="00622D79" w:rsidRPr="005A0DF7" w:rsidRDefault="00622D79" w:rsidP="00622D79">
      <w:pPr>
        <w:spacing w:before="240"/>
      </w:pPr>
      <w:r w:rsidRPr="005A0DF7">
        <w:t>7:00 pm - 9:00 pm: Community Meet and Greet; OnSite</w:t>
      </w:r>
      <w:r w:rsidR="00C3343F" w:rsidRPr="005A0DF7">
        <w:t>; Gateway East</w:t>
      </w:r>
    </w:p>
    <w:p w14:paraId="102A5A5E" w14:textId="7E8D6ECA" w:rsidR="00622D79" w:rsidRPr="005A0DF7" w:rsidRDefault="00622D79" w:rsidP="00622D79">
      <w:pPr>
        <w:spacing w:before="240"/>
      </w:pPr>
      <w:r w:rsidRPr="005A0DF7">
        <w:t>7:30 pm - 8:30 pm: Laugh with RSVA; OnSite</w:t>
      </w:r>
      <w:r w:rsidR="00C3343F" w:rsidRPr="005A0DF7">
        <w:t>; Parkview</w:t>
      </w:r>
    </w:p>
    <w:p w14:paraId="2F6BAC7C" w14:textId="77777777" w:rsidR="005A0DF7" w:rsidRPr="005A0DF7" w:rsidRDefault="00622D79" w:rsidP="00622D79">
      <w:pPr>
        <w:spacing w:before="240"/>
        <w:rPr>
          <w:spacing w:val="-4"/>
        </w:rPr>
      </w:pPr>
      <w:r w:rsidRPr="005A0DF7">
        <w:rPr>
          <w:spacing w:val="-4"/>
        </w:rPr>
        <w:t>9:00 pm - 10:15 pm: Prose and Poetry; Hybrid</w:t>
      </w:r>
      <w:r w:rsidR="00C3343F" w:rsidRPr="005A0DF7">
        <w:rPr>
          <w:spacing w:val="-4"/>
        </w:rPr>
        <w:t>; Sterling 3</w:t>
      </w:r>
    </w:p>
    <w:p w14:paraId="7CA54225" w14:textId="26BCADFE" w:rsidR="00622D79" w:rsidRPr="005A0DF7" w:rsidRDefault="00622D79" w:rsidP="00622D79">
      <w:pPr>
        <w:spacing w:before="240"/>
      </w:pPr>
      <w:r w:rsidRPr="005A0DF7">
        <w:t>9:00 pm - 12:00 am: Share Your Talent at RSVA Karaoke; OnSite</w:t>
      </w:r>
      <w:r w:rsidR="00C3343F" w:rsidRPr="005A0DF7">
        <w:t>; Parkview</w:t>
      </w:r>
    </w:p>
    <w:p w14:paraId="3A3F5989" w14:textId="77777777" w:rsidR="009A1099" w:rsidRDefault="009A1099" w:rsidP="00A22CB1"/>
    <w:p w14:paraId="4EA9E80B" w14:textId="2B5AA959" w:rsidR="00413659" w:rsidRPr="00413659" w:rsidRDefault="00413659" w:rsidP="00A22CB1">
      <w:pPr>
        <w:rPr>
          <w:b/>
          <w:bCs/>
        </w:rPr>
      </w:pPr>
      <w:r w:rsidRPr="00413659">
        <w:rPr>
          <w:b/>
          <w:bCs/>
        </w:rPr>
        <w:t>Monday, July 27</w:t>
      </w:r>
    </w:p>
    <w:p w14:paraId="6737DD0A" w14:textId="772C7B2E" w:rsidR="00413659" w:rsidRPr="005A0DF7" w:rsidRDefault="00413659" w:rsidP="00413659">
      <w:pPr>
        <w:spacing w:before="240"/>
      </w:pPr>
      <w:r w:rsidRPr="005A0DF7">
        <w:t xml:space="preserve">7:00 am - 8:15 am: </w:t>
      </w:r>
      <w:r w:rsidR="00E5057F" w:rsidRPr="005A0DF7">
        <w:rPr>
          <w:lang w:val="ca-ES"/>
        </w:rPr>
        <w:t>ACB Families Breakfast Feel Better with Energy Medicine</w:t>
      </w:r>
      <w:r w:rsidRPr="005A0DF7">
        <w:t>; Hybrid</w:t>
      </w:r>
      <w:r w:rsidR="00C3343F" w:rsidRPr="005A0DF7">
        <w:t>; Sterling 3</w:t>
      </w:r>
      <w:r w:rsidRPr="005A0DF7">
        <w:t xml:space="preserve"> </w:t>
      </w:r>
    </w:p>
    <w:p w14:paraId="6527A9D0" w14:textId="4F2440BE" w:rsidR="00413659" w:rsidRPr="005A0DF7" w:rsidRDefault="00413659" w:rsidP="00413659">
      <w:pPr>
        <w:spacing w:before="240"/>
      </w:pPr>
      <w:r w:rsidRPr="005A0DF7">
        <w:t xml:space="preserve">7:00 am - 8:15 am: Guide Dog Users </w:t>
      </w:r>
      <w:r w:rsidR="00E5057F" w:rsidRPr="005A0DF7">
        <w:t>Informal</w:t>
      </w:r>
      <w:r w:rsidRPr="005A0DF7">
        <w:t xml:space="preserve"> </w:t>
      </w:r>
      <w:r w:rsidR="00E5057F" w:rsidRPr="005A0DF7">
        <w:t>B</w:t>
      </w:r>
      <w:r w:rsidRPr="005A0DF7">
        <w:t>reakfast at Red Kitchen; OnSite</w:t>
      </w:r>
      <w:r w:rsidR="00E5057F" w:rsidRPr="005A0DF7">
        <w:t>; Lobby</w:t>
      </w:r>
    </w:p>
    <w:p w14:paraId="3DAA80F5" w14:textId="2D433994" w:rsidR="00413659" w:rsidRPr="005A0DF7" w:rsidRDefault="00413659" w:rsidP="00413659">
      <w:pPr>
        <w:spacing w:before="240"/>
      </w:pPr>
      <w:r w:rsidRPr="005A0DF7">
        <w:t>8:00 am - 8:00 pm: Youth Track Kids; OnSite</w:t>
      </w:r>
      <w:r w:rsidR="00C3343F" w:rsidRPr="005A0DF7">
        <w:t>; Mills 4</w:t>
      </w:r>
    </w:p>
    <w:p w14:paraId="5121FC29" w14:textId="397C919F" w:rsidR="00413659" w:rsidRPr="005A0DF7" w:rsidRDefault="00413659" w:rsidP="00413659">
      <w:pPr>
        <w:spacing w:before="240"/>
      </w:pPr>
      <w:r w:rsidRPr="005A0DF7">
        <w:t>8:00 am - 8:00 pm: Youth Track Parents; OnSite</w:t>
      </w:r>
      <w:r w:rsidR="00C3343F" w:rsidRPr="005A0DF7">
        <w:t>; Mills 1</w:t>
      </w:r>
    </w:p>
    <w:p w14:paraId="1FD3A3D6" w14:textId="3CD489F2" w:rsidR="00413659" w:rsidRPr="005A0DF7" w:rsidRDefault="00413659" w:rsidP="00413659">
      <w:pPr>
        <w:spacing w:before="240"/>
      </w:pPr>
      <w:r w:rsidRPr="005A0DF7">
        <w:t>8:00 am - 5:00 pm: Kids Club St</w:t>
      </w:r>
      <w:r w:rsidR="00E5057F" w:rsidRPr="005A0DF7">
        <w:t>.</w:t>
      </w:r>
      <w:r w:rsidRPr="005A0DF7">
        <w:t xml:space="preserve"> Louis Zoo and Science Center; OnSite</w:t>
      </w:r>
      <w:r w:rsidR="00C3343F" w:rsidRPr="005A0DF7">
        <w:t>; Mills 2</w:t>
      </w:r>
    </w:p>
    <w:p w14:paraId="6135796C" w14:textId="56E969DD" w:rsidR="00E5057F" w:rsidRPr="005A0DF7" w:rsidRDefault="00E5057F" w:rsidP="00E5057F">
      <w:pPr>
        <w:spacing w:before="240"/>
      </w:pPr>
      <w:r w:rsidRPr="005A0DF7">
        <w:t xml:space="preserve">8:00 am – 10:30am: New Product Testing with NLS; By Invitation Only; OnSite; Sterling 1 </w:t>
      </w:r>
    </w:p>
    <w:p w14:paraId="154114A6" w14:textId="07D86F1D" w:rsidR="00413659" w:rsidRDefault="00413659" w:rsidP="00413659">
      <w:pPr>
        <w:spacing w:before="240"/>
      </w:pPr>
      <w:r>
        <w:t>8:30 am - 11:45 am: Morning General Session; Hybrid</w:t>
      </w:r>
      <w:r w:rsidR="00C3343F">
        <w:t xml:space="preserve">; </w:t>
      </w:r>
      <w:r w:rsidR="00C3343F" w:rsidRPr="00C3343F">
        <w:t>Regency Ballroom</w:t>
      </w:r>
      <w:r>
        <w:tab/>
      </w:r>
    </w:p>
    <w:p w14:paraId="52286ED0" w14:textId="77777777" w:rsidR="005B47DB" w:rsidRDefault="005B47DB" w:rsidP="005B47DB">
      <w:pPr>
        <w:spacing w:before="240"/>
      </w:pPr>
      <w:r>
        <w:t>8:00 am – 6 pm: Vispero Training Room: Onsite; Sterling 5</w:t>
      </w:r>
    </w:p>
    <w:p w14:paraId="7CC1D7DA" w14:textId="7C5F48C6" w:rsidR="00413659" w:rsidRPr="005A0DF7" w:rsidRDefault="00413659" w:rsidP="00413659">
      <w:pPr>
        <w:spacing w:before="240"/>
      </w:pPr>
      <w:r w:rsidRPr="005A0DF7">
        <w:t>9:00 am - 12:00 pm:</w:t>
      </w:r>
      <w:r w:rsidR="007D6539" w:rsidRPr="005A0DF7">
        <w:t xml:space="preserve"> Get Your Tech Assistance with BITS;</w:t>
      </w:r>
      <w:r w:rsidRPr="005A0DF7">
        <w:t xml:space="preserve"> OnSite</w:t>
      </w:r>
      <w:r w:rsidR="00C3343F" w:rsidRPr="005A0DF7">
        <w:t>; Mills 8</w:t>
      </w:r>
      <w:r w:rsidRPr="005A0DF7">
        <w:t xml:space="preserve"> </w:t>
      </w:r>
    </w:p>
    <w:p w14:paraId="73B1E294" w14:textId="0CCCF36B" w:rsidR="00413659" w:rsidRPr="005A0DF7" w:rsidRDefault="00413659" w:rsidP="00413659">
      <w:pPr>
        <w:spacing w:before="240"/>
      </w:pPr>
      <w:r w:rsidRPr="005A0DF7">
        <w:t>11:00 am - 5:00 pm: Exhibit Hall is Open; OnSite</w:t>
      </w:r>
      <w:r w:rsidR="00786F5A" w:rsidRPr="005A0DF7">
        <w:t>; Grand Ballroom</w:t>
      </w:r>
      <w:r w:rsidRPr="005A0DF7">
        <w:t xml:space="preserve"> </w:t>
      </w:r>
    </w:p>
    <w:p w14:paraId="0A4E323E" w14:textId="448F7F56" w:rsidR="00413659" w:rsidRPr="005A0DF7" w:rsidRDefault="00413659" w:rsidP="00413659">
      <w:pPr>
        <w:spacing w:before="240"/>
      </w:pPr>
      <w:r w:rsidRPr="005A0DF7">
        <w:t>1</w:t>
      </w:r>
      <w:r w:rsidR="00EE5CF9">
        <w:t>0</w:t>
      </w:r>
      <w:r w:rsidRPr="005A0DF7">
        <w:t xml:space="preserve">:00 am - </w:t>
      </w:r>
      <w:r w:rsidR="004108D3">
        <w:t>3</w:t>
      </w:r>
      <w:r w:rsidRPr="005A0DF7">
        <w:t>:00 pm: American Red Cross Blood Drive; OnSite</w:t>
      </w:r>
      <w:r w:rsidR="00786F5A" w:rsidRPr="005A0DF7">
        <w:t>; Gateway West</w:t>
      </w:r>
      <w:r w:rsidRPr="005A0DF7">
        <w:t xml:space="preserve"> </w:t>
      </w:r>
    </w:p>
    <w:p w14:paraId="0A8E0649" w14:textId="77777777" w:rsidR="003F2617" w:rsidRPr="005A0DF7" w:rsidRDefault="00413659" w:rsidP="00413659">
      <w:pPr>
        <w:spacing w:before="240"/>
      </w:pPr>
      <w:r w:rsidRPr="005A0DF7">
        <w:t>12:30 pm - 4:15 pm: World of Chess Hall of Fame; OnSite</w:t>
      </w:r>
    </w:p>
    <w:p w14:paraId="0593CB41" w14:textId="77777777" w:rsidR="003F2617" w:rsidRPr="005A0DF7" w:rsidRDefault="003F2617" w:rsidP="003F2617">
      <w:pPr>
        <w:spacing w:before="240"/>
      </w:pPr>
      <w:r w:rsidRPr="005A0DF7">
        <w:t>12:30 pm - 4:30 pm: Jefferson Barracks Telephone Museum; OnSite</w:t>
      </w:r>
    </w:p>
    <w:p w14:paraId="56B4122B" w14:textId="4A468AD4" w:rsidR="00413659" w:rsidRPr="005A0DF7" w:rsidRDefault="00413659" w:rsidP="00413659">
      <w:pPr>
        <w:spacing w:before="240"/>
      </w:pPr>
      <w:r w:rsidRPr="005A0DF7">
        <w:t>1:00 pm - 2:15 pm: What is Late and Great in Managing Type I and Type II Diabetes; Hybrid</w:t>
      </w:r>
      <w:r w:rsidR="00786F5A" w:rsidRPr="005A0DF7">
        <w:t>; Sterling 3</w:t>
      </w:r>
      <w:r w:rsidRPr="005A0DF7">
        <w:tab/>
      </w:r>
    </w:p>
    <w:p w14:paraId="5529F288" w14:textId="105B5A46" w:rsidR="00413659" w:rsidRPr="005A0DF7" w:rsidRDefault="00413659" w:rsidP="00413659">
      <w:pPr>
        <w:spacing w:before="240"/>
      </w:pPr>
      <w:r w:rsidRPr="005A0DF7">
        <w:t>1:00 pm - 2:15 pm: LVA Presents How Do You Do That</w:t>
      </w:r>
      <w:r w:rsidR="004412E9" w:rsidRPr="005A0DF7">
        <w:t>,</w:t>
      </w:r>
      <w:r w:rsidRPr="005A0DF7">
        <w:t xml:space="preserve"> Hobbies with Low Vision; Hybrid</w:t>
      </w:r>
      <w:r w:rsidR="00786F5A" w:rsidRPr="005A0DF7">
        <w:t>; Mills 3</w:t>
      </w:r>
    </w:p>
    <w:p w14:paraId="454A2F5C" w14:textId="58BABE8D" w:rsidR="00413659" w:rsidRPr="005A0DF7" w:rsidRDefault="00413659" w:rsidP="00413659">
      <w:pPr>
        <w:spacing w:before="240"/>
      </w:pPr>
      <w:r w:rsidRPr="005A0DF7">
        <w:t>1:00 pm - 2:15 pm: Cybersecurity Safety and Risk Awareness for Attorneys</w:t>
      </w:r>
      <w:r w:rsidR="009061FB" w:rsidRPr="005A0DF7">
        <w:t>,</w:t>
      </w:r>
      <w:r w:rsidRPr="005A0DF7">
        <w:t xml:space="preserve"> After AI Implementation; OnSite</w:t>
      </w:r>
      <w:r w:rsidR="00786F5A" w:rsidRPr="005A0DF7">
        <w:t>; Sterling 6</w:t>
      </w:r>
      <w:r w:rsidRPr="005A0DF7">
        <w:t xml:space="preserve"> </w:t>
      </w:r>
    </w:p>
    <w:p w14:paraId="4A07C219" w14:textId="3DA9E86F" w:rsidR="00413659" w:rsidRPr="005A0DF7" w:rsidRDefault="00413659" w:rsidP="00413659">
      <w:pPr>
        <w:spacing w:before="240"/>
      </w:pPr>
      <w:r w:rsidRPr="005A0DF7">
        <w:t>1:00 pm - 2:30 pm: From Blank Page to Polished Professional</w:t>
      </w:r>
      <w:r w:rsidR="004412E9" w:rsidRPr="005A0DF7">
        <w:t>,</w:t>
      </w:r>
      <w:r w:rsidRPr="005A0DF7">
        <w:t xml:space="preserve"> Mastering Microsoft Word via Keyboard; OnSite</w:t>
      </w:r>
      <w:r w:rsidR="00786F5A" w:rsidRPr="005A0DF7">
        <w:t>; Mills 8</w:t>
      </w:r>
      <w:r w:rsidRPr="005A0DF7">
        <w:t xml:space="preserve"> </w:t>
      </w:r>
    </w:p>
    <w:p w14:paraId="26AE2594" w14:textId="16760432" w:rsidR="00413659" w:rsidRPr="005A0DF7" w:rsidRDefault="00413659" w:rsidP="00413659">
      <w:pPr>
        <w:spacing w:before="240"/>
      </w:pPr>
      <w:r w:rsidRPr="005A0DF7">
        <w:t>1:00 pm - 2:30 pm: From Blank Page to Polished Professional</w:t>
      </w:r>
      <w:r w:rsidR="004412E9" w:rsidRPr="005A0DF7">
        <w:t>,</w:t>
      </w:r>
      <w:r w:rsidRPr="005A0DF7">
        <w:t xml:space="preserve"> Mastering Google Docs via Keyboard; OnSite</w:t>
      </w:r>
      <w:r w:rsidR="00786F5A" w:rsidRPr="005A0DF7">
        <w:t>; Mills 9</w:t>
      </w:r>
      <w:r w:rsidRPr="005A0DF7">
        <w:t xml:space="preserve"> </w:t>
      </w:r>
    </w:p>
    <w:p w14:paraId="01E47935" w14:textId="3FB310F1" w:rsidR="00413659" w:rsidRPr="005A0DF7" w:rsidRDefault="00413659" w:rsidP="00413659">
      <w:pPr>
        <w:spacing w:before="240"/>
        <w:rPr>
          <w:spacing w:val="-4"/>
        </w:rPr>
      </w:pPr>
      <w:r w:rsidRPr="005A0DF7">
        <w:rPr>
          <w:spacing w:val="-4"/>
        </w:rPr>
        <w:t>2:00 pm - 5:00 pm: Community Hospitality; OnSite</w:t>
      </w:r>
      <w:r w:rsidR="00786F5A" w:rsidRPr="005A0DF7">
        <w:rPr>
          <w:spacing w:val="-4"/>
        </w:rPr>
        <w:t>; Mills 6</w:t>
      </w:r>
    </w:p>
    <w:p w14:paraId="350AA2F2" w14:textId="01200060" w:rsidR="00413659" w:rsidRPr="005A0DF7" w:rsidRDefault="00413659" w:rsidP="00413659">
      <w:pPr>
        <w:spacing w:before="240"/>
      </w:pPr>
      <w:r w:rsidRPr="005A0DF7">
        <w:t>3:00 pm - 4:30 pm: The Cloud First Professional</w:t>
      </w:r>
      <w:r w:rsidR="00A00487" w:rsidRPr="005A0DF7">
        <w:t>,</w:t>
      </w:r>
      <w:r w:rsidRPr="005A0DF7">
        <w:t xml:space="preserve"> Mastering OneDrive Accessibility and File Management; OnSite</w:t>
      </w:r>
      <w:r w:rsidR="00786F5A" w:rsidRPr="005A0DF7">
        <w:t>; Mills 8</w:t>
      </w:r>
      <w:r w:rsidRPr="005A0DF7">
        <w:t xml:space="preserve"> </w:t>
      </w:r>
    </w:p>
    <w:p w14:paraId="7419FCB3" w14:textId="12CF5F2E" w:rsidR="00413659" w:rsidRPr="005A0DF7" w:rsidRDefault="00413659" w:rsidP="00413659">
      <w:pPr>
        <w:spacing w:before="240"/>
      </w:pPr>
      <w:r w:rsidRPr="005A0DF7">
        <w:t>3:00 pm - 4:30 pm: The Cloud First Professional</w:t>
      </w:r>
      <w:r w:rsidR="00A00487" w:rsidRPr="005A0DF7">
        <w:t>,</w:t>
      </w:r>
      <w:r w:rsidRPr="005A0DF7">
        <w:t xml:space="preserve"> Mastering Google Drive Accessibility and File Management; OnSite</w:t>
      </w:r>
      <w:r w:rsidR="00786F5A" w:rsidRPr="005A0DF7">
        <w:t>; Mills 9</w:t>
      </w:r>
      <w:r w:rsidRPr="005A0DF7">
        <w:t xml:space="preserve"> </w:t>
      </w:r>
    </w:p>
    <w:p w14:paraId="24004741" w14:textId="251CEF00" w:rsidR="00413659" w:rsidRPr="004D61B2" w:rsidRDefault="00413659" w:rsidP="00413659">
      <w:pPr>
        <w:spacing w:before="240"/>
      </w:pPr>
      <w:r w:rsidRPr="005A0DF7">
        <w:t xml:space="preserve">3:00 pm - 4:15 pm: Audio Description </w:t>
      </w:r>
      <w:r w:rsidR="00981D84" w:rsidRPr="005A0DF7">
        <w:t>&amp;</w:t>
      </w:r>
      <w:r w:rsidRPr="005A0DF7">
        <w:t xml:space="preserve"> Gaming Accessibility</w:t>
      </w:r>
      <w:r w:rsidR="00A00487" w:rsidRPr="005A0DF7">
        <w:t>,</w:t>
      </w:r>
      <w:r w:rsidRPr="005A0DF7">
        <w:t xml:space="preserve"> Featuring Mic</w:t>
      </w:r>
      <w:r w:rsidRPr="004D61B2">
        <w:t>rosoft and Xbox; Hybrid</w:t>
      </w:r>
      <w:r w:rsidR="00786F5A">
        <w:t xml:space="preserve">; </w:t>
      </w:r>
      <w:r w:rsidR="00786F5A" w:rsidRPr="00786F5A">
        <w:t>Sterling 3</w:t>
      </w:r>
      <w:r w:rsidRPr="004D61B2">
        <w:t xml:space="preserve"> </w:t>
      </w:r>
    </w:p>
    <w:p w14:paraId="39BA5591" w14:textId="620986A0" w:rsidR="00413659" w:rsidRPr="005A0DF7" w:rsidRDefault="00413659" w:rsidP="00413659">
      <w:pPr>
        <w:spacing w:before="240"/>
      </w:pPr>
      <w:r w:rsidRPr="005A0DF7">
        <w:t>3:00 pm - 4:15 pm: Small Beginnings and the History of Growth in St</w:t>
      </w:r>
      <w:r w:rsidR="00981D84" w:rsidRPr="005A0DF7">
        <w:t>.</w:t>
      </w:r>
      <w:r w:rsidRPr="005A0DF7">
        <w:t xml:space="preserve"> Louis; Hybrid</w:t>
      </w:r>
      <w:r w:rsidR="00786F5A" w:rsidRPr="005A0DF7">
        <w:t>; Mills 3</w:t>
      </w:r>
      <w:r w:rsidRPr="005A0DF7">
        <w:t xml:space="preserve"> </w:t>
      </w:r>
    </w:p>
    <w:p w14:paraId="3C71640F" w14:textId="23BAF7A0" w:rsidR="00413659" w:rsidRPr="005A0DF7" w:rsidRDefault="00413659" w:rsidP="00413659">
      <w:pPr>
        <w:spacing w:before="240"/>
        <w:rPr>
          <w:spacing w:val="-6"/>
        </w:rPr>
      </w:pPr>
      <w:r w:rsidRPr="005A0DF7">
        <w:t xml:space="preserve">3:00 pm - 4:15 pm: Prosecuting State Administrative </w:t>
      </w:r>
      <w:r w:rsidRPr="005A0DF7">
        <w:rPr>
          <w:spacing w:val="-6"/>
        </w:rPr>
        <w:t>Law Cases Remotely Using JAWS; OnSite</w:t>
      </w:r>
      <w:r w:rsidR="00786F5A" w:rsidRPr="005A0DF7">
        <w:rPr>
          <w:spacing w:val="-6"/>
        </w:rPr>
        <w:t>; Sterling 6</w:t>
      </w:r>
    </w:p>
    <w:p w14:paraId="651858C2" w14:textId="01476E68" w:rsidR="00413659" w:rsidRPr="005A0DF7" w:rsidRDefault="00413659" w:rsidP="00413659">
      <w:pPr>
        <w:spacing w:before="240"/>
      </w:pPr>
      <w:r w:rsidRPr="005A0DF7">
        <w:t>3:00 pm - 4:15 pm: Interviewing Skills Workshop; OnSite</w:t>
      </w:r>
      <w:r w:rsidR="00786F5A" w:rsidRPr="005A0DF7">
        <w:t>; Mills 5</w:t>
      </w:r>
      <w:r w:rsidRPr="005A0DF7">
        <w:t xml:space="preserve"> </w:t>
      </w:r>
    </w:p>
    <w:p w14:paraId="7211E4FD" w14:textId="71CE737F" w:rsidR="00413659" w:rsidRPr="00FC6634" w:rsidRDefault="00413659" w:rsidP="00413659">
      <w:pPr>
        <w:spacing w:before="240"/>
      </w:pPr>
      <w:r w:rsidRPr="00FC6634">
        <w:t>5:00 pm - 6:15 pm: Health</w:t>
      </w:r>
      <w:r w:rsidR="00A00487" w:rsidRPr="00FC6634">
        <w:t>,</w:t>
      </w:r>
      <w:r w:rsidRPr="00FC6634">
        <w:t xml:space="preserve"> Knowledge</w:t>
      </w:r>
      <w:r w:rsidR="00A00487" w:rsidRPr="00FC6634">
        <w:t>,</w:t>
      </w:r>
      <w:r w:rsidRPr="00FC6634">
        <w:t xml:space="preserve"> Accessibility and Empowerment</w:t>
      </w:r>
      <w:r w:rsidR="00A00487" w:rsidRPr="00FC6634">
        <w:t>,</w:t>
      </w:r>
      <w:r w:rsidRPr="00FC6634">
        <w:t xml:space="preserve"> Navigating HIV Awareness with Confidence; Hybrid</w:t>
      </w:r>
      <w:r w:rsidR="00072292" w:rsidRPr="00FC6634">
        <w:t>; Sterling 3</w:t>
      </w:r>
    </w:p>
    <w:p w14:paraId="338AA7EF" w14:textId="1C1C5E4F" w:rsidR="00413659" w:rsidRPr="00FC6634" w:rsidRDefault="00413659" w:rsidP="00413659">
      <w:pPr>
        <w:spacing w:before="240"/>
      </w:pPr>
      <w:r w:rsidRPr="00FC6634">
        <w:t>5:00 pm - 6:15 pm: GDUI Best in Breed; Hybrid</w:t>
      </w:r>
      <w:r w:rsidR="00072292" w:rsidRPr="00FC6634">
        <w:t>; Mills 3</w:t>
      </w:r>
      <w:r w:rsidRPr="00FC6634">
        <w:t xml:space="preserve"> </w:t>
      </w:r>
    </w:p>
    <w:p w14:paraId="3C9715EE" w14:textId="1833E24F" w:rsidR="005A0DF7" w:rsidRPr="00FC6634" w:rsidRDefault="00413659" w:rsidP="00413659">
      <w:pPr>
        <w:spacing w:before="240"/>
      </w:pPr>
      <w:r w:rsidRPr="00FC6634">
        <w:t xml:space="preserve">5:00 pm - 6:15 pm: Navigating AI Volunteers &amp; Visual </w:t>
      </w:r>
      <w:r w:rsidRPr="00FC6634">
        <w:rPr>
          <w:spacing w:val="-6"/>
        </w:rPr>
        <w:t>Interpreting in a Changing Landscape; OnSite</w:t>
      </w:r>
      <w:r w:rsidR="000B1F2D" w:rsidRPr="00FC6634">
        <w:rPr>
          <w:spacing w:val="-6"/>
        </w:rPr>
        <w:t>; Mills 5</w:t>
      </w:r>
    </w:p>
    <w:p w14:paraId="235AAAE1" w14:textId="2D0F3CAA" w:rsidR="00413659" w:rsidRPr="00FC6634" w:rsidRDefault="00413659" w:rsidP="00413659">
      <w:pPr>
        <w:spacing w:before="240"/>
      </w:pPr>
      <w:r w:rsidRPr="00FC6634">
        <w:t>5:00 pm - 6:15 pm: What is New with HumanWare Technology; OnSite</w:t>
      </w:r>
      <w:r w:rsidR="000B1F2D" w:rsidRPr="00FC6634">
        <w:t>; Sterling 6</w:t>
      </w:r>
      <w:r w:rsidRPr="00FC6634">
        <w:t xml:space="preserve"> </w:t>
      </w:r>
    </w:p>
    <w:p w14:paraId="685A4809" w14:textId="0B8ECA22" w:rsidR="00413659" w:rsidRPr="00FC6634" w:rsidRDefault="00413659" w:rsidP="00413659">
      <w:pPr>
        <w:spacing w:before="240"/>
      </w:pPr>
      <w:r w:rsidRPr="00FC6634">
        <w:t xml:space="preserve">5:00 pm - 7:00 pm: </w:t>
      </w:r>
      <w:r w:rsidR="00702967" w:rsidRPr="00FC6634">
        <w:t>March to the Arch - ACB Brenda Dillon Memorial Walk</w:t>
      </w:r>
      <w:r w:rsidRPr="00FC6634">
        <w:t>; OnSite</w:t>
      </w:r>
      <w:r w:rsidR="00C60A06" w:rsidRPr="00FC6634">
        <w:t>; Lobby</w:t>
      </w:r>
    </w:p>
    <w:p w14:paraId="6A8A7A5A" w14:textId="77777777" w:rsidR="00413659" w:rsidRPr="00FC6634" w:rsidRDefault="00413659" w:rsidP="00413659">
      <w:pPr>
        <w:spacing w:before="240"/>
      </w:pPr>
      <w:r w:rsidRPr="00FC6634">
        <w:t>5:00 pm - 11:15 pm: The Muni Theatre; OnSite</w:t>
      </w:r>
      <w:r w:rsidRPr="00FC6634">
        <w:tab/>
      </w:r>
    </w:p>
    <w:p w14:paraId="5D84BCEA" w14:textId="2C6B80BF" w:rsidR="00413659" w:rsidRPr="00FC6634" w:rsidRDefault="00413659" w:rsidP="00413659">
      <w:pPr>
        <w:spacing w:before="240"/>
      </w:pPr>
      <w:r w:rsidRPr="00FC6634">
        <w:t>6:00 pm - 8:00 pm: Opening the Door to BITS Whisperer</w:t>
      </w:r>
      <w:r w:rsidR="00A00487" w:rsidRPr="00FC6634">
        <w:t>,</w:t>
      </w:r>
      <w:r w:rsidRPr="00FC6634">
        <w:t xml:space="preserve"> Join Us for the App Launch; OnSite</w:t>
      </w:r>
      <w:r w:rsidR="000B1F2D" w:rsidRPr="00FC6634">
        <w:t>; Mills 9</w:t>
      </w:r>
      <w:r w:rsidRPr="00FC6634">
        <w:t xml:space="preserve"> </w:t>
      </w:r>
    </w:p>
    <w:p w14:paraId="6C12A670" w14:textId="77777777" w:rsidR="00E5057F" w:rsidRPr="00FC6634" w:rsidRDefault="00E5057F" w:rsidP="00413659">
      <w:pPr>
        <w:spacing w:before="240"/>
      </w:pPr>
      <w:r w:rsidRPr="00FC6634">
        <w:t>6:30 pm - 8:30 pm: New product testing with NLS; OnSite; Sterling 1</w:t>
      </w:r>
    </w:p>
    <w:p w14:paraId="48503E44" w14:textId="0AC5590E" w:rsidR="00413659" w:rsidRPr="00FC6634" w:rsidRDefault="00413659" w:rsidP="00413659">
      <w:pPr>
        <w:spacing w:before="240"/>
      </w:pPr>
      <w:r w:rsidRPr="00FC6634">
        <w:t xml:space="preserve">7:00 pm - </w:t>
      </w:r>
      <w:r w:rsidR="00C60A06" w:rsidRPr="00FC6634">
        <w:t>8</w:t>
      </w:r>
      <w:r w:rsidRPr="00FC6634">
        <w:t>:00 pm: Gospel Sing; OnSite</w:t>
      </w:r>
      <w:r w:rsidR="000B1F2D" w:rsidRPr="00FC6634">
        <w:t>; Gateway West</w:t>
      </w:r>
      <w:r w:rsidRPr="00FC6634">
        <w:t xml:space="preserve"> </w:t>
      </w:r>
    </w:p>
    <w:p w14:paraId="497187B3" w14:textId="5924F9F3" w:rsidR="00413659" w:rsidRPr="00FC6634" w:rsidRDefault="00413659" w:rsidP="00413659">
      <w:pPr>
        <w:spacing w:before="240"/>
      </w:pPr>
      <w:r w:rsidRPr="00FC6634">
        <w:t>7:00 pm - 12:00 am: LVA Big Bash; OnSite</w:t>
      </w:r>
      <w:r w:rsidR="000B1F2D" w:rsidRPr="00FC6634">
        <w:t>; Parkview</w:t>
      </w:r>
      <w:r w:rsidRPr="00FC6634">
        <w:t xml:space="preserve"> </w:t>
      </w:r>
    </w:p>
    <w:p w14:paraId="01C226A1" w14:textId="1CDE0908" w:rsidR="00413659" w:rsidRDefault="00413659" w:rsidP="00413659">
      <w:pPr>
        <w:spacing w:before="240"/>
      </w:pPr>
      <w:r w:rsidRPr="00FC6634">
        <w:t xml:space="preserve">7:30 pm - 9:00 pm: Scholarship </w:t>
      </w:r>
      <w:r w:rsidR="007D6539" w:rsidRPr="00FC6634">
        <w:t xml:space="preserve">Recipients </w:t>
      </w:r>
      <w:r w:rsidRPr="00FC6634">
        <w:t>Reception; OnSite</w:t>
      </w:r>
      <w:r w:rsidR="000B1F2D" w:rsidRPr="00FC6634">
        <w:t xml:space="preserve">; Gateway </w:t>
      </w:r>
      <w:r w:rsidR="000B1F2D" w:rsidRPr="000B1F2D">
        <w:t>East</w:t>
      </w:r>
    </w:p>
    <w:p w14:paraId="1A1E05DF" w14:textId="77777777" w:rsidR="00413659" w:rsidRDefault="00413659" w:rsidP="00A22CB1"/>
    <w:p w14:paraId="2EA5C5D3" w14:textId="363A7437" w:rsidR="00413659" w:rsidRPr="00413659" w:rsidRDefault="00413659" w:rsidP="00A22CB1">
      <w:pPr>
        <w:rPr>
          <w:b/>
          <w:bCs/>
        </w:rPr>
      </w:pPr>
      <w:r w:rsidRPr="00413659">
        <w:rPr>
          <w:b/>
          <w:bCs/>
        </w:rPr>
        <w:t>Tuesday, July 28</w:t>
      </w:r>
    </w:p>
    <w:p w14:paraId="28A2FBC8" w14:textId="6B21068C" w:rsidR="00413659" w:rsidRPr="00FC6634" w:rsidRDefault="00413659" w:rsidP="00413659">
      <w:pPr>
        <w:spacing w:before="240"/>
      </w:pPr>
      <w:r w:rsidRPr="00FC6634">
        <w:t>7:00 am - 8:15 am: AFB Breakfast; OnSite</w:t>
      </w:r>
      <w:r w:rsidR="000B1F2D" w:rsidRPr="00FC6634">
        <w:t>; Parkview</w:t>
      </w:r>
      <w:r w:rsidRPr="00FC6634">
        <w:t xml:space="preserve"> </w:t>
      </w:r>
    </w:p>
    <w:p w14:paraId="0FA1F01D" w14:textId="413E21C4" w:rsidR="00413659" w:rsidRPr="00FC6634" w:rsidRDefault="00413659" w:rsidP="00413659">
      <w:pPr>
        <w:spacing w:before="240"/>
      </w:pPr>
      <w:r w:rsidRPr="00FC6634">
        <w:t>8:00 am - 5:00 pm: Kids Club City Museum; OnSite</w:t>
      </w:r>
      <w:r w:rsidR="000B1F2D" w:rsidRPr="00FC6634">
        <w:t>; Mills 2</w:t>
      </w:r>
      <w:r w:rsidRPr="00FC6634">
        <w:t xml:space="preserve"> </w:t>
      </w:r>
    </w:p>
    <w:p w14:paraId="528554D0" w14:textId="6BF2B4F1" w:rsidR="00413659" w:rsidRPr="00FC6634" w:rsidRDefault="00413659" w:rsidP="00413659">
      <w:pPr>
        <w:spacing w:before="240"/>
      </w:pPr>
      <w:r w:rsidRPr="00FC6634">
        <w:t>8:00 am - 8:00 pm: Youth Track Kids; OnSite</w:t>
      </w:r>
      <w:r w:rsidR="000B1F2D" w:rsidRPr="00FC6634">
        <w:t>; Mills 4</w:t>
      </w:r>
      <w:r w:rsidRPr="00FC6634">
        <w:t xml:space="preserve"> </w:t>
      </w:r>
      <w:r w:rsidRPr="00FC6634">
        <w:tab/>
      </w:r>
    </w:p>
    <w:p w14:paraId="601385F4" w14:textId="0E4A84AF" w:rsidR="00413659" w:rsidRPr="00FC6634" w:rsidRDefault="00413659" w:rsidP="00413659">
      <w:pPr>
        <w:spacing w:before="240"/>
      </w:pPr>
      <w:r w:rsidRPr="00FC6634">
        <w:t>8:00 am - 8:00 pm: Youth Track Parents; OnSite</w:t>
      </w:r>
      <w:r w:rsidR="000B1F2D" w:rsidRPr="00FC6634">
        <w:t>; Mills 1</w:t>
      </w:r>
    </w:p>
    <w:p w14:paraId="6806CC09" w14:textId="0BFD116D" w:rsidR="00413659" w:rsidRPr="00FC6634" w:rsidRDefault="00413659" w:rsidP="00413659">
      <w:pPr>
        <w:spacing w:before="240"/>
      </w:pPr>
      <w:r w:rsidRPr="00FC6634">
        <w:t>8:30 am - 11:45 am: Morning General Session; Hybrid</w:t>
      </w:r>
      <w:r w:rsidR="000B1F2D" w:rsidRPr="00FC6634">
        <w:t>; Regency Ballroom</w:t>
      </w:r>
      <w:r w:rsidRPr="00FC6634">
        <w:t xml:space="preserve"> </w:t>
      </w:r>
    </w:p>
    <w:p w14:paraId="67CE72C6" w14:textId="4469721F" w:rsidR="00413659" w:rsidRPr="00FC6634" w:rsidRDefault="00413659" w:rsidP="00413659">
      <w:pPr>
        <w:spacing w:before="240"/>
      </w:pPr>
      <w:r w:rsidRPr="00FC6634">
        <w:t>9:00 am - 12:00 pm: Get Your Tech Assistance with BITS; OnSite</w:t>
      </w:r>
      <w:r w:rsidR="000B1F2D" w:rsidRPr="00FC6634">
        <w:t>; Mills 8</w:t>
      </w:r>
    </w:p>
    <w:p w14:paraId="440939D0" w14:textId="3113E1D7" w:rsidR="00413659" w:rsidRDefault="00413659" w:rsidP="00413659">
      <w:pPr>
        <w:spacing w:before="240"/>
      </w:pPr>
      <w:r w:rsidRPr="00FC6634">
        <w:t xml:space="preserve">10:00 am - 12:00 pm: </w:t>
      </w:r>
      <w:r w:rsidR="007D6539" w:rsidRPr="00FC6634">
        <w:t>The Tech Juggernaut - TTJ Mobile Helpdesk</w:t>
      </w:r>
      <w:r w:rsidRPr="00FC6634">
        <w:t>; OnSite</w:t>
      </w:r>
      <w:r w:rsidR="000B1F2D">
        <w:t xml:space="preserve">; </w:t>
      </w:r>
      <w:r w:rsidR="000B1F2D" w:rsidRPr="000B1F2D">
        <w:t>Mills 5</w:t>
      </w:r>
      <w:r>
        <w:t xml:space="preserve"> </w:t>
      </w:r>
    </w:p>
    <w:p w14:paraId="30FBC7BD" w14:textId="5707BC3C" w:rsidR="00413659" w:rsidRDefault="00413659" w:rsidP="00413659">
      <w:pPr>
        <w:spacing w:before="240"/>
      </w:pPr>
      <w:r>
        <w:t>11:00 am - 5:00 pm: Exhibit Hall is Open; OnSite</w:t>
      </w:r>
      <w:r w:rsidR="000B1F2D">
        <w:t xml:space="preserve">; </w:t>
      </w:r>
      <w:r w:rsidR="000B1F2D" w:rsidRPr="000B1F2D">
        <w:t>Grand Ballroom</w:t>
      </w:r>
      <w:r>
        <w:t xml:space="preserve"> </w:t>
      </w:r>
    </w:p>
    <w:p w14:paraId="462A7C12" w14:textId="77777777" w:rsidR="00413659" w:rsidRPr="00FC6634" w:rsidRDefault="00413659" w:rsidP="00413659">
      <w:pPr>
        <w:spacing w:before="240"/>
      </w:pPr>
      <w:r w:rsidRPr="00FC6634">
        <w:t>12:00 pm - 4:30 pm: Missouri School for the Blind; OnSite</w:t>
      </w:r>
    </w:p>
    <w:p w14:paraId="66E69348" w14:textId="1BCB1C80" w:rsidR="00413659" w:rsidRPr="00FC6634" w:rsidRDefault="00413659" w:rsidP="00413659">
      <w:pPr>
        <w:spacing w:before="240"/>
      </w:pPr>
      <w:r w:rsidRPr="00FC6634">
        <w:t xml:space="preserve">12:15 pm - </w:t>
      </w:r>
      <w:r w:rsidR="003F2617" w:rsidRPr="00FC6634">
        <w:t>4</w:t>
      </w:r>
      <w:r w:rsidRPr="00FC6634">
        <w:t>:30 pm: St. Louis Arch</w:t>
      </w:r>
      <w:r w:rsidR="001D4618" w:rsidRPr="00FC6634">
        <w:t>,</w:t>
      </w:r>
      <w:r w:rsidRPr="00FC6634">
        <w:t xml:space="preserve"> Its History; OnSite</w:t>
      </w:r>
    </w:p>
    <w:p w14:paraId="36AD1BB5" w14:textId="0AF800CC" w:rsidR="00413659" w:rsidRPr="00FC6634" w:rsidRDefault="00413659" w:rsidP="00413659">
      <w:pPr>
        <w:spacing w:before="240"/>
      </w:pPr>
      <w:r w:rsidRPr="00FC6634">
        <w:t xml:space="preserve">1:00 pm - 2:15 pm: Turning Diabetes Stigma </w:t>
      </w:r>
      <w:r w:rsidR="001D4618" w:rsidRPr="00FC6634">
        <w:t>i</w:t>
      </w:r>
      <w:r w:rsidRPr="00FC6634">
        <w:t>nto Strength</w:t>
      </w:r>
      <w:r w:rsidR="00512967" w:rsidRPr="00FC6634">
        <w:t>;</w:t>
      </w:r>
      <w:r w:rsidRPr="00FC6634">
        <w:t xml:space="preserve"> Hybrid</w:t>
      </w:r>
      <w:r w:rsidR="000B1F2D" w:rsidRPr="00FC6634">
        <w:t>; Sterling 3</w:t>
      </w:r>
      <w:r w:rsidRPr="00FC6634">
        <w:tab/>
      </w:r>
    </w:p>
    <w:p w14:paraId="2A0CAD78" w14:textId="14788C86" w:rsidR="00413659" w:rsidRPr="00FC6634" w:rsidRDefault="00413659" w:rsidP="00413659">
      <w:pPr>
        <w:spacing w:before="240"/>
      </w:pPr>
      <w:r w:rsidRPr="00FC6634">
        <w:t>1:00 pm - 2:15 pm: Joining Senior Organizations</w:t>
      </w:r>
      <w:r w:rsidR="00A00487" w:rsidRPr="00FC6634">
        <w:t>,</w:t>
      </w:r>
      <w:r w:rsidRPr="00FC6634">
        <w:t xml:space="preserve"> Benefits and Pitfalls; Hybrid</w:t>
      </w:r>
      <w:r w:rsidR="000B1F2D" w:rsidRPr="00FC6634">
        <w:t>; Mills 3</w:t>
      </w:r>
      <w:r w:rsidRPr="00FC6634">
        <w:t xml:space="preserve"> </w:t>
      </w:r>
    </w:p>
    <w:p w14:paraId="4367AFB5" w14:textId="5AFA3789" w:rsidR="00413659" w:rsidRPr="00FC6634" w:rsidRDefault="00413659" w:rsidP="00413659">
      <w:pPr>
        <w:spacing w:before="240"/>
      </w:pPr>
      <w:r w:rsidRPr="00FC6634">
        <w:t>1:00 pm - 2:15 pm: An Afternoon with AAVIA Law Students and New ACB Attorney; OnSite</w:t>
      </w:r>
      <w:r w:rsidR="000B1F2D" w:rsidRPr="00FC6634">
        <w:t>; Sterling 6</w:t>
      </w:r>
    </w:p>
    <w:p w14:paraId="7BCC87CB" w14:textId="12325732" w:rsidR="00413659" w:rsidRDefault="00413659" w:rsidP="00413659">
      <w:pPr>
        <w:spacing w:before="240"/>
      </w:pPr>
      <w:r w:rsidRPr="00FC6634">
        <w:t xml:space="preserve">1:00 pm - 2:30 pm: Dynamic </w:t>
      </w:r>
      <w:r>
        <w:t>Data Collection Building and Managing Accessible Microsoft Forms; OnSite</w:t>
      </w:r>
      <w:r w:rsidR="000B1F2D">
        <w:t>; Mills 8</w:t>
      </w:r>
      <w:r>
        <w:t xml:space="preserve"> </w:t>
      </w:r>
    </w:p>
    <w:p w14:paraId="70827D2A" w14:textId="43D907BD" w:rsidR="00413659" w:rsidRPr="00FC6634" w:rsidRDefault="00413659" w:rsidP="00413659">
      <w:pPr>
        <w:spacing w:before="240"/>
      </w:pPr>
      <w:r w:rsidRPr="00FC6634">
        <w:t>1:00 pm - 2:30 pm: Dynamic Data Collection Building and Managing Accessible Google Forms; OnSite</w:t>
      </w:r>
      <w:r w:rsidR="000B1F2D" w:rsidRPr="00FC6634">
        <w:t>; Mills 9</w:t>
      </w:r>
      <w:r w:rsidRPr="00FC6634">
        <w:t xml:space="preserve"> </w:t>
      </w:r>
    </w:p>
    <w:p w14:paraId="5908AF5D" w14:textId="0CD6DA70" w:rsidR="00413659" w:rsidRPr="00FC6634" w:rsidRDefault="00413659" w:rsidP="00413659">
      <w:pPr>
        <w:spacing w:before="240"/>
      </w:pPr>
      <w:r w:rsidRPr="00FC6634">
        <w:t xml:space="preserve">2:00 pm - 3:00 pm: </w:t>
      </w:r>
      <w:r w:rsidR="00512967" w:rsidRPr="00FC6634">
        <w:t>The Tech Juggernaut - TTJ Mobile Helpdesk</w:t>
      </w:r>
      <w:r w:rsidRPr="00FC6634">
        <w:t>; OnSite</w:t>
      </w:r>
      <w:r w:rsidR="000B1F2D" w:rsidRPr="00FC6634">
        <w:t>; Mills 5</w:t>
      </w:r>
      <w:r w:rsidRPr="00FC6634">
        <w:t xml:space="preserve"> </w:t>
      </w:r>
    </w:p>
    <w:p w14:paraId="3D3C6D69" w14:textId="197DA60D" w:rsidR="00413659" w:rsidRPr="00FC6634" w:rsidRDefault="00413659" w:rsidP="00413659">
      <w:pPr>
        <w:spacing w:before="240"/>
        <w:rPr>
          <w:spacing w:val="-4"/>
        </w:rPr>
      </w:pPr>
      <w:r w:rsidRPr="00FC6634">
        <w:rPr>
          <w:spacing w:val="-4"/>
        </w:rPr>
        <w:t>2:00 pm - 5:00 pm: Community Hospitality; OnSite</w:t>
      </w:r>
      <w:r w:rsidR="000B1F2D" w:rsidRPr="00FC6634">
        <w:rPr>
          <w:spacing w:val="-4"/>
        </w:rPr>
        <w:t>; Mills 6</w:t>
      </w:r>
    </w:p>
    <w:p w14:paraId="523E1AD4" w14:textId="46761361" w:rsidR="00413659" w:rsidRPr="00FC6634" w:rsidRDefault="00413659" w:rsidP="00413659">
      <w:pPr>
        <w:spacing w:before="240"/>
      </w:pPr>
      <w:r w:rsidRPr="00FC6634">
        <w:t xml:space="preserve">3:00 pm </w:t>
      </w:r>
      <w:r w:rsidR="00A86B42" w:rsidRPr="00FC6634">
        <w:t>-</w:t>
      </w:r>
      <w:r w:rsidRPr="00FC6634">
        <w:t xml:space="preserve"> 4:30 pm: The AI Research Partner</w:t>
      </w:r>
      <w:r w:rsidR="262C6AA2">
        <w:t>:</w:t>
      </w:r>
      <w:r w:rsidRPr="00FC6634">
        <w:t xml:space="preserve"> Mastering Synthesis and Generation with Copilot Notebook; OnSite</w:t>
      </w:r>
      <w:r w:rsidR="000B1F2D" w:rsidRPr="00FC6634">
        <w:t>; Mills 8</w:t>
      </w:r>
    </w:p>
    <w:p w14:paraId="33980E02" w14:textId="75E65FFB" w:rsidR="00413659" w:rsidRPr="00FC6634" w:rsidRDefault="00413659" w:rsidP="00413659">
      <w:pPr>
        <w:spacing w:before="240"/>
      </w:pPr>
      <w:r w:rsidRPr="00FC6634">
        <w:t>3:00 pm - 4:30 pm: The AI Research Partner</w:t>
      </w:r>
      <w:r w:rsidR="5ED0F70D">
        <w:t>:</w:t>
      </w:r>
      <w:r w:rsidRPr="00FC6634">
        <w:t xml:space="preserve"> Mastering Synthesis and Generation with NotebookLM; OnSite</w:t>
      </w:r>
      <w:r w:rsidR="000B1F2D" w:rsidRPr="00FC6634">
        <w:t>; Mills 9</w:t>
      </w:r>
      <w:r w:rsidRPr="00FC6634">
        <w:t xml:space="preserve"> </w:t>
      </w:r>
    </w:p>
    <w:p w14:paraId="6B5E3824" w14:textId="29DF0997" w:rsidR="00413659" w:rsidRPr="00FC6634" w:rsidRDefault="00413659" w:rsidP="00413659">
      <w:pPr>
        <w:spacing w:before="240"/>
      </w:pPr>
      <w:r w:rsidRPr="00FC6634">
        <w:t>3:00 pm - 4:15 pm: LUA Presents Meet the Narrator; Hybrid</w:t>
      </w:r>
      <w:r w:rsidR="000B1F2D" w:rsidRPr="00FC6634">
        <w:t>; Sterling 3</w:t>
      </w:r>
    </w:p>
    <w:p w14:paraId="189CBFFB" w14:textId="242FB130" w:rsidR="00413659" w:rsidRPr="00FC6634" w:rsidRDefault="00413659" w:rsidP="00413659">
      <w:pPr>
        <w:spacing w:before="240"/>
      </w:pPr>
      <w:r w:rsidRPr="00FC6634">
        <w:t>3:00 pm - 4:15 pm: The History of Economic Resilience in St</w:t>
      </w:r>
      <w:r w:rsidR="001D4618" w:rsidRPr="00FC6634">
        <w:t>.</w:t>
      </w:r>
      <w:r w:rsidRPr="00FC6634">
        <w:t xml:space="preserve"> Louis; Hybrid</w:t>
      </w:r>
      <w:r w:rsidR="000B1F2D" w:rsidRPr="00FC6634">
        <w:t>; Mills 3</w:t>
      </w:r>
      <w:r w:rsidRPr="00FC6634">
        <w:tab/>
      </w:r>
    </w:p>
    <w:p w14:paraId="507DC03F" w14:textId="67E44C64" w:rsidR="00413659" w:rsidRPr="00FC6634" w:rsidRDefault="00413659" w:rsidP="00413659">
      <w:pPr>
        <w:spacing w:before="240"/>
      </w:pPr>
      <w:r w:rsidRPr="00FC6634">
        <w:t>3:00 pm - 4:15 pm: How to Stay Safe in a Digital World; OnSite</w:t>
      </w:r>
      <w:r w:rsidR="000B1F2D" w:rsidRPr="00FC6634">
        <w:t>; Mills 5</w:t>
      </w:r>
    </w:p>
    <w:p w14:paraId="72AB2D60" w14:textId="380BB5F9" w:rsidR="003A0B50" w:rsidRPr="00FC6634" w:rsidRDefault="003A0B50" w:rsidP="00413659">
      <w:pPr>
        <w:spacing w:before="240"/>
      </w:pPr>
      <w:r w:rsidRPr="00FC6634">
        <w:t xml:space="preserve">3:00 pm - 4:15 pm: Telecommunications </w:t>
      </w:r>
      <w:r w:rsidR="588F3038">
        <w:t>P</w:t>
      </w:r>
      <w:r>
        <w:t>anel</w:t>
      </w:r>
      <w:r w:rsidRPr="00FC6634">
        <w:t xml:space="preserve">; </w:t>
      </w:r>
      <w:r w:rsidR="0068504B">
        <w:t>Hybrid</w:t>
      </w:r>
      <w:r w:rsidRPr="00FC6634">
        <w:t xml:space="preserve">; </w:t>
      </w:r>
      <w:r w:rsidR="003F2617" w:rsidRPr="00FC6634">
        <w:t>Regency Ballroom</w:t>
      </w:r>
    </w:p>
    <w:p w14:paraId="03451658" w14:textId="66A6BF50" w:rsidR="00413659" w:rsidRPr="00FC6634" w:rsidRDefault="00413659" w:rsidP="00413659">
      <w:pPr>
        <w:spacing w:before="240"/>
      </w:pPr>
      <w:r w:rsidRPr="00FC6634">
        <w:t xml:space="preserve">5:00 pm - 6:15 pm: GDUI </w:t>
      </w:r>
      <w:r w:rsidR="002705A8" w:rsidRPr="00FC6634">
        <w:t xml:space="preserve">- </w:t>
      </w:r>
      <w:r w:rsidRPr="00FC6634">
        <w:t>Unusual Careers for Guide Dog Handlers; Hybrid</w:t>
      </w:r>
      <w:r w:rsidR="000B1F2D" w:rsidRPr="00FC6634">
        <w:t>; Mills 3</w:t>
      </w:r>
      <w:r w:rsidRPr="00FC6634">
        <w:tab/>
      </w:r>
    </w:p>
    <w:p w14:paraId="0C76DF33" w14:textId="5E7B0AF5" w:rsidR="00413659" w:rsidRPr="00FC6634" w:rsidRDefault="00413659" w:rsidP="00413659">
      <w:pPr>
        <w:spacing w:before="240"/>
      </w:pPr>
      <w:r w:rsidRPr="00FC6634">
        <w:t>5:00 pm - 6:15 pm: LUA Presents News and Updates at NLS; Hybrid</w:t>
      </w:r>
      <w:r w:rsidR="000B1F2D" w:rsidRPr="00FC6634">
        <w:t>; Sterling 3</w:t>
      </w:r>
      <w:r w:rsidRPr="00FC6634">
        <w:tab/>
      </w:r>
    </w:p>
    <w:p w14:paraId="475D67F8" w14:textId="58FBD5C0" w:rsidR="00413659" w:rsidRPr="00FC6634" w:rsidRDefault="00413659" w:rsidP="00413659">
      <w:pPr>
        <w:spacing w:before="240"/>
      </w:pPr>
      <w:r w:rsidRPr="00FC6634">
        <w:t>5:00 pm - 6:15 pm: Ray</w:t>
      </w:r>
      <w:r w:rsidR="002705A8" w:rsidRPr="00FC6634">
        <w:t>-</w:t>
      </w:r>
      <w:r w:rsidRPr="00FC6634">
        <w:t>Ban Meta Going Further for Blind and Low Vision People; OnSite</w:t>
      </w:r>
      <w:r w:rsidR="000B1F2D" w:rsidRPr="00FC6634">
        <w:t>; Sterling 6</w:t>
      </w:r>
      <w:r w:rsidRPr="00FC6634">
        <w:tab/>
      </w:r>
    </w:p>
    <w:p w14:paraId="656A67A7" w14:textId="77777777" w:rsidR="00413659" w:rsidRPr="00FC6634" w:rsidRDefault="00413659" w:rsidP="00413659">
      <w:pPr>
        <w:spacing w:before="240"/>
      </w:pPr>
      <w:r w:rsidRPr="00FC6634">
        <w:t>5:30 pm - 9:45 pm: Blueberry Hill Restaurant; OnSite</w:t>
      </w:r>
      <w:r w:rsidRPr="00FC6634">
        <w:tab/>
      </w:r>
    </w:p>
    <w:p w14:paraId="3E176907" w14:textId="292D9202" w:rsidR="00413659" w:rsidRPr="00FC6634" w:rsidRDefault="00413659" w:rsidP="00413659">
      <w:pPr>
        <w:spacing w:before="240"/>
      </w:pPr>
      <w:r w:rsidRPr="00FC6634">
        <w:t>6:00 pm - 8:00 pm: Opening the Door to Accessible Appliances</w:t>
      </w:r>
      <w:r w:rsidR="00A00487" w:rsidRPr="00FC6634">
        <w:t>,</w:t>
      </w:r>
      <w:r w:rsidRPr="00FC6634">
        <w:t xml:space="preserve"> Join us for the Portal Launch; OnSite</w:t>
      </w:r>
      <w:r w:rsidR="000B1F2D" w:rsidRPr="00FC6634">
        <w:t>; Mills 9</w:t>
      </w:r>
    </w:p>
    <w:p w14:paraId="232518F2" w14:textId="0DDD8E58" w:rsidR="00413659" w:rsidRPr="00FC6634" w:rsidRDefault="00413659" w:rsidP="00413659">
      <w:pPr>
        <w:spacing w:before="240"/>
      </w:pPr>
      <w:r w:rsidRPr="00FC6634">
        <w:t>7:00 pm - 8:15 pm: A Day in the Connected Digital Life; OnSite</w:t>
      </w:r>
      <w:r w:rsidR="000B1F2D" w:rsidRPr="00FC6634">
        <w:t>; Mills 5</w:t>
      </w:r>
    </w:p>
    <w:p w14:paraId="613AC8DD" w14:textId="27E2E27C" w:rsidR="00413659" w:rsidRPr="00FC6634" w:rsidRDefault="00413659" w:rsidP="00413659">
      <w:pPr>
        <w:spacing w:before="240"/>
      </w:pPr>
      <w:r w:rsidRPr="00FC6634">
        <w:t>7:00 pm - 9:30 pm: Come Play Blind Hockey with Team USA!; OnSite</w:t>
      </w:r>
      <w:r w:rsidRPr="00FC6634">
        <w:tab/>
      </w:r>
      <w:r w:rsidR="00426337" w:rsidRPr="00FC6634">
        <w:t>; Gateway West</w:t>
      </w:r>
    </w:p>
    <w:p w14:paraId="3A8BB517" w14:textId="67D9E86B" w:rsidR="00413659" w:rsidRPr="00FC6634" w:rsidRDefault="00413659" w:rsidP="00413659">
      <w:pPr>
        <w:spacing w:before="240"/>
      </w:pPr>
      <w:r w:rsidRPr="00FC6634">
        <w:t xml:space="preserve">7:30 pm - 10:00 pm: </w:t>
      </w:r>
      <w:r w:rsidR="002705A8" w:rsidRPr="00FC6634">
        <w:rPr>
          <w:lang w:val="ca-ES"/>
        </w:rPr>
        <w:t>Bingo - It's a Families Tradition</w:t>
      </w:r>
      <w:r w:rsidRPr="00FC6634">
        <w:t>; OnSite</w:t>
      </w:r>
      <w:r w:rsidR="00426337" w:rsidRPr="00FC6634">
        <w:t>; Parkview</w:t>
      </w:r>
    </w:p>
    <w:p w14:paraId="6493C39E" w14:textId="77777777" w:rsidR="00A86B42" w:rsidRPr="00FC6634" w:rsidRDefault="00A86B42" w:rsidP="00A22CB1"/>
    <w:p w14:paraId="2379D9EB" w14:textId="57EE99CF" w:rsidR="00975AC7" w:rsidRPr="00FC6634" w:rsidRDefault="00975AC7" w:rsidP="00A22CB1">
      <w:pPr>
        <w:rPr>
          <w:b/>
          <w:bCs/>
        </w:rPr>
      </w:pPr>
      <w:r w:rsidRPr="00FC6634">
        <w:rPr>
          <w:b/>
          <w:bCs/>
        </w:rPr>
        <w:t>Wednesday, July 29</w:t>
      </w:r>
    </w:p>
    <w:p w14:paraId="14A9C5D8" w14:textId="4FAB4AEF" w:rsidR="00975AC7" w:rsidRPr="00FC6634" w:rsidRDefault="00975AC7" w:rsidP="00975AC7">
      <w:pPr>
        <w:spacing w:before="240"/>
      </w:pPr>
      <w:r w:rsidRPr="00FC6634">
        <w:t>7:00 am - 8:15 am: NIB Breakfast; OnSite</w:t>
      </w:r>
      <w:r w:rsidR="00426337" w:rsidRPr="00FC6634">
        <w:t>; Gateway East</w:t>
      </w:r>
    </w:p>
    <w:p w14:paraId="5017AF28" w14:textId="3BAF1927" w:rsidR="00975AC7" w:rsidRDefault="00975AC7" w:rsidP="00975AC7">
      <w:pPr>
        <w:spacing w:before="240"/>
      </w:pPr>
      <w:r w:rsidRPr="00FC6634">
        <w:t xml:space="preserve">8:00 am - 5:00 pm: </w:t>
      </w:r>
      <w:r>
        <w:t>Kids Club - The North Pointe Family Aquatic Center; OnSite</w:t>
      </w:r>
      <w:r w:rsidR="00426337">
        <w:t>; Mills 2</w:t>
      </w:r>
    </w:p>
    <w:p w14:paraId="37A77A82" w14:textId="5D7114A3" w:rsidR="00975AC7" w:rsidRDefault="00975AC7" w:rsidP="00975AC7">
      <w:pPr>
        <w:spacing w:before="240"/>
      </w:pPr>
      <w:r>
        <w:t>8:30 am - 11:45 am: Morning General Session; Hybrid</w:t>
      </w:r>
      <w:r w:rsidR="00426337">
        <w:t xml:space="preserve">; </w:t>
      </w:r>
      <w:r w:rsidR="00426337" w:rsidRPr="00426337">
        <w:t>Regency Ballroom</w:t>
      </w:r>
      <w:r>
        <w:t xml:space="preserve"> </w:t>
      </w:r>
    </w:p>
    <w:p w14:paraId="2F139310" w14:textId="44D5C05A" w:rsidR="00975AC7" w:rsidRPr="00FC6634" w:rsidRDefault="00975AC7" w:rsidP="00975AC7">
      <w:pPr>
        <w:spacing w:before="240"/>
      </w:pPr>
      <w:r w:rsidRPr="00FC6634">
        <w:t>9:00 am - 12:00 pm: Get Your Tech Assistance with BITS; OnSite</w:t>
      </w:r>
      <w:r w:rsidR="00FF13C2" w:rsidRPr="00FC6634">
        <w:t>; Mills 8</w:t>
      </w:r>
      <w:r w:rsidRPr="00FC6634">
        <w:tab/>
      </w:r>
    </w:p>
    <w:p w14:paraId="1CFD8B61" w14:textId="671D2D5B" w:rsidR="00975AC7" w:rsidRPr="00FC6634" w:rsidRDefault="00975AC7" w:rsidP="00975AC7">
      <w:pPr>
        <w:spacing w:before="240"/>
      </w:pPr>
      <w:r w:rsidRPr="00FC6634">
        <w:t>9:00 am - 1:00 pm: Exhibit Hall is Open; OnSite</w:t>
      </w:r>
      <w:r w:rsidR="00FF13C2" w:rsidRPr="00FC6634">
        <w:t>; Grand Ballroom</w:t>
      </w:r>
      <w:r w:rsidRPr="00FC6634">
        <w:t xml:space="preserve"> </w:t>
      </w:r>
    </w:p>
    <w:p w14:paraId="45D8D56A" w14:textId="40A505FB" w:rsidR="00975AC7" w:rsidRPr="00FC6634" w:rsidRDefault="00975AC7" w:rsidP="00975AC7">
      <w:pPr>
        <w:spacing w:before="240"/>
        <w:rPr>
          <w:spacing w:val="-4"/>
        </w:rPr>
      </w:pPr>
      <w:r w:rsidRPr="00FC6634">
        <w:rPr>
          <w:spacing w:val="-4"/>
        </w:rPr>
        <w:t>12:15 pm - 2:15 pm: IVIE Business Expo; OnSite</w:t>
      </w:r>
      <w:r w:rsidR="00FF13C2" w:rsidRPr="00FC6634">
        <w:rPr>
          <w:spacing w:val="-4"/>
        </w:rPr>
        <w:t xml:space="preserve">; Mills </w:t>
      </w:r>
      <w:r w:rsidR="000228E1">
        <w:rPr>
          <w:spacing w:val="-4"/>
        </w:rPr>
        <w:t>7</w:t>
      </w:r>
      <w:r w:rsidRPr="00FC6634">
        <w:rPr>
          <w:spacing w:val="-4"/>
        </w:rPr>
        <w:t xml:space="preserve"> </w:t>
      </w:r>
    </w:p>
    <w:p w14:paraId="3B77E6CC" w14:textId="3E1878B4" w:rsidR="00CF6EAF" w:rsidRPr="00FC6634" w:rsidRDefault="00CF6EAF" w:rsidP="00CF6EAF">
      <w:pPr>
        <w:spacing w:before="240"/>
      </w:pPr>
      <w:r w:rsidRPr="00FC6634">
        <w:t xml:space="preserve">12:15 pm - 2:30 pm: Sports </w:t>
      </w:r>
      <w:r>
        <w:t>Fanatic</w:t>
      </w:r>
      <w:r w:rsidR="14C79731">
        <w:t>s</w:t>
      </w:r>
      <w:r w:rsidRPr="00FC6634">
        <w:t xml:space="preserve"> Luncheon with OneCourt Founder; OnSite</w:t>
      </w:r>
      <w:r w:rsidR="00FF13C2" w:rsidRPr="00FC6634">
        <w:t>; Gateway East</w:t>
      </w:r>
    </w:p>
    <w:p w14:paraId="2A8020CC" w14:textId="3C0228C7" w:rsidR="00975AC7" w:rsidRPr="00FC6634" w:rsidRDefault="00975AC7" w:rsidP="00975AC7">
      <w:pPr>
        <w:spacing w:before="240"/>
      </w:pPr>
      <w:r w:rsidRPr="00FC6634">
        <w:t xml:space="preserve">12:30 pm - </w:t>
      </w:r>
      <w:r w:rsidR="00967309" w:rsidRPr="00FC6634">
        <w:t>3</w:t>
      </w:r>
      <w:r w:rsidRPr="00FC6634">
        <w:t>:30 pm: Chocolate</w:t>
      </w:r>
      <w:r w:rsidR="00807985" w:rsidRPr="00FC6634">
        <w:t>,</w:t>
      </w:r>
      <w:r w:rsidRPr="00FC6634">
        <w:t xml:space="preserve"> Chocolate</w:t>
      </w:r>
      <w:r w:rsidR="00807985" w:rsidRPr="00FC6634">
        <w:t>,</w:t>
      </w:r>
      <w:r w:rsidRPr="00FC6634">
        <w:t xml:space="preserve"> Chocolate I; OnSite</w:t>
      </w:r>
    </w:p>
    <w:p w14:paraId="1076EB0F" w14:textId="77777777" w:rsidR="00975AC7" w:rsidRPr="00FC6634" w:rsidRDefault="00975AC7" w:rsidP="00975AC7">
      <w:pPr>
        <w:spacing w:before="240"/>
      </w:pPr>
      <w:r w:rsidRPr="00FC6634">
        <w:t>12:30 pm - 4:30 pm: Jefferson Barracks Telephone Museum; OnSite</w:t>
      </w:r>
    </w:p>
    <w:p w14:paraId="3D2453B9" w14:textId="3734450A" w:rsidR="00975AC7" w:rsidRPr="00FC6634" w:rsidRDefault="00975AC7" w:rsidP="00975AC7">
      <w:pPr>
        <w:spacing w:before="240"/>
      </w:pPr>
      <w:r w:rsidRPr="00FC6634">
        <w:t>1:00 pm - 2:30 pm: From Blank Page to Polished Professional</w:t>
      </w:r>
      <w:r w:rsidR="77E52307">
        <w:t>:</w:t>
      </w:r>
      <w:r w:rsidRPr="00FC6634">
        <w:t xml:space="preserve"> Mastering Microsoft Word via Keyboard; OnSite</w:t>
      </w:r>
      <w:r w:rsidR="00FF13C2" w:rsidRPr="00FC6634">
        <w:t>; Mills 8</w:t>
      </w:r>
    </w:p>
    <w:p w14:paraId="35ACBFAB" w14:textId="71186C67" w:rsidR="00975AC7" w:rsidRPr="00FC6634" w:rsidRDefault="00975AC7" w:rsidP="00975AC7">
      <w:pPr>
        <w:spacing w:before="240"/>
      </w:pPr>
      <w:r w:rsidRPr="00FC6634">
        <w:t>1:00 pm - 2:30 pm: From Blank Page to Polished Professional</w:t>
      </w:r>
      <w:r w:rsidR="5568C9F6">
        <w:t>:</w:t>
      </w:r>
      <w:r w:rsidRPr="00FC6634">
        <w:t xml:space="preserve"> Mastering Google Docs via Keyboard; OnSite</w:t>
      </w:r>
      <w:r w:rsidR="00FF13C2" w:rsidRPr="00FC6634">
        <w:t>; Mills 9</w:t>
      </w:r>
      <w:r w:rsidRPr="00FC6634">
        <w:t xml:space="preserve"> </w:t>
      </w:r>
    </w:p>
    <w:p w14:paraId="25C349BA" w14:textId="10EC4E86" w:rsidR="00DC6B47" w:rsidRPr="00FC6634" w:rsidRDefault="00DC6B47" w:rsidP="00975AC7">
      <w:pPr>
        <w:spacing w:before="240"/>
      </w:pPr>
      <w:r w:rsidRPr="00FC6634">
        <w:t xml:space="preserve">1:00 pm - 2:15 pm: GDUI, Have </w:t>
      </w:r>
      <w:r w:rsidR="742D3FFF">
        <w:t>Y</w:t>
      </w:r>
      <w:r>
        <w:t>ou</w:t>
      </w:r>
      <w:r w:rsidRPr="00FC6634">
        <w:t xml:space="preserve"> Heard of the Pawsome Hava Hegenbarth; Hybrid; Mills 3</w:t>
      </w:r>
    </w:p>
    <w:p w14:paraId="3F41C655" w14:textId="0DD956A1" w:rsidR="00975AC7" w:rsidRPr="00FC6634" w:rsidRDefault="00975AC7" w:rsidP="00975AC7">
      <w:pPr>
        <w:spacing w:before="240"/>
      </w:pPr>
      <w:r w:rsidRPr="00FC6634">
        <w:t xml:space="preserve">1:30 pm - </w:t>
      </w:r>
      <w:r w:rsidR="00967309" w:rsidRPr="00FC6634">
        <w:t>4</w:t>
      </w:r>
      <w:r w:rsidRPr="00FC6634">
        <w:t>:30 pm: Chocolate</w:t>
      </w:r>
      <w:r w:rsidR="00807985" w:rsidRPr="00FC6634">
        <w:t>,</w:t>
      </w:r>
      <w:r w:rsidRPr="00FC6634">
        <w:t xml:space="preserve"> Chocolate</w:t>
      </w:r>
      <w:r w:rsidR="00807985" w:rsidRPr="00FC6634">
        <w:t>,</w:t>
      </w:r>
      <w:r w:rsidRPr="00FC6634">
        <w:t xml:space="preserve"> Chocolate </w:t>
      </w:r>
      <w:r w:rsidR="003A531F" w:rsidRPr="00FC6634">
        <w:t>2</w:t>
      </w:r>
      <w:r w:rsidRPr="00FC6634">
        <w:t>; OnSite</w:t>
      </w:r>
      <w:r w:rsidRPr="00FC6634">
        <w:tab/>
      </w:r>
    </w:p>
    <w:p w14:paraId="59628218" w14:textId="4C87F876" w:rsidR="00975AC7" w:rsidRPr="00FC6634" w:rsidRDefault="00975AC7" w:rsidP="00975AC7">
      <w:pPr>
        <w:spacing w:before="240"/>
        <w:rPr>
          <w:spacing w:val="-4"/>
        </w:rPr>
      </w:pPr>
      <w:r w:rsidRPr="00FC6634">
        <w:rPr>
          <w:spacing w:val="-4"/>
        </w:rPr>
        <w:t>2:00 pm - 5:00 pm: Community Hospitality; OnSite</w:t>
      </w:r>
      <w:r w:rsidR="00FF13C2" w:rsidRPr="00FC6634">
        <w:rPr>
          <w:spacing w:val="-4"/>
        </w:rPr>
        <w:t>; Mills 6</w:t>
      </w:r>
      <w:r w:rsidRPr="00FC6634">
        <w:rPr>
          <w:spacing w:val="-4"/>
        </w:rPr>
        <w:t xml:space="preserve"> </w:t>
      </w:r>
    </w:p>
    <w:p w14:paraId="3325BD0B" w14:textId="1BCD7288" w:rsidR="00975AC7" w:rsidRPr="00FC6634" w:rsidRDefault="00975AC7" w:rsidP="00975AC7">
      <w:pPr>
        <w:spacing w:before="240"/>
      </w:pPr>
      <w:r w:rsidRPr="00FC6634">
        <w:t>3:00 pm - 4:15 pm: Membership Seminar</w:t>
      </w:r>
      <w:r w:rsidR="00E66F88" w:rsidRPr="00FC6634">
        <w:t>,</w:t>
      </w:r>
      <w:r w:rsidRPr="00FC6634">
        <w:t xml:space="preserve"> What Outreach </w:t>
      </w:r>
      <w:r w:rsidR="43E09338">
        <w:t>M</w:t>
      </w:r>
      <w:r>
        <w:t>echanism</w:t>
      </w:r>
      <w:r w:rsidR="43E09338">
        <w:t>s</w:t>
      </w:r>
      <w:r w:rsidRPr="00FC6634">
        <w:t xml:space="preserve"> Work for Growth; Hybrid</w:t>
      </w:r>
      <w:r w:rsidR="00FF13C2" w:rsidRPr="00FC6634">
        <w:t>; Mills 3</w:t>
      </w:r>
      <w:r w:rsidRPr="00FC6634">
        <w:tab/>
      </w:r>
    </w:p>
    <w:p w14:paraId="49D21F2B" w14:textId="576D1917" w:rsidR="00975AC7" w:rsidRPr="00FC6634" w:rsidRDefault="00975AC7" w:rsidP="00975AC7">
      <w:pPr>
        <w:spacing w:before="240"/>
      </w:pPr>
      <w:r w:rsidRPr="00FC6634">
        <w:t>3:00 pm - 4:15 pm: UZURV Rider Appreciation and Feedback; OnSite</w:t>
      </w:r>
      <w:r w:rsidR="00A6798E" w:rsidRPr="00FC6634">
        <w:t>; Sterling 2</w:t>
      </w:r>
      <w:r w:rsidRPr="00FC6634">
        <w:t xml:space="preserve"> </w:t>
      </w:r>
    </w:p>
    <w:p w14:paraId="1D029C19" w14:textId="31C25FE2" w:rsidR="00975AC7" w:rsidRPr="00FC6634" w:rsidRDefault="00975AC7" w:rsidP="00975AC7">
      <w:pPr>
        <w:spacing w:before="240"/>
      </w:pPr>
      <w:r w:rsidRPr="00FC6634">
        <w:t>3:00 pm - 4:30 pm: The Cloud First Professional</w:t>
      </w:r>
      <w:r w:rsidR="2F47013F">
        <w:t>:</w:t>
      </w:r>
      <w:r w:rsidRPr="00FC6634">
        <w:t xml:space="preserve"> Mastering OneDrive Accessibility and File Management; OnSite</w:t>
      </w:r>
      <w:r w:rsidR="00A6798E" w:rsidRPr="00FC6634">
        <w:t>; Mills 8</w:t>
      </w:r>
      <w:r w:rsidRPr="00FC6634">
        <w:t xml:space="preserve"> </w:t>
      </w:r>
    </w:p>
    <w:p w14:paraId="082B3F01" w14:textId="63F98EEB" w:rsidR="00975AC7" w:rsidRPr="00FC6634" w:rsidRDefault="00975AC7" w:rsidP="00975AC7">
      <w:pPr>
        <w:spacing w:before="240"/>
      </w:pPr>
      <w:r w:rsidRPr="00FC6634">
        <w:t>3:00 pm - 4:15 pm: Amazon Entertainment Takes It to 11; Hybrid</w:t>
      </w:r>
      <w:r w:rsidR="00A6798E" w:rsidRPr="00FC6634">
        <w:t>; Regency Ballroom</w:t>
      </w:r>
      <w:r w:rsidRPr="00FC6634">
        <w:t xml:space="preserve"> </w:t>
      </w:r>
    </w:p>
    <w:p w14:paraId="7E1CCD9F" w14:textId="4E46B97E" w:rsidR="00975AC7" w:rsidRPr="00FC6634" w:rsidRDefault="00975AC7" w:rsidP="00975AC7">
      <w:pPr>
        <w:spacing w:before="240"/>
      </w:pPr>
      <w:r w:rsidRPr="00FC6634">
        <w:t>3:00 pm - 4:30 pm: The Cloud First Professional</w:t>
      </w:r>
      <w:r w:rsidR="360D4B12">
        <w:t>:</w:t>
      </w:r>
      <w:r w:rsidRPr="00FC6634">
        <w:t xml:space="preserve"> Mastering Google Drive Accessibility and File Management; OnSite</w:t>
      </w:r>
      <w:r w:rsidR="00A6798E" w:rsidRPr="00FC6634">
        <w:t>; Mills 9</w:t>
      </w:r>
      <w:r w:rsidRPr="00FC6634">
        <w:t xml:space="preserve"> </w:t>
      </w:r>
    </w:p>
    <w:p w14:paraId="320938CF" w14:textId="05929DB0" w:rsidR="00975AC7" w:rsidRPr="00FC6634" w:rsidRDefault="00975AC7" w:rsidP="00975AC7">
      <w:pPr>
        <w:spacing w:before="240"/>
      </w:pPr>
      <w:r w:rsidRPr="00FC6634">
        <w:t xml:space="preserve">3:00 pm </w:t>
      </w:r>
      <w:r w:rsidR="005557DF" w:rsidRPr="00FC6634">
        <w:t>–</w:t>
      </w:r>
      <w:r w:rsidRPr="00FC6634">
        <w:t xml:space="preserve"> </w:t>
      </w:r>
      <w:r w:rsidR="005557DF" w:rsidRPr="00FC6634">
        <w:t>6:45</w:t>
      </w:r>
      <w:r w:rsidRPr="00FC6634">
        <w:t xml:space="preserve"> pm: PEAC Presents Promoting Access in the Built Environment</w:t>
      </w:r>
      <w:r w:rsidRPr="00FC6634">
        <w:rPr>
          <w:i/>
          <w:iCs/>
        </w:rPr>
        <w:t>;</w:t>
      </w:r>
      <w:r w:rsidRPr="00FC6634">
        <w:t xml:space="preserve"> Hybrid</w:t>
      </w:r>
      <w:r w:rsidR="005557DF" w:rsidRPr="00FC6634">
        <w:t>; Sterling 3</w:t>
      </w:r>
    </w:p>
    <w:p w14:paraId="26D53458" w14:textId="529575E3" w:rsidR="00975AC7" w:rsidRPr="00FC6634" w:rsidRDefault="00975AC7" w:rsidP="00975AC7">
      <w:pPr>
        <w:spacing w:before="240"/>
      </w:pPr>
      <w:r w:rsidRPr="00FC6634">
        <w:t>5:00 pm - 6:15 pm: Sip and Learn with Gabriel; OnSite</w:t>
      </w:r>
      <w:r w:rsidR="00A6798E" w:rsidRPr="00FC6634">
        <w:t>; Mills 4</w:t>
      </w:r>
      <w:r w:rsidRPr="00FC6634">
        <w:t xml:space="preserve"> </w:t>
      </w:r>
    </w:p>
    <w:p w14:paraId="5C45D0F5" w14:textId="1254D319" w:rsidR="00975AC7" w:rsidRPr="00FC6634" w:rsidRDefault="00975AC7" w:rsidP="00975AC7">
      <w:pPr>
        <w:spacing w:before="240"/>
      </w:pPr>
      <w:r w:rsidRPr="00FC6634">
        <w:t>5:00 pm - 6:15 pm: UZURV Rider Appreciation and Feedback; OnSite</w:t>
      </w:r>
      <w:r w:rsidR="00A6798E" w:rsidRPr="00FC6634">
        <w:t>; Sterling 2</w:t>
      </w:r>
      <w:r w:rsidRPr="00FC6634">
        <w:tab/>
      </w:r>
    </w:p>
    <w:p w14:paraId="7D6E41A8" w14:textId="27413602" w:rsidR="00975AC7" w:rsidRPr="00FC6634" w:rsidRDefault="00975AC7" w:rsidP="00975AC7">
      <w:pPr>
        <w:spacing w:before="240"/>
      </w:pPr>
      <w:r w:rsidRPr="00FC6634">
        <w:t xml:space="preserve">5:00 pm - 6:15 pm: </w:t>
      </w:r>
      <w:r w:rsidR="005557DF" w:rsidRPr="00FC6634">
        <w:t>JAWS, AI, and the Future of Screen Reading</w:t>
      </w:r>
      <w:r w:rsidRPr="00FC6634">
        <w:t>; OnSite</w:t>
      </w:r>
      <w:r w:rsidR="00A6798E" w:rsidRPr="00FC6634">
        <w:t>; Mills 3</w:t>
      </w:r>
    </w:p>
    <w:p w14:paraId="09D9D780" w14:textId="29EAFEA7" w:rsidR="00975AC7" w:rsidRPr="00FC6634" w:rsidRDefault="00975AC7" w:rsidP="00975AC7">
      <w:pPr>
        <w:spacing w:before="240"/>
      </w:pPr>
      <w:r w:rsidRPr="00FC6634">
        <w:t>5:00 pm - 7:00 pm: BITS Reception; OnSite</w:t>
      </w:r>
      <w:r w:rsidR="00A6798E" w:rsidRPr="00FC6634">
        <w:t>; Gateway West</w:t>
      </w:r>
    </w:p>
    <w:p w14:paraId="052CFA95" w14:textId="77D2E487" w:rsidR="00975AC7" w:rsidRPr="00EA32BA" w:rsidRDefault="00975AC7" w:rsidP="00975AC7">
      <w:pPr>
        <w:spacing w:before="240"/>
      </w:pPr>
      <w:r w:rsidRPr="00EA32BA">
        <w:t>5:00 pm - 7:00 pm: Guide Dogs for the Blind Reception; OnSite</w:t>
      </w:r>
      <w:r w:rsidR="00A6798E" w:rsidRPr="00EA32BA">
        <w:t>; Mills 1</w:t>
      </w:r>
      <w:r w:rsidRPr="00EA32BA">
        <w:tab/>
      </w:r>
    </w:p>
    <w:p w14:paraId="2995D8A2" w14:textId="77777777" w:rsidR="00975AC7" w:rsidRPr="00EA32BA" w:rsidRDefault="00975AC7" w:rsidP="00975AC7">
      <w:pPr>
        <w:spacing w:before="240"/>
      </w:pPr>
      <w:r w:rsidRPr="00EA32BA">
        <w:t>5:00 pm - 10:45 pm: Take Me Out to the Ball Game; OnSite</w:t>
      </w:r>
      <w:r w:rsidRPr="00EA32BA">
        <w:tab/>
      </w:r>
    </w:p>
    <w:p w14:paraId="74A482A9" w14:textId="596255B9" w:rsidR="00975AC7" w:rsidRPr="00EA32BA" w:rsidRDefault="00975AC7" w:rsidP="00975AC7">
      <w:pPr>
        <w:spacing w:before="240"/>
      </w:pPr>
      <w:r w:rsidRPr="00EA32BA">
        <w:t xml:space="preserve">7:00 pm - 9:00 pm: </w:t>
      </w:r>
      <w:r w:rsidR="00DF28E2" w:rsidRPr="00EA32BA">
        <w:t>Durward K. McDaniel Leadership Legacy Reception</w:t>
      </w:r>
      <w:r w:rsidRPr="00EA32BA">
        <w:t>; OnSite</w:t>
      </w:r>
      <w:r w:rsidR="00A6798E" w:rsidRPr="00EA32BA">
        <w:t>; Gateway East</w:t>
      </w:r>
    </w:p>
    <w:p w14:paraId="663575FE" w14:textId="3B9F00C1" w:rsidR="00975AC7" w:rsidRPr="004D61B2" w:rsidRDefault="00975AC7" w:rsidP="00975AC7">
      <w:pPr>
        <w:spacing w:before="240"/>
      </w:pPr>
      <w:r w:rsidRPr="00EA32BA">
        <w:t>7:30 pm - 9:30 pm: Building an Accessible Future with BITS</w:t>
      </w:r>
      <w:r w:rsidR="00E66F88" w:rsidRPr="00EA32BA">
        <w:t>:</w:t>
      </w:r>
      <w:r w:rsidRPr="00EA32BA">
        <w:t xml:space="preserve"> Visual Studio Code</w:t>
      </w:r>
      <w:r w:rsidR="00E66F88" w:rsidRPr="00EA32BA">
        <w:t>,</w:t>
      </w:r>
      <w:r w:rsidRPr="00EA32BA">
        <w:t xml:space="preserve"> GitHub</w:t>
      </w:r>
      <w:r w:rsidR="00E66F88" w:rsidRPr="00EA32BA">
        <w:t>,</w:t>
      </w:r>
      <w:r w:rsidRPr="00EA32BA">
        <w:t xml:space="preserve"> and Open Source; OnSite</w:t>
      </w:r>
      <w:r w:rsidR="00A6798E" w:rsidRPr="00EA32BA">
        <w:t xml:space="preserve">; </w:t>
      </w:r>
      <w:r w:rsidR="00A6798E" w:rsidRPr="00A6798E">
        <w:t>Mills 9</w:t>
      </w:r>
    </w:p>
    <w:p w14:paraId="562107D2" w14:textId="1841CC49" w:rsidR="00975AC7" w:rsidRPr="00EA32BA" w:rsidRDefault="00975AC7" w:rsidP="00975AC7">
      <w:pPr>
        <w:spacing w:before="240"/>
      </w:pPr>
      <w:r w:rsidRPr="00EA32BA">
        <w:t>8:00 pm - 10:15 pm: ACB Film Night One Battle After Another; OnSite</w:t>
      </w:r>
      <w:r w:rsidR="00A6798E" w:rsidRPr="00EA32BA">
        <w:t>; Regency Ballroom</w:t>
      </w:r>
    </w:p>
    <w:p w14:paraId="7122CD03" w14:textId="77777777" w:rsidR="00A86B42" w:rsidRPr="00EA32BA" w:rsidRDefault="00A86B42" w:rsidP="00A22CB1"/>
    <w:p w14:paraId="57977C8B" w14:textId="77777777" w:rsidR="00975AC7" w:rsidRPr="00EA32BA" w:rsidRDefault="00975AC7" w:rsidP="00A22CB1">
      <w:pPr>
        <w:rPr>
          <w:b/>
          <w:bCs/>
        </w:rPr>
      </w:pPr>
      <w:r w:rsidRPr="00EA32BA">
        <w:rPr>
          <w:b/>
          <w:bCs/>
        </w:rPr>
        <w:t>Thursday, July 30</w:t>
      </w:r>
    </w:p>
    <w:p w14:paraId="6991CFD6" w14:textId="5DC06211" w:rsidR="00975AC7" w:rsidRPr="00EA32BA" w:rsidRDefault="00975AC7" w:rsidP="00975AC7">
      <w:pPr>
        <w:spacing w:before="240"/>
      </w:pPr>
      <w:r w:rsidRPr="00EA32BA">
        <w:t>8:00 am - 5:00 pm: Kids Club</w:t>
      </w:r>
      <w:r w:rsidR="00E66F88" w:rsidRPr="00EA32BA">
        <w:t>,</w:t>
      </w:r>
      <w:r w:rsidRPr="00EA32BA">
        <w:t xml:space="preserve"> The Aquarium and the Wheel; OnSite</w:t>
      </w:r>
      <w:r w:rsidR="00A6798E" w:rsidRPr="00EA32BA">
        <w:t>; Mills 2</w:t>
      </w:r>
      <w:r w:rsidRPr="00EA32BA">
        <w:t xml:space="preserve"> </w:t>
      </w:r>
    </w:p>
    <w:p w14:paraId="19DF41CD" w14:textId="55EE92CC" w:rsidR="00975AC7" w:rsidRPr="00EA32BA" w:rsidRDefault="00975AC7" w:rsidP="00975AC7">
      <w:pPr>
        <w:spacing w:before="240"/>
      </w:pPr>
      <w:r w:rsidRPr="00EA32BA">
        <w:t>8:30 am - 11:45 am: Morning General Session; Hybrid</w:t>
      </w:r>
      <w:r w:rsidR="00A6798E" w:rsidRPr="00EA32BA">
        <w:t>; Regency Ballroom</w:t>
      </w:r>
      <w:r w:rsidRPr="00EA32BA">
        <w:t xml:space="preserve"> </w:t>
      </w:r>
    </w:p>
    <w:p w14:paraId="24EC0F05" w14:textId="5F2E37BB" w:rsidR="00975AC7" w:rsidRPr="00EA32BA" w:rsidRDefault="00975AC7" w:rsidP="00975AC7">
      <w:pPr>
        <w:spacing w:before="240"/>
      </w:pPr>
      <w:r w:rsidRPr="00EA32BA">
        <w:t>9:00 am - 12:00 pm: Get Your Tech Assistance with BITS; OnSite</w:t>
      </w:r>
      <w:r w:rsidR="00A6798E" w:rsidRPr="00EA32BA">
        <w:t>; Mills 8</w:t>
      </w:r>
      <w:r w:rsidRPr="00EA32BA">
        <w:t xml:space="preserve"> </w:t>
      </w:r>
    </w:p>
    <w:p w14:paraId="0F08F97A" w14:textId="0924227C" w:rsidR="00975AC7" w:rsidRPr="00EA32BA" w:rsidRDefault="00975AC7" w:rsidP="00975AC7">
      <w:pPr>
        <w:spacing w:before="240"/>
      </w:pPr>
      <w:r>
        <w:t>1:00 pm - 2:30 pm: Dynamic Data Collection</w:t>
      </w:r>
      <w:r w:rsidR="5F11E5EA">
        <w:t>:</w:t>
      </w:r>
      <w:r>
        <w:t xml:space="preserve"> Building and Managing Accessible Microsoft Forms; OnSite</w:t>
      </w:r>
      <w:r w:rsidR="00A6798E">
        <w:t>; Mills 8</w:t>
      </w:r>
      <w:r>
        <w:t xml:space="preserve"> </w:t>
      </w:r>
    </w:p>
    <w:p w14:paraId="66577BCF" w14:textId="14F4DC06" w:rsidR="00975AC7" w:rsidRDefault="00975AC7" w:rsidP="00975AC7">
      <w:pPr>
        <w:spacing w:before="240"/>
      </w:pPr>
      <w:r>
        <w:t>1:00 pm - 2:30 pm: Dynamic Data Collection</w:t>
      </w:r>
      <w:r w:rsidR="23964B9A">
        <w:t>:</w:t>
      </w:r>
      <w:r>
        <w:t xml:space="preserve"> Building and Managing Accessible Google Forms; OnSite</w:t>
      </w:r>
      <w:r w:rsidR="00A6798E">
        <w:t>; Mills 9</w:t>
      </w:r>
      <w:r>
        <w:t xml:space="preserve"> </w:t>
      </w:r>
    </w:p>
    <w:p w14:paraId="4535A0C5" w14:textId="5E80AE00" w:rsidR="00975AC7" w:rsidRDefault="00975AC7" w:rsidP="00975AC7">
      <w:pPr>
        <w:spacing w:before="240"/>
      </w:pPr>
      <w:r>
        <w:t>2:00 pm - 3:00 pm: Affiliate Roll Call if needed; Hybrid</w:t>
      </w:r>
      <w:r w:rsidR="00A6798E">
        <w:t xml:space="preserve">; </w:t>
      </w:r>
      <w:r w:rsidR="00A6798E" w:rsidRPr="00A6798E">
        <w:t xml:space="preserve">Sterling 3 </w:t>
      </w:r>
      <w:r>
        <w:t xml:space="preserve"> </w:t>
      </w:r>
    </w:p>
    <w:p w14:paraId="356586F9" w14:textId="610B63D9" w:rsidR="00975AC7" w:rsidRPr="00EA32BA" w:rsidRDefault="00975AC7" w:rsidP="00975AC7">
      <w:pPr>
        <w:spacing w:before="240"/>
      </w:pPr>
      <w:r>
        <w:t>3:00 pm - 4:30 pm: The AI Research Partner</w:t>
      </w:r>
      <w:r w:rsidR="37E0916A">
        <w:t>:</w:t>
      </w:r>
      <w:r>
        <w:t xml:space="preserve"> Mastering Synthesis and Generation with Copilot Notebook; OnSite</w:t>
      </w:r>
      <w:r w:rsidR="00A6798E">
        <w:t>; Mills 8</w:t>
      </w:r>
      <w:r>
        <w:t xml:space="preserve"> </w:t>
      </w:r>
    </w:p>
    <w:p w14:paraId="12F7DD65" w14:textId="4FB8B668" w:rsidR="00975AC7" w:rsidRPr="00EA32BA" w:rsidRDefault="00975AC7" w:rsidP="00975AC7">
      <w:pPr>
        <w:spacing w:before="240"/>
      </w:pPr>
      <w:r>
        <w:t>3:00 pm - 4:30 pm: The AI Research Partner</w:t>
      </w:r>
      <w:r w:rsidR="2572F20C">
        <w:t>:</w:t>
      </w:r>
      <w:r>
        <w:t xml:space="preserve"> Mastering Synthesis and Generation with NotebookLM; OnSite</w:t>
      </w:r>
      <w:r w:rsidR="00A6798E">
        <w:t>; Mills 9</w:t>
      </w:r>
      <w:r>
        <w:t xml:space="preserve"> </w:t>
      </w:r>
    </w:p>
    <w:p w14:paraId="49F5247D" w14:textId="0B52E788" w:rsidR="00975AC7" w:rsidRPr="00EA32BA" w:rsidRDefault="00975AC7" w:rsidP="00975AC7">
      <w:pPr>
        <w:spacing w:before="240"/>
      </w:pPr>
      <w:r w:rsidRPr="00EA32BA">
        <w:t xml:space="preserve">4:00 pm - 5:15 pm: </w:t>
      </w:r>
      <w:r w:rsidR="00DF28E2" w:rsidRPr="00EA32BA">
        <w:t>Multi-Cultural Affairs Mixer</w:t>
      </w:r>
      <w:r w:rsidRPr="00EA32BA">
        <w:t>; OnSite</w:t>
      </w:r>
      <w:r w:rsidR="00A6798E" w:rsidRPr="00EA32BA">
        <w:t xml:space="preserve">; Sterling 3 </w:t>
      </w:r>
      <w:r w:rsidRPr="00EA32BA">
        <w:t xml:space="preserve"> </w:t>
      </w:r>
    </w:p>
    <w:p w14:paraId="5C859D1C" w14:textId="48D08FA8" w:rsidR="00975AC7" w:rsidRDefault="00975AC7" w:rsidP="00975AC7">
      <w:pPr>
        <w:spacing w:before="240"/>
      </w:pPr>
      <w:r w:rsidRPr="00EA32BA">
        <w:t xml:space="preserve">6:30 pm - 9:00 pm: Kids </w:t>
      </w:r>
      <w:r>
        <w:t>Club Farewell Dinner; OnSite</w:t>
      </w:r>
      <w:r w:rsidR="00A6798E">
        <w:t>; Mills 2</w:t>
      </w:r>
      <w:r>
        <w:t xml:space="preserve"> </w:t>
      </w:r>
    </w:p>
    <w:p w14:paraId="6DB638B1" w14:textId="0E60192B" w:rsidR="00A22CB1" w:rsidRDefault="00975AC7" w:rsidP="00975AC7">
      <w:pPr>
        <w:spacing w:before="240"/>
      </w:pPr>
      <w:r>
        <w:t>7:00 pm - 9:30 pm: ACB Banquet; Hybrid</w:t>
      </w:r>
      <w:r w:rsidR="00A6798E">
        <w:t xml:space="preserve">; </w:t>
      </w:r>
      <w:r w:rsidR="00A6798E" w:rsidRPr="00A6798E">
        <w:t>Regency Ballroom</w:t>
      </w:r>
    </w:p>
    <w:p w14:paraId="0CE922E0" w14:textId="02BB7CFA" w:rsidR="00975AC7" w:rsidRDefault="00975AC7" w:rsidP="008F6D40">
      <w:pPr>
        <w:ind w:left="0" w:firstLine="0"/>
      </w:pPr>
      <w:r>
        <w:t xml:space="preserve"> </w:t>
      </w:r>
    </w:p>
    <w:p w14:paraId="7A78C900" w14:textId="77777777" w:rsidR="00975AC7" w:rsidRPr="00975AC7" w:rsidRDefault="00975AC7" w:rsidP="008F6D40">
      <w:pPr>
        <w:rPr>
          <w:b/>
          <w:bCs/>
        </w:rPr>
      </w:pPr>
      <w:r w:rsidRPr="00975AC7">
        <w:rPr>
          <w:b/>
          <w:bCs/>
        </w:rPr>
        <w:t>Friday, July 31</w:t>
      </w:r>
    </w:p>
    <w:p w14:paraId="685DFB54" w14:textId="06C3F22D" w:rsidR="00975AC7" w:rsidRPr="00EA32BA" w:rsidRDefault="00975AC7" w:rsidP="00975AC7">
      <w:pPr>
        <w:spacing w:before="240"/>
      </w:pPr>
      <w:r w:rsidRPr="00EA32BA">
        <w:t>7:00 am - 7:30 pm: Amish Tour; OnSite</w:t>
      </w:r>
      <w:r w:rsidRPr="00EA32BA">
        <w:tab/>
      </w:r>
    </w:p>
    <w:p w14:paraId="778DD2F4" w14:textId="766D904D" w:rsidR="002B52D2" w:rsidRPr="00EA32BA" w:rsidRDefault="002B52D2" w:rsidP="007E2272">
      <w:pPr>
        <w:ind w:left="0" w:firstLine="0"/>
      </w:pPr>
    </w:p>
    <w:p w14:paraId="645F35C7" w14:textId="3BCC9B38" w:rsidR="00D52AAC" w:rsidRDefault="00D52AAC" w:rsidP="0056298B">
      <w:pPr>
        <w:pStyle w:val="Heading1"/>
        <w:spacing w:after="240"/>
      </w:pPr>
      <w:bookmarkStart w:id="3" w:name="_Toc232406122"/>
      <w:r w:rsidRPr="003A7A9C">
        <w:t>Abbreviations in this Program</w:t>
      </w:r>
      <w:bookmarkEnd w:id="3"/>
    </w:p>
    <w:p w14:paraId="30E05AB9" w14:textId="63610FBB" w:rsidR="0082399C" w:rsidRPr="0082399C" w:rsidRDefault="0082399C" w:rsidP="004D61B2">
      <w:pPr>
        <w:spacing w:line="312" w:lineRule="auto"/>
      </w:pPr>
      <w:r w:rsidRPr="0082399C">
        <w:t xml:space="preserve">ACB </w:t>
      </w:r>
      <w:r w:rsidR="00023574">
        <w:t>–</w:t>
      </w:r>
      <w:r w:rsidRPr="0082399C">
        <w:t xml:space="preserve"> American</w:t>
      </w:r>
      <w:r w:rsidR="00023574">
        <w:t xml:space="preserve"> </w:t>
      </w:r>
      <w:r w:rsidRPr="0082399C">
        <w:t>Council of the Blind</w:t>
      </w:r>
    </w:p>
    <w:p w14:paraId="5B6837A3" w14:textId="057C6798" w:rsidR="00023574" w:rsidRDefault="0082399C" w:rsidP="004D61B2">
      <w:pPr>
        <w:spacing w:line="312" w:lineRule="auto"/>
      </w:pPr>
      <w:r w:rsidRPr="0082399C">
        <w:t xml:space="preserve">AABT </w:t>
      </w:r>
      <w:r w:rsidR="00023574">
        <w:t>–</w:t>
      </w:r>
      <w:r w:rsidRPr="0082399C">
        <w:t xml:space="preserve"> American</w:t>
      </w:r>
      <w:r w:rsidR="00023574">
        <w:t xml:space="preserve"> </w:t>
      </w:r>
      <w:r w:rsidRPr="0082399C">
        <w:t>Association of Blind Teachers</w:t>
      </w:r>
    </w:p>
    <w:p w14:paraId="2639BA6A" w14:textId="25689B7D" w:rsidR="0082399C" w:rsidRPr="0082399C" w:rsidRDefault="0082399C" w:rsidP="004D61B2">
      <w:pPr>
        <w:spacing w:line="312" w:lineRule="auto"/>
      </w:pPr>
      <w:r w:rsidRPr="0082399C">
        <w:t xml:space="preserve">AAVL </w:t>
      </w:r>
      <w:r w:rsidR="00023574">
        <w:t>–</w:t>
      </w:r>
      <w:r w:rsidRPr="0082399C">
        <w:t xml:space="preserve"> Alliance</w:t>
      </w:r>
      <w:r w:rsidR="00023574">
        <w:t xml:space="preserve"> </w:t>
      </w:r>
      <w:r w:rsidRPr="0082399C">
        <w:t>on Aging and Vision Loss</w:t>
      </w:r>
    </w:p>
    <w:p w14:paraId="0FB138EC" w14:textId="4338B4DA" w:rsidR="0082399C" w:rsidRPr="0082399C" w:rsidRDefault="0082399C" w:rsidP="004D61B2">
      <w:pPr>
        <w:spacing w:line="312" w:lineRule="auto"/>
      </w:pPr>
      <w:r w:rsidRPr="0082399C">
        <w:t xml:space="preserve">AAVIA </w:t>
      </w:r>
      <w:r w:rsidR="00023574">
        <w:t>–</w:t>
      </w:r>
      <w:r w:rsidRPr="0082399C">
        <w:t xml:space="preserve"> American</w:t>
      </w:r>
      <w:r w:rsidR="00023574">
        <w:t xml:space="preserve"> </w:t>
      </w:r>
      <w:r w:rsidRPr="0082399C">
        <w:t>Association of Visually Impaired Attorneys</w:t>
      </w:r>
    </w:p>
    <w:p w14:paraId="4287A879" w14:textId="3EE0F237" w:rsidR="0082399C" w:rsidRPr="0082399C" w:rsidRDefault="0082399C" w:rsidP="004D61B2">
      <w:pPr>
        <w:spacing w:line="312" w:lineRule="auto"/>
      </w:pPr>
      <w:r w:rsidRPr="0082399C">
        <w:t xml:space="preserve">ACBDA </w:t>
      </w:r>
      <w:r w:rsidR="00023574">
        <w:t>–</w:t>
      </w:r>
      <w:r w:rsidRPr="0082399C">
        <w:t xml:space="preserve"> ACB</w:t>
      </w:r>
      <w:r w:rsidR="00023574">
        <w:t xml:space="preserve"> </w:t>
      </w:r>
      <w:r w:rsidRPr="0082399C">
        <w:t xml:space="preserve">Diabetics in Action </w:t>
      </w:r>
    </w:p>
    <w:p w14:paraId="1CE162FE" w14:textId="76083A32" w:rsidR="0082399C" w:rsidRPr="0082399C" w:rsidRDefault="0082399C" w:rsidP="004D61B2">
      <w:pPr>
        <w:spacing w:line="312" w:lineRule="auto"/>
      </w:pPr>
      <w:r w:rsidRPr="0082399C">
        <w:t xml:space="preserve">ACBF </w:t>
      </w:r>
      <w:r w:rsidR="00023574">
        <w:t>–</w:t>
      </w:r>
      <w:r w:rsidRPr="0082399C">
        <w:t xml:space="preserve"> ACB</w:t>
      </w:r>
      <w:r w:rsidR="00023574">
        <w:t xml:space="preserve"> F</w:t>
      </w:r>
      <w:r w:rsidRPr="0082399C">
        <w:t>amilies</w:t>
      </w:r>
    </w:p>
    <w:p w14:paraId="486D8F79" w14:textId="770B4512" w:rsidR="0082399C" w:rsidRPr="0082399C" w:rsidRDefault="0082399C" w:rsidP="004D61B2">
      <w:pPr>
        <w:spacing w:line="312" w:lineRule="auto"/>
      </w:pPr>
      <w:r>
        <w:t xml:space="preserve">ACBGE </w:t>
      </w:r>
      <w:r w:rsidR="00023574">
        <w:t>–</w:t>
      </w:r>
      <w:r>
        <w:t xml:space="preserve"> ACB</w:t>
      </w:r>
      <w:r w:rsidR="00023574">
        <w:t xml:space="preserve"> </w:t>
      </w:r>
      <w:r>
        <w:t xml:space="preserve">Government Employees </w:t>
      </w:r>
    </w:p>
    <w:p w14:paraId="0D9F7907" w14:textId="26FF02FD" w:rsidR="0082399C" w:rsidRPr="0082399C" w:rsidRDefault="504153A9" w:rsidP="14638D2A">
      <w:pPr>
        <w:spacing w:line="312" w:lineRule="auto"/>
      </w:pPr>
      <w:r>
        <w:t>ACBL – ACB Lions</w:t>
      </w:r>
    </w:p>
    <w:p w14:paraId="39F2B159" w14:textId="6447B6F9" w:rsidR="0082399C" w:rsidRPr="0082399C" w:rsidRDefault="504153A9" w:rsidP="14638D2A">
      <w:pPr>
        <w:spacing w:line="312" w:lineRule="auto"/>
      </w:pPr>
      <w:r>
        <w:t>ACBNG – ACB Next Generation</w:t>
      </w:r>
    </w:p>
    <w:p w14:paraId="01498E25" w14:textId="7115E7C5" w:rsidR="0082399C" w:rsidRPr="0082399C" w:rsidRDefault="0082399C" w:rsidP="004D61B2">
      <w:pPr>
        <w:spacing w:line="312" w:lineRule="auto"/>
      </w:pPr>
      <w:r w:rsidRPr="0082399C">
        <w:t xml:space="preserve">ACBRA </w:t>
      </w:r>
      <w:r w:rsidR="00023574">
        <w:t>–</w:t>
      </w:r>
      <w:r w:rsidRPr="0082399C">
        <w:t xml:space="preserve"> ACB</w:t>
      </w:r>
      <w:r w:rsidR="00023574">
        <w:t xml:space="preserve"> </w:t>
      </w:r>
      <w:r w:rsidRPr="0082399C">
        <w:t xml:space="preserve">Radio Amateurs </w:t>
      </w:r>
    </w:p>
    <w:p w14:paraId="2E8A78D4" w14:textId="0D02EA19" w:rsidR="0082399C" w:rsidRPr="0082399C" w:rsidRDefault="0082399C" w:rsidP="004D61B2">
      <w:pPr>
        <w:spacing w:line="312" w:lineRule="auto"/>
      </w:pPr>
      <w:r w:rsidRPr="0082399C">
        <w:t xml:space="preserve">ACBS </w:t>
      </w:r>
      <w:r w:rsidR="00023574">
        <w:t>–</w:t>
      </w:r>
      <w:r w:rsidRPr="0082399C">
        <w:t xml:space="preserve"> ACB</w:t>
      </w:r>
      <w:r w:rsidR="00023574">
        <w:t xml:space="preserve"> </w:t>
      </w:r>
      <w:r w:rsidRPr="0082399C">
        <w:t>Students</w:t>
      </w:r>
    </w:p>
    <w:p w14:paraId="114A1A29" w14:textId="62633A64" w:rsidR="0082399C" w:rsidRPr="0082399C" w:rsidRDefault="0082399C" w:rsidP="004D61B2">
      <w:pPr>
        <w:spacing w:line="312" w:lineRule="auto"/>
      </w:pPr>
      <w:r w:rsidRPr="0082399C">
        <w:t xml:space="preserve">ADP </w:t>
      </w:r>
      <w:r w:rsidR="00023574">
        <w:t>–</w:t>
      </w:r>
      <w:r w:rsidRPr="0082399C">
        <w:t xml:space="preserve"> Audio</w:t>
      </w:r>
      <w:r w:rsidR="00023574">
        <w:t xml:space="preserve"> </w:t>
      </w:r>
      <w:r w:rsidRPr="0082399C">
        <w:t>Description Project</w:t>
      </w:r>
    </w:p>
    <w:p w14:paraId="6A7277D5" w14:textId="5268DE23" w:rsidR="0082399C" w:rsidRPr="0082399C" w:rsidRDefault="0082399C" w:rsidP="004D61B2">
      <w:pPr>
        <w:spacing w:line="312" w:lineRule="auto"/>
      </w:pPr>
      <w:r w:rsidRPr="0082399C">
        <w:t xml:space="preserve">AFB </w:t>
      </w:r>
      <w:r w:rsidR="00023574">
        <w:t>–</w:t>
      </w:r>
      <w:r w:rsidRPr="0082399C">
        <w:t xml:space="preserve"> American</w:t>
      </w:r>
      <w:r w:rsidR="00023574">
        <w:t xml:space="preserve"> </w:t>
      </w:r>
      <w:r w:rsidRPr="0082399C">
        <w:t xml:space="preserve">Foundation for the Blind </w:t>
      </w:r>
    </w:p>
    <w:p w14:paraId="6CA5E1B2" w14:textId="65FE5904" w:rsidR="0082399C" w:rsidRPr="0082399C" w:rsidRDefault="0082399C" w:rsidP="004D61B2">
      <w:pPr>
        <w:spacing w:line="312" w:lineRule="auto"/>
      </w:pPr>
      <w:r w:rsidRPr="0082399C">
        <w:t xml:space="preserve">APH </w:t>
      </w:r>
      <w:r w:rsidR="00023574">
        <w:t>–</w:t>
      </w:r>
      <w:r w:rsidRPr="0082399C">
        <w:t xml:space="preserve"> American</w:t>
      </w:r>
      <w:r w:rsidR="00023574">
        <w:t xml:space="preserve"> </w:t>
      </w:r>
      <w:r w:rsidRPr="0082399C">
        <w:t>Printing House for the Blind</w:t>
      </w:r>
    </w:p>
    <w:p w14:paraId="32D06838" w14:textId="3ED5CD5C" w:rsidR="0082399C" w:rsidRPr="0082399C" w:rsidRDefault="0082399C" w:rsidP="004D61B2">
      <w:pPr>
        <w:spacing w:line="312" w:lineRule="auto"/>
      </w:pPr>
      <w:r w:rsidRPr="0082399C">
        <w:t xml:space="preserve">BITS </w:t>
      </w:r>
      <w:r w:rsidR="00023574">
        <w:t>–</w:t>
      </w:r>
      <w:r w:rsidRPr="0082399C">
        <w:t xml:space="preserve"> Blind</w:t>
      </w:r>
      <w:r w:rsidR="00023574">
        <w:t xml:space="preserve"> </w:t>
      </w:r>
      <w:r w:rsidRPr="0082399C">
        <w:t xml:space="preserve">Information Technology Solutions </w:t>
      </w:r>
    </w:p>
    <w:p w14:paraId="76A6425D" w14:textId="2E6C3E1C" w:rsidR="0082399C" w:rsidRPr="0082399C" w:rsidRDefault="0082399C" w:rsidP="004D61B2">
      <w:pPr>
        <w:spacing w:line="312" w:lineRule="auto"/>
      </w:pPr>
      <w:r w:rsidRPr="0082399C">
        <w:t xml:space="preserve">BOP </w:t>
      </w:r>
      <w:r w:rsidR="00023574">
        <w:t>–</w:t>
      </w:r>
      <w:r w:rsidRPr="0082399C">
        <w:t xml:space="preserve"> Board</w:t>
      </w:r>
      <w:r w:rsidR="00023574">
        <w:t xml:space="preserve"> </w:t>
      </w:r>
      <w:r w:rsidRPr="0082399C">
        <w:t>of Publications</w:t>
      </w:r>
    </w:p>
    <w:p w14:paraId="18F2DE13" w14:textId="0F4070D5" w:rsidR="0082399C" w:rsidRPr="0082399C" w:rsidRDefault="0082399C" w:rsidP="004D61B2">
      <w:pPr>
        <w:spacing w:line="312" w:lineRule="auto"/>
      </w:pPr>
      <w:r w:rsidRPr="0082399C">
        <w:t xml:space="preserve">BRL </w:t>
      </w:r>
      <w:r w:rsidR="00023574">
        <w:t>–</w:t>
      </w:r>
      <w:r w:rsidRPr="0082399C">
        <w:t xml:space="preserve"> Braille</w:t>
      </w:r>
      <w:r w:rsidR="00023574">
        <w:t xml:space="preserve"> </w:t>
      </w:r>
      <w:r w:rsidRPr="0082399C">
        <w:t>Revival League</w:t>
      </w:r>
    </w:p>
    <w:p w14:paraId="383E3334" w14:textId="6F8F6FB8" w:rsidR="0082399C" w:rsidRPr="0082399C" w:rsidRDefault="0082399C" w:rsidP="004D61B2">
      <w:pPr>
        <w:spacing w:line="312" w:lineRule="auto"/>
      </w:pPr>
      <w:r w:rsidRPr="0082399C">
        <w:t xml:space="preserve">DKM </w:t>
      </w:r>
      <w:r w:rsidR="00023574">
        <w:t>–</w:t>
      </w:r>
      <w:r w:rsidRPr="0082399C">
        <w:t xml:space="preserve"> Durward</w:t>
      </w:r>
      <w:r w:rsidR="00023574">
        <w:t xml:space="preserve"> </w:t>
      </w:r>
      <w:r w:rsidRPr="0082399C">
        <w:t>K. McDaniel First-Timer</w:t>
      </w:r>
    </w:p>
    <w:p w14:paraId="4702C31A" w14:textId="751C4F17" w:rsidR="0082399C" w:rsidRPr="0082399C" w:rsidRDefault="0082399C" w:rsidP="004D61B2">
      <w:pPr>
        <w:spacing w:line="312" w:lineRule="auto"/>
      </w:pPr>
      <w:r w:rsidRPr="0082399C">
        <w:t xml:space="preserve">FIA </w:t>
      </w:r>
      <w:r w:rsidR="00023574">
        <w:t>–</w:t>
      </w:r>
      <w:r w:rsidRPr="0082399C">
        <w:t xml:space="preserve"> Friends-in-Art</w:t>
      </w:r>
      <w:r w:rsidR="00023574">
        <w:t xml:space="preserve"> </w:t>
      </w:r>
      <w:r w:rsidRPr="0082399C">
        <w:t xml:space="preserve">of ACB </w:t>
      </w:r>
    </w:p>
    <w:p w14:paraId="453F237D" w14:textId="193E163C" w:rsidR="0082399C" w:rsidRPr="0082399C" w:rsidRDefault="0082399C" w:rsidP="004D61B2">
      <w:pPr>
        <w:spacing w:line="312" w:lineRule="auto"/>
      </w:pPr>
      <w:r w:rsidRPr="0082399C">
        <w:t xml:space="preserve">GDUI </w:t>
      </w:r>
      <w:r w:rsidR="00023574">
        <w:t>–</w:t>
      </w:r>
      <w:r w:rsidRPr="0082399C">
        <w:t xml:space="preserve"> Guide</w:t>
      </w:r>
      <w:r w:rsidR="00023574">
        <w:t xml:space="preserve"> </w:t>
      </w:r>
      <w:r w:rsidRPr="0082399C">
        <w:t>Dog Users, Inc.</w:t>
      </w:r>
    </w:p>
    <w:p w14:paraId="224144D5" w14:textId="4F2E239E" w:rsidR="0082399C" w:rsidRPr="0082399C" w:rsidRDefault="0082399C" w:rsidP="004D61B2">
      <w:pPr>
        <w:spacing w:line="312" w:lineRule="auto"/>
      </w:pPr>
      <w:r w:rsidRPr="0082399C">
        <w:t xml:space="preserve">IRC </w:t>
      </w:r>
      <w:r w:rsidR="00023574">
        <w:t>–</w:t>
      </w:r>
      <w:r w:rsidRPr="0082399C">
        <w:t xml:space="preserve"> International</w:t>
      </w:r>
      <w:r w:rsidR="00023574">
        <w:t xml:space="preserve"> </w:t>
      </w:r>
      <w:r w:rsidRPr="0082399C">
        <w:t>Relations Committee</w:t>
      </w:r>
    </w:p>
    <w:p w14:paraId="6EE9B7F2" w14:textId="79D1F584" w:rsidR="0082399C" w:rsidRPr="0082399C" w:rsidRDefault="0082399C" w:rsidP="004D61B2">
      <w:pPr>
        <w:spacing w:line="312" w:lineRule="auto"/>
      </w:pPr>
      <w:r w:rsidRPr="0082399C">
        <w:t xml:space="preserve">IVIE </w:t>
      </w:r>
      <w:r w:rsidR="00023574">
        <w:t>–</w:t>
      </w:r>
      <w:r w:rsidRPr="0082399C">
        <w:t xml:space="preserve"> Independent</w:t>
      </w:r>
      <w:r w:rsidR="00023574">
        <w:t xml:space="preserve"> </w:t>
      </w:r>
      <w:r w:rsidRPr="0082399C">
        <w:t xml:space="preserve">Visually Impaired Entrepreneurs </w:t>
      </w:r>
    </w:p>
    <w:p w14:paraId="1742B4C7" w14:textId="76FE95B4" w:rsidR="0082399C" w:rsidRPr="0082399C" w:rsidRDefault="0082399C" w:rsidP="004D61B2">
      <w:pPr>
        <w:spacing w:line="312" w:lineRule="auto"/>
      </w:pPr>
      <w:r w:rsidRPr="0082399C">
        <w:t xml:space="preserve">KEC </w:t>
      </w:r>
      <w:r w:rsidR="00023574">
        <w:t>–</w:t>
      </w:r>
      <w:r w:rsidRPr="0082399C">
        <w:t xml:space="preserve"> Kids</w:t>
      </w:r>
      <w:r w:rsidR="00023574">
        <w:t xml:space="preserve"> </w:t>
      </w:r>
      <w:r w:rsidRPr="0082399C">
        <w:t>Explorers Club</w:t>
      </w:r>
    </w:p>
    <w:p w14:paraId="751E057D" w14:textId="0F8B9B04" w:rsidR="0082399C" w:rsidRPr="0082399C" w:rsidRDefault="0082399C" w:rsidP="004D61B2">
      <w:pPr>
        <w:spacing w:line="312" w:lineRule="auto"/>
      </w:pPr>
      <w:r w:rsidRPr="0082399C">
        <w:t xml:space="preserve">LUA </w:t>
      </w:r>
      <w:r w:rsidR="00023574">
        <w:t>–</w:t>
      </w:r>
      <w:r w:rsidRPr="0082399C">
        <w:t xml:space="preserve"> Library</w:t>
      </w:r>
      <w:r w:rsidR="00023574">
        <w:t xml:space="preserve"> </w:t>
      </w:r>
      <w:r w:rsidRPr="0082399C">
        <w:t>Users of America</w:t>
      </w:r>
    </w:p>
    <w:p w14:paraId="1BC58C64" w14:textId="5DD4D3E4" w:rsidR="0082399C" w:rsidRPr="0082399C" w:rsidRDefault="0082399C" w:rsidP="004D61B2">
      <w:pPr>
        <w:spacing w:line="312" w:lineRule="auto"/>
      </w:pPr>
      <w:r w:rsidRPr="0082399C">
        <w:t xml:space="preserve">LVA </w:t>
      </w:r>
      <w:r w:rsidR="00023574">
        <w:t>–</w:t>
      </w:r>
      <w:r w:rsidRPr="0082399C">
        <w:t xml:space="preserve"> Low</w:t>
      </w:r>
      <w:r w:rsidR="00023574">
        <w:t xml:space="preserve"> </w:t>
      </w:r>
      <w:r w:rsidRPr="0082399C">
        <w:t>Vision Alliance</w:t>
      </w:r>
    </w:p>
    <w:p w14:paraId="046BD36F" w14:textId="779B3AFD" w:rsidR="0082399C" w:rsidRPr="0082399C" w:rsidRDefault="0082399C" w:rsidP="004D61B2">
      <w:pPr>
        <w:spacing w:line="312" w:lineRule="auto"/>
      </w:pPr>
      <w:r w:rsidRPr="0082399C">
        <w:t xml:space="preserve">MCAC </w:t>
      </w:r>
      <w:r w:rsidR="00023574">
        <w:t>–</w:t>
      </w:r>
      <w:r w:rsidRPr="0082399C">
        <w:t xml:space="preserve"> Multicultural</w:t>
      </w:r>
      <w:r w:rsidR="00023574">
        <w:t xml:space="preserve"> </w:t>
      </w:r>
      <w:r w:rsidRPr="0082399C">
        <w:t xml:space="preserve">Affairs Committee </w:t>
      </w:r>
    </w:p>
    <w:p w14:paraId="04A79519" w14:textId="14DD109C" w:rsidR="0082399C" w:rsidRPr="0082399C" w:rsidRDefault="0082399C" w:rsidP="004D61B2">
      <w:pPr>
        <w:spacing w:line="312" w:lineRule="auto"/>
      </w:pPr>
      <w:r>
        <w:t xml:space="preserve">MHWC – Mental Health and Wellness </w:t>
      </w:r>
      <w:r w:rsidR="1C505DA3">
        <w:t>C</w:t>
      </w:r>
      <w:r>
        <w:t>ommittee</w:t>
      </w:r>
    </w:p>
    <w:p w14:paraId="2C0F9F79" w14:textId="1928201B" w:rsidR="0082399C" w:rsidRPr="0082399C" w:rsidRDefault="0082399C" w:rsidP="004D61B2">
      <w:pPr>
        <w:spacing w:line="312" w:lineRule="auto"/>
      </w:pPr>
      <w:r w:rsidRPr="0082399C">
        <w:t xml:space="preserve">NIB </w:t>
      </w:r>
      <w:r w:rsidR="00023574">
        <w:t>–</w:t>
      </w:r>
      <w:r w:rsidRPr="0082399C">
        <w:t xml:space="preserve"> National</w:t>
      </w:r>
      <w:r w:rsidR="00023574">
        <w:t xml:space="preserve"> </w:t>
      </w:r>
      <w:r w:rsidRPr="0082399C">
        <w:t>Industries for the Blind</w:t>
      </w:r>
    </w:p>
    <w:p w14:paraId="6E65B20E" w14:textId="4DAA18C8" w:rsidR="0082399C" w:rsidRPr="0082399C" w:rsidRDefault="0082399C" w:rsidP="004D61B2">
      <w:pPr>
        <w:spacing w:line="312" w:lineRule="auto"/>
      </w:pPr>
      <w:r w:rsidRPr="0082399C">
        <w:t xml:space="preserve">NLS </w:t>
      </w:r>
      <w:r w:rsidR="00023574">
        <w:t>–</w:t>
      </w:r>
      <w:r w:rsidRPr="0082399C">
        <w:t xml:space="preserve"> National</w:t>
      </w:r>
      <w:r w:rsidR="00023574">
        <w:t xml:space="preserve"> </w:t>
      </w:r>
      <w:r w:rsidRPr="0082399C">
        <w:t>Library Service for the Blind and Print Disabled</w:t>
      </w:r>
    </w:p>
    <w:p w14:paraId="4E6CBFC4" w14:textId="562ABEE0" w:rsidR="0082399C" w:rsidRPr="0082399C" w:rsidRDefault="0082399C" w:rsidP="004D61B2">
      <w:pPr>
        <w:spacing w:line="312" w:lineRule="auto"/>
      </w:pPr>
      <w:r w:rsidRPr="0082399C">
        <w:t xml:space="preserve">RSVA </w:t>
      </w:r>
      <w:r w:rsidR="00023574">
        <w:t>–</w:t>
      </w:r>
      <w:r w:rsidRPr="0082399C">
        <w:t xml:space="preserve"> Randolph</w:t>
      </w:r>
      <w:r w:rsidR="00023574">
        <w:t>-</w:t>
      </w:r>
      <w:r w:rsidRPr="0082399C">
        <w:t>Sheppard Vendors of America</w:t>
      </w:r>
    </w:p>
    <w:p w14:paraId="1CB0131E" w14:textId="271CA4E7" w:rsidR="0082399C" w:rsidRPr="0082399C" w:rsidRDefault="0082399C" w:rsidP="004D61B2">
      <w:pPr>
        <w:spacing w:line="312" w:lineRule="auto"/>
      </w:pPr>
      <w:r w:rsidRPr="0082399C">
        <w:t xml:space="preserve">SASI </w:t>
      </w:r>
      <w:r w:rsidR="00023574">
        <w:t>–</w:t>
      </w:r>
      <w:r w:rsidRPr="0082399C">
        <w:t xml:space="preserve"> Sight</w:t>
      </w:r>
      <w:r w:rsidR="00023574">
        <w:t xml:space="preserve"> </w:t>
      </w:r>
      <w:r w:rsidRPr="0082399C">
        <w:t xml:space="preserve">and Sound Impaired Committee </w:t>
      </w:r>
    </w:p>
    <w:p w14:paraId="3277BCB4" w14:textId="4D8F5457" w:rsidR="00166059" w:rsidRDefault="00CB3FC5" w:rsidP="009E7A4A">
      <w:pPr>
        <w:pStyle w:val="Heading1"/>
      </w:pPr>
      <w:bookmarkStart w:id="4" w:name="_Toc232406123"/>
      <w:r w:rsidRPr="00665C2E">
        <w:t>Registration Information</w:t>
      </w:r>
      <w:bookmarkEnd w:id="4"/>
    </w:p>
    <w:p w14:paraId="30581E7B" w14:textId="77777777" w:rsidR="005505E9" w:rsidRPr="005505E9" w:rsidRDefault="005505E9" w:rsidP="009E7A4A"/>
    <w:p w14:paraId="5FEDA936" w14:textId="1FF452E9" w:rsidR="005505E9" w:rsidRPr="005505E9" w:rsidRDefault="005505E9" w:rsidP="00B9229C">
      <w:pPr>
        <w:spacing w:after="240"/>
      </w:pPr>
      <w:r>
        <w:t xml:space="preserve">Registration will be in </w:t>
      </w:r>
      <w:r w:rsidR="00B7730F">
        <w:t>Sterling 9</w:t>
      </w:r>
      <w:r w:rsidR="615E59B2">
        <w:t>.</w:t>
      </w:r>
    </w:p>
    <w:p w14:paraId="5603CE43" w14:textId="77777777" w:rsidR="00347DD5" w:rsidRPr="00DD0E77" w:rsidRDefault="00347DD5" w:rsidP="00347DD5">
      <w:r w:rsidRPr="00DD0E77">
        <w:t>When you register, you’ll receive your convention ID badge</w:t>
      </w:r>
      <w:r>
        <w:t xml:space="preserve"> and</w:t>
      </w:r>
      <w:r w:rsidRPr="00DD0E77">
        <w:t xml:space="preserve"> program</w:t>
      </w:r>
      <w:r>
        <w:t xml:space="preserve">. Registration is </w:t>
      </w:r>
      <w:r w:rsidRPr="00DD0E77">
        <w:t>required to purchase event tickets and to be eligible for exciting door prizes. Be sure to always wear your badge. It grants you access to the exhibit hall and helps hotel staff and volunteers provide better service.</w:t>
      </w:r>
    </w:p>
    <w:p w14:paraId="6B0CB77B" w14:textId="77777777" w:rsidR="00347DD5" w:rsidRDefault="00347DD5" w:rsidP="00347DD5">
      <w:r w:rsidRPr="001B4063">
        <w:t>If you are pre-registered, your packet will be ready and waiting for you at registration. Please note that you may only pick up your own packet; picking up packets for others is not allowed. For questions about your registration or to purchase additional tickets, visit the Registration area in Sterling 9</w:t>
      </w:r>
      <w:r>
        <w:t>.</w:t>
      </w:r>
    </w:p>
    <w:p w14:paraId="2B0C7AC4" w14:textId="77777777" w:rsidR="00B7730F" w:rsidRDefault="00B7730F" w:rsidP="009E7A4A"/>
    <w:p w14:paraId="6A29EFD2" w14:textId="436C4128" w:rsidR="005505E9" w:rsidRPr="005505E9" w:rsidRDefault="005505E9" w:rsidP="009E7A4A">
      <w:r w:rsidRPr="005505E9">
        <w:t>Hours are:</w:t>
      </w:r>
    </w:p>
    <w:p w14:paraId="2E3C837B" w14:textId="57B4B983" w:rsidR="00B7730F" w:rsidRPr="00B7730F" w:rsidRDefault="00B7730F" w:rsidP="009E7A4A">
      <w:r w:rsidRPr="00B7730F">
        <w:t>Thursday, July 23rd: 6:00 pm to 9:00 pm: (pre-reg pick-up only</w:t>
      </w:r>
      <w:r w:rsidR="002729CA">
        <w:t>)</w:t>
      </w:r>
      <w:r w:rsidRPr="00B7730F">
        <w:t xml:space="preserve"> </w:t>
      </w:r>
    </w:p>
    <w:p w14:paraId="628CC5AC" w14:textId="77777777" w:rsidR="00B7730F" w:rsidRPr="00B7730F" w:rsidRDefault="00B7730F" w:rsidP="009E7A4A">
      <w:r w:rsidRPr="00B7730F">
        <w:t>Friday, July 24th: 8:00 am to 11:00 am (pre-reg pick-up only) and 11:00 am to 7:00 pm for pre-reg pick-up and onsite registrations</w:t>
      </w:r>
    </w:p>
    <w:p w14:paraId="4D8835F8" w14:textId="77777777" w:rsidR="00B7730F" w:rsidRPr="00B7730F" w:rsidRDefault="00B7730F" w:rsidP="009E7A4A">
      <w:r w:rsidRPr="00B7730F">
        <w:t>Saturday, July 25th: 8:00 am to 11:00 am (pre-reg pick-up only) and 11:00 am to 6:00 pm for pre-reg pick-up and onsite registrations.</w:t>
      </w:r>
    </w:p>
    <w:p w14:paraId="7D8B46CD" w14:textId="77777777" w:rsidR="00B7730F" w:rsidRPr="00B7730F" w:rsidRDefault="00B7730F" w:rsidP="009E7A4A">
      <w:r w:rsidRPr="00B7730F">
        <w:t>Sunday, July 26th and Monday, July 27th: 8:00 am to 5:00 pm</w:t>
      </w:r>
    </w:p>
    <w:p w14:paraId="63283343" w14:textId="77777777" w:rsidR="00B7730F" w:rsidRPr="00B7730F" w:rsidRDefault="00B7730F" w:rsidP="009E7A4A">
      <w:r w:rsidRPr="00B7730F">
        <w:t>Tuesday, July 28th and Wednesday, July 29th: 8:00 am to 3:00 pm.</w:t>
      </w:r>
    </w:p>
    <w:p w14:paraId="2D90DEDB" w14:textId="4B3DC1D0" w:rsidR="005505E9" w:rsidRPr="005505E9" w:rsidRDefault="00B7730F" w:rsidP="009E7A4A">
      <w:r w:rsidRPr="00B7730F">
        <w:t>Thursday, July 30: 8:00 am to 12:00 pm</w:t>
      </w:r>
      <w:r w:rsidR="002729CA">
        <w:br/>
      </w:r>
    </w:p>
    <w:p w14:paraId="0016DB45" w14:textId="36519BF5" w:rsidR="005505E9" w:rsidRPr="005505E9" w:rsidRDefault="001B4063" w:rsidP="009E7A4A">
      <w:r w:rsidRPr="001B4063">
        <w:rPr>
          <w:b/>
          <w:bCs/>
        </w:rPr>
        <w:t xml:space="preserve">Day Passes: </w:t>
      </w:r>
      <w:r w:rsidRPr="001B4063">
        <w:t>One-day passes are available for $20 (without a program) or $25 (with a program). These passes are color-coded by day and are valid only on the day of purchase. A one-day pass gives you access to the exhibit hall and other programs and allows you to purchase tickets for that day. To attend additional days, the full administrative fee must be paid.</w:t>
      </w:r>
    </w:p>
    <w:p w14:paraId="07E6A635" w14:textId="6591D9AF" w:rsidR="005505E9" w:rsidRPr="005505E9" w:rsidRDefault="005505E9" w:rsidP="009E7A4A">
      <w:r w:rsidRPr="005505E9">
        <w:rPr>
          <w:b/>
          <w:bCs/>
        </w:rPr>
        <w:t>Refunds:</w:t>
      </w:r>
      <w:r w:rsidRPr="005505E9">
        <w:t xml:space="preserve"> </w:t>
      </w:r>
      <w:r w:rsidR="001B4063" w:rsidRPr="001B4063">
        <w:t xml:space="preserve">ACB does not provide refunds for registration or administrative fees, sponsorship donations, or tickets for events you no longer wish to attend. Refunds are not issued for missed events unless </w:t>
      </w:r>
      <w:r w:rsidR="00DE70B9" w:rsidRPr="001B4063">
        <w:t>they are due</w:t>
      </w:r>
      <w:r w:rsidR="001B4063" w:rsidRPr="001B4063">
        <w:t xml:space="preserve"> to extreme illness (see below). Refunds are not given if you did not enjoy the event.</w:t>
      </w:r>
    </w:p>
    <w:p w14:paraId="1158F444" w14:textId="399FD0D6" w:rsidR="002729CA" w:rsidRPr="002729CA" w:rsidRDefault="001B4063" w:rsidP="00EA32BA">
      <w:r w:rsidRPr="001B4063">
        <w:t>Refunds for meals, events, and tours will be issued only if</w:t>
      </w:r>
      <w:r w:rsidR="00EA32BA">
        <w:t xml:space="preserve"> you request the </w:t>
      </w:r>
      <w:r w:rsidR="002729CA" w:rsidRPr="002729CA">
        <w:t>refund by July 6, 2026, either via email or by calling (612) 332-3242.</w:t>
      </w:r>
    </w:p>
    <w:p w14:paraId="3C0CEE25" w14:textId="5D409C53" w:rsidR="005505E9" w:rsidRPr="005505E9" w:rsidRDefault="001B4063" w:rsidP="009E7A4A">
      <w:r w:rsidRPr="001B4063">
        <w:t>If illness requires you to leave the convention early or be hospitalized, ACB will refund meals, events, and tours that occur after your absence begins. However, if a guarantee has already been given for a meal or tour, that portion is non-refundable. Tour ticket refunds are subject to specific conditions - please refer to the tour instructions for details.</w:t>
      </w:r>
    </w:p>
    <w:p w14:paraId="5718D85B" w14:textId="1B557852" w:rsidR="005505E9" w:rsidRPr="005505E9" w:rsidRDefault="005505E9" w:rsidP="009E7A4A">
      <w:r w:rsidRPr="005505E9">
        <w:rPr>
          <w:b/>
          <w:bCs/>
        </w:rPr>
        <w:t xml:space="preserve">Lost Tickets: </w:t>
      </w:r>
      <w:r w:rsidRPr="005505E9">
        <w:t>ACB does not replace tickets lost during the convention. All ticket packets are checked before distribution. If tickets are lost or misplaced, they must be repurchased.</w:t>
      </w:r>
      <w:r w:rsidR="001B4063">
        <w:t xml:space="preserve"> </w:t>
      </w:r>
      <w:r w:rsidR="001B4063" w:rsidRPr="001B4063">
        <w:t>Tickets cannot be given away or sold to another attendee.</w:t>
      </w:r>
    </w:p>
    <w:p w14:paraId="6F310FDF" w14:textId="12CB09BF" w:rsidR="005505E9" w:rsidRPr="00B13A47" w:rsidRDefault="005505E9" w:rsidP="009E7A4A">
      <w:r w:rsidRPr="14638D2A">
        <w:rPr>
          <w:b/>
          <w:bCs/>
        </w:rPr>
        <w:t xml:space="preserve">Sold-Out Events: </w:t>
      </w:r>
      <w:r>
        <w:t xml:space="preserve">ACB is not responsible for notifying you if an event or tour is sold out. If an event is full when you register, your name will be added to a waiting list in case </w:t>
      </w:r>
      <w:r w:rsidR="00DE70B9">
        <w:t>someone cancels</w:t>
      </w:r>
      <w:r>
        <w:t xml:space="preserve"> or the</w:t>
      </w:r>
      <w:r w:rsidR="00DE70B9">
        <w:t xml:space="preserve">re is </w:t>
      </w:r>
      <w:r w:rsidR="00A22CB1">
        <w:t>a release</w:t>
      </w:r>
      <w:r>
        <w:t xml:space="preserve"> of additional tickets.</w:t>
      </w:r>
    </w:p>
    <w:p w14:paraId="2B134D77" w14:textId="4790BF53" w:rsidR="14638D2A" w:rsidRDefault="14638D2A"/>
    <w:p w14:paraId="2BB96B97" w14:textId="7A121441" w:rsidR="00166059" w:rsidRDefault="00CB3FC5" w:rsidP="009E7A4A">
      <w:pPr>
        <w:pStyle w:val="Heading1"/>
      </w:pPr>
      <w:bookmarkStart w:id="5" w:name="_Toc232406124"/>
      <w:r w:rsidRPr="00B13A47">
        <w:t>Communication Center &amp; Convention Newspaper</w:t>
      </w:r>
      <w:bookmarkEnd w:id="5"/>
    </w:p>
    <w:p w14:paraId="36CD067D" w14:textId="77777777" w:rsidR="00927AA3" w:rsidRPr="00927AA3" w:rsidRDefault="00927AA3" w:rsidP="009E7A4A"/>
    <w:p w14:paraId="7D98A934" w14:textId="1ADC6090" w:rsidR="00D73819" w:rsidRPr="00D73819" w:rsidRDefault="00D73819" w:rsidP="009E7A4A">
      <w:r w:rsidRPr="00D73819">
        <w:t xml:space="preserve">A </w:t>
      </w:r>
      <w:r w:rsidR="00DE70B9">
        <w:t>h</w:t>
      </w:r>
      <w:r w:rsidRPr="00D73819">
        <w:t xml:space="preserve">uge </w:t>
      </w:r>
      <w:r w:rsidR="00DE70B9">
        <w:t>t</w:t>
      </w:r>
      <w:r w:rsidRPr="00D73819">
        <w:t>hank-you to American Printing house for the Blind (APH) for their donation of braille paper.</w:t>
      </w:r>
    </w:p>
    <w:p w14:paraId="722FC472" w14:textId="77777777" w:rsidR="00D73819" w:rsidRDefault="00D73819" w:rsidP="009E7A4A"/>
    <w:p w14:paraId="531F3503" w14:textId="14AA820D" w:rsidR="00927AA3" w:rsidRDefault="00D73819" w:rsidP="009E7A4A">
      <w:r>
        <w:t>The Marcia Nigro Dresser Communication Center is in Sterling 8.  It is open from 8:00 am to 5:00 pm, Friday, July 24 through Wednesday, July 29.  This is where you can place ads in the paper, make braille or print copies</w:t>
      </w:r>
      <w:r w:rsidR="6CF73331">
        <w:t>,</w:t>
      </w:r>
      <w:r>
        <w:t xml:space="preserve"> or volunteer to help produce the newspaper.</w:t>
      </w:r>
    </w:p>
    <w:p w14:paraId="036148C4" w14:textId="672C98A1" w:rsidR="00166059" w:rsidRDefault="00166059" w:rsidP="009E7A4A"/>
    <w:p w14:paraId="202D2928" w14:textId="510F2C35" w:rsidR="00D73819" w:rsidRPr="00236131" w:rsidRDefault="00D73819" w:rsidP="14638D2A">
      <w:pPr>
        <w:pStyle w:val="Heading2"/>
      </w:pPr>
      <w:bookmarkStart w:id="6" w:name="_Toc232406125"/>
      <w:r>
        <w:t>Convention Newspaper</w:t>
      </w:r>
      <w:bookmarkEnd w:id="6"/>
    </w:p>
    <w:p w14:paraId="1175E487" w14:textId="2008AD24" w:rsidR="00D73819" w:rsidRPr="00D73819" w:rsidRDefault="00D73819" w:rsidP="009E7A4A">
      <w:r>
        <w:t>This year's newspaper is the "Gateway Gazette” and is published each day, Friday through Wednesday, in braille and large print</w:t>
      </w:r>
      <w:r w:rsidR="00D31D85">
        <w:t>. You may</w:t>
      </w:r>
      <w:r>
        <w:t xml:space="preserve"> pick up a copy at the Information </w:t>
      </w:r>
      <w:r w:rsidR="00DE70B9">
        <w:t>Desk,</w:t>
      </w:r>
      <w:r w:rsidR="00D31D85">
        <w:t xml:space="preserve"> and t</w:t>
      </w:r>
      <w:r>
        <w:t>he paper is also available on the ACB convention email list.</w:t>
      </w:r>
    </w:p>
    <w:p w14:paraId="72CCC1EB" w14:textId="77777777" w:rsidR="00D73819" w:rsidRPr="00D73819" w:rsidRDefault="00D73819" w:rsidP="009E7A4A"/>
    <w:p w14:paraId="6C94602E" w14:textId="1A7A29A6" w:rsidR="00B51006" w:rsidRDefault="00D73819" w:rsidP="009E7A4A">
      <w:r w:rsidRPr="00D73819">
        <w:t>ACB Students (ACBS) will deliver the newspaper to your hotel room door. For $10 your paper will be waiting for you each morning when you wake up. After you sign up for newspaper delivery, you need to activate your service by giving your room number and your newspaper format preference at the Information Desk.</w:t>
      </w:r>
    </w:p>
    <w:p w14:paraId="57E94A85" w14:textId="77777777" w:rsidR="00A0217B" w:rsidRDefault="00A0217B" w:rsidP="009E7A4A"/>
    <w:p w14:paraId="5BDA1957" w14:textId="77777777" w:rsidR="00A0217B" w:rsidRPr="00236131" w:rsidRDefault="00A0217B" w:rsidP="14638D2A">
      <w:pPr>
        <w:pStyle w:val="Heading2"/>
      </w:pPr>
      <w:bookmarkStart w:id="7" w:name="_Toc232406126"/>
      <w:r>
        <w:t>Ads and Announcements</w:t>
      </w:r>
      <w:bookmarkEnd w:id="7"/>
    </w:p>
    <w:p w14:paraId="274FCB96" w14:textId="77777777" w:rsidR="00D73819" w:rsidRDefault="00D73819" w:rsidP="009E7A4A">
      <w:r w:rsidRPr="00D73819">
        <w:t>Ads and other items for publication must be in the Communication Center by 2:00 pm each day. The BOP allows ads to run for up to three days to give important convention announcements more space. Ads must be no longer than 75 words. BOP editorial policy prohibits the production or distribution of campaign materials by the Communication Center.</w:t>
      </w:r>
    </w:p>
    <w:p w14:paraId="14FC34FC" w14:textId="77777777" w:rsidR="00D73819" w:rsidRPr="00D73819" w:rsidRDefault="00D73819" w:rsidP="009E7A4A"/>
    <w:p w14:paraId="767AD88D" w14:textId="43F02172" w:rsidR="00D73819" w:rsidRDefault="00D31D85" w:rsidP="009E7A4A">
      <w:r>
        <w:t>The onsite c</w:t>
      </w:r>
      <w:r w:rsidR="00D73819" w:rsidRPr="00D73819">
        <w:t>ost of advertising in the newspaper is:</w:t>
      </w:r>
    </w:p>
    <w:p w14:paraId="64A2DB61" w14:textId="75C61C31" w:rsidR="00D73819" w:rsidRDefault="00D73819" w:rsidP="00DE70B9">
      <w:pPr>
        <w:pStyle w:val="ListParagraph"/>
        <w:numPr>
          <w:ilvl w:val="0"/>
          <w:numId w:val="29"/>
        </w:numPr>
      </w:pPr>
      <w:r w:rsidRPr="00D73819">
        <w:t>Individuals, ACB affiliates and blind representatives of MLM companies - $</w:t>
      </w:r>
      <w:r w:rsidR="00D31D85">
        <w:t>2</w:t>
      </w:r>
      <w:r w:rsidRPr="00D73819">
        <w:t>5/day or $</w:t>
      </w:r>
      <w:r w:rsidR="00D31D85">
        <w:t>6</w:t>
      </w:r>
      <w:r w:rsidRPr="00D73819">
        <w:t>0 for 3 days</w:t>
      </w:r>
    </w:p>
    <w:p w14:paraId="2EB99BF5" w14:textId="76FA4D24" w:rsidR="00D73819" w:rsidRDefault="00D73819" w:rsidP="00DE70B9">
      <w:pPr>
        <w:pStyle w:val="ListParagraph"/>
        <w:numPr>
          <w:ilvl w:val="0"/>
          <w:numId w:val="29"/>
        </w:numPr>
      </w:pPr>
      <w:r w:rsidRPr="00D73819">
        <w:t>Exhibitors - $40/day or $1</w:t>
      </w:r>
      <w:r w:rsidR="00D31D85">
        <w:t>1</w:t>
      </w:r>
      <w:r w:rsidRPr="00D73819">
        <w:t>0 for 3 days</w:t>
      </w:r>
    </w:p>
    <w:p w14:paraId="3B41FEBA" w14:textId="01CB94B3" w:rsidR="00D73819" w:rsidRPr="00D73819" w:rsidRDefault="00D73819" w:rsidP="00DE70B9">
      <w:pPr>
        <w:pStyle w:val="ListParagraph"/>
        <w:numPr>
          <w:ilvl w:val="0"/>
          <w:numId w:val="29"/>
        </w:numPr>
      </w:pPr>
      <w:r w:rsidRPr="00D73819">
        <w:t>All others - $50/day or $1</w:t>
      </w:r>
      <w:r w:rsidR="00D31D85">
        <w:t>40</w:t>
      </w:r>
      <w:r w:rsidRPr="00D73819">
        <w:t xml:space="preserve"> for 3 days.</w:t>
      </w:r>
    </w:p>
    <w:p w14:paraId="03F1FE41" w14:textId="44C2BBAE" w:rsidR="00A0217B" w:rsidRPr="00596D32" w:rsidRDefault="00D73819" w:rsidP="009E7A4A">
      <w:r w:rsidRPr="00D73819">
        <w:t>You pay for advertising at Registration; show your receipt at the Communication Center when submitting your ad.</w:t>
      </w:r>
    </w:p>
    <w:p w14:paraId="75B3A780" w14:textId="77777777" w:rsidR="00A0217B" w:rsidRPr="00596D32" w:rsidRDefault="00A0217B" w:rsidP="009E7A4A"/>
    <w:p w14:paraId="082DD9EE" w14:textId="31C0C224" w:rsidR="00A0217B" w:rsidRPr="00236131" w:rsidRDefault="00A0217B" w:rsidP="14638D2A">
      <w:pPr>
        <w:pStyle w:val="Heading2"/>
      </w:pPr>
      <w:bookmarkStart w:id="8" w:name="_Toc232406127"/>
      <w:r>
        <w:t>Brailling and Photocopying</w:t>
      </w:r>
      <w:bookmarkEnd w:id="8"/>
    </w:p>
    <w:p w14:paraId="620E3FD3" w14:textId="77777777" w:rsidR="00A0217B" w:rsidRPr="00596D32" w:rsidRDefault="00A0217B" w:rsidP="009E7A4A"/>
    <w:p w14:paraId="5A1FDEC4" w14:textId="77777777" w:rsidR="00D73819" w:rsidRPr="00D73819" w:rsidRDefault="00D73819" w:rsidP="009E7A4A">
      <w:r w:rsidRPr="00D73819">
        <w:t>Photocopying is available at the Communication Center for 10 cents/page. Brailling services are available as follows:</w:t>
      </w:r>
    </w:p>
    <w:p w14:paraId="13B1F4C6" w14:textId="77777777" w:rsidR="00D73819" w:rsidRPr="00D73819" w:rsidRDefault="00D73819" w:rsidP="00DE70B9">
      <w:pPr>
        <w:pStyle w:val="ListParagraph"/>
        <w:numPr>
          <w:ilvl w:val="0"/>
          <w:numId w:val="29"/>
        </w:numPr>
      </w:pPr>
      <w:r w:rsidRPr="00D73819">
        <w:t>Individuals, ACB affiliates, and blind representatives of MLM companies: 10 cents/page</w:t>
      </w:r>
    </w:p>
    <w:p w14:paraId="4E1AB23C" w14:textId="77777777" w:rsidR="00D73819" w:rsidRDefault="00D73819" w:rsidP="00DE70B9">
      <w:pPr>
        <w:pStyle w:val="ListParagraph"/>
        <w:numPr>
          <w:ilvl w:val="0"/>
          <w:numId w:val="29"/>
        </w:numPr>
      </w:pPr>
      <w:r w:rsidRPr="00D73819">
        <w:t>Small businesses and small nonprofits: 20 cents/page</w:t>
      </w:r>
    </w:p>
    <w:p w14:paraId="2A20BFCE" w14:textId="3CA98331" w:rsidR="00D73819" w:rsidRPr="00D73819" w:rsidRDefault="00D73819" w:rsidP="00DE70B9">
      <w:pPr>
        <w:pStyle w:val="ListParagraph"/>
        <w:numPr>
          <w:ilvl w:val="0"/>
          <w:numId w:val="29"/>
        </w:numPr>
      </w:pPr>
      <w:r w:rsidRPr="00D73819">
        <w:t>All others: 35 cents/page</w:t>
      </w:r>
    </w:p>
    <w:p w14:paraId="456B099E" w14:textId="77777777" w:rsidR="00D73819" w:rsidRPr="00D73819" w:rsidRDefault="00D73819" w:rsidP="009E7A4A"/>
    <w:p w14:paraId="365CCCB0" w14:textId="264A1934" w:rsidR="00D73819" w:rsidRDefault="00D73819" w:rsidP="009E7A4A">
      <w:r w:rsidRPr="00D73819">
        <w:t>If your committee or affiliate needs something in braille or large print, bring files early in the day so we can fit your job between other tasks. A test copy will be printed to let you know the number of pages per copy. Be sure to tell us how many of each format you need and by what time. Please make payment at registration.</w:t>
      </w:r>
    </w:p>
    <w:p w14:paraId="091B7C56" w14:textId="77777777" w:rsidR="00D73819" w:rsidRPr="00D73819" w:rsidRDefault="00D73819" w:rsidP="009E7A4A"/>
    <w:p w14:paraId="37CDB297" w14:textId="5D8CC255" w:rsidR="00A0217B" w:rsidRPr="00596D32" w:rsidRDefault="00C33D5E" w:rsidP="009E7A4A">
      <w:r>
        <w:t>T</w:t>
      </w:r>
      <w:r w:rsidR="00D73819" w:rsidRPr="00D73819">
        <w:t>he Communication Center is a working room. While the convention is a great place to meet and greet, loud conversations make it difficult to hear the speech synthesizers on the computers. Help us help you get the information you need.</w:t>
      </w:r>
    </w:p>
    <w:p w14:paraId="488D716C" w14:textId="77777777" w:rsidR="00B13A47" w:rsidRPr="00162BD7" w:rsidRDefault="00B13A47" w:rsidP="009E7A4A"/>
    <w:p w14:paraId="46313090" w14:textId="5BEDFA82" w:rsidR="00166059" w:rsidRDefault="00CB3FC5" w:rsidP="009E7A4A">
      <w:pPr>
        <w:pStyle w:val="Heading1"/>
      </w:pPr>
      <w:bookmarkStart w:id="9" w:name="_Toc232406128"/>
      <w:r w:rsidRPr="003104E9">
        <w:t>Digital Information &amp; Internet</w:t>
      </w:r>
      <w:bookmarkEnd w:id="9"/>
      <w:r w:rsidRPr="003104E9">
        <w:t xml:space="preserve"> </w:t>
      </w:r>
    </w:p>
    <w:p w14:paraId="29BFCC62" w14:textId="77777777" w:rsidR="003104E9" w:rsidRPr="003104E9" w:rsidRDefault="003104E9" w:rsidP="009E7A4A"/>
    <w:p w14:paraId="0FD058DC" w14:textId="77777777" w:rsidR="007A47C3" w:rsidRPr="007A47C3" w:rsidRDefault="007A47C3" w:rsidP="009E7A4A">
      <w:r w:rsidRPr="007A47C3">
        <w:t>If you have registered for the convention, you will receive Zoom invitations for all sessions. You can join via computer or phone.</w:t>
      </w:r>
    </w:p>
    <w:p w14:paraId="46EDA904" w14:textId="77777777" w:rsidR="007A47C3" w:rsidRPr="007A47C3" w:rsidRDefault="007A47C3" w:rsidP="009E7A4A"/>
    <w:p w14:paraId="2679E807" w14:textId="37518A29" w:rsidR="007A47C3" w:rsidRPr="007A47C3" w:rsidRDefault="006E1048" w:rsidP="009E7A4A">
      <w:r>
        <w:t>Probably the easiest way to access the Zoom links is to log into your account at members.acb.org.  For screen readers, go to the top of page, arrow down to the navigation region where you will find various links, one of which is labelled “</w:t>
      </w:r>
      <w:r w:rsidR="340BC2DA">
        <w:t>Z</w:t>
      </w:r>
      <w:r>
        <w:t>oom links.” That link will take you to a page where you select the date of the session(s) you are looking for. You will then access a listing in chronological order of all sessions for that day. For each session there are two buttons. If you are listening with your computer, choose the button labeled “</w:t>
      </w:r>
      <w:r w:rsidR="7543B3E4">
        <w:t>Z</w:t>
      </w:r>
      <w:r>
        <w:t>oom.” If you are listening on your phone, choose the button labeled “phone</w:t>
      </w:r>
      <w:r w:rsidR="5663AD28">
        <w:t>.</w:t>
      </w:r>
      <w:r>
        <w:t>” You don’t need to know any access links or passcodes.</w:t>
      </w:r>
    </w:p>
    <w:p w14:paraId="2DC72BC3" w14:textId="77777777" w:rsidR="007A47C3" w:rsidRPr="007A47C3" w:rsidRDefault="007A47C3" w:rsidP="009E7A4A"/>
    <w:p w14:paraId="3BF85800" w14:textId="6BF0AEB5" w:rsidR="006E1048" w:rsidRDefault="006E1048" w:rsidP="009E7A4A">
      <w:r>
        <w:t xml:space="preserve">Much of the conference will be streamed on ACB </w:t>
      </w:r>
      <w:r w:rsidR="60BC9FC8">
        <w:t>M</w:t>
      </w:r>
      <w:r>
        <w:t xml:space="preserve">edia using multiple streams. All general sessions, and some of our afternoon and evening programming will be live streamed on ACB </w:t>
      </w:r>
      <w:r w:rsidR="4234878E">
        <w:t>M</w:t>
      </w:r>
      <w:r>
        <w:t>edia.</w:t>
      </w:r>
    </w:p>
    <w:p w14:paraId="10D9B181" w14:textId="77777777" w:rsidR="006E1048" w:rsidRPr="006E1048" w:rsidRDefault="006E1048" w:rsidP="009E7A4A"/>
    <w:p w14:paraId="36A4BC6B" w14:textId="453D5F03" w:rsidR="007A47C3" w:rsidRDefault="006E1048" w:rsidP="009E7A4A">
      <w:r>
        <w:t xml:space="preserve">Other sessions will be recorded and replayed on ACB </w:t>
      </w:r>
      <w:r w:rsidR="5C61433D">
        <w:t>M</w:t>
      </w:r>
      <w:r>
        <w:t xml:space="preserve">edia. Sessions will be available as podcasts after the convention and archived for later listening on ACB </w:t>
      </w:r>
      <w:r w:rsidR="00678DFE">
        <w:t>M</w:t>
      </w:r>
      <w:r>
        <w:t>edia.</w:t>
      </w:r>
    </w:p>
    <w:p w14:paraId="36738E6B" w14:textId="77777777" w:rsidR="009E7A4A" w:rsidRPr="007A47C3" w:rsidRDefault="009E7A4A" w:rsidP="009E7A4A"/>
    <w:p w14:paraId="5AA6ACCC" w14:textId="77777777" w:rsidR="009E7A4A" w:rsidRPr="0024573C" w:rsidRDefault="009E7A4A" w:rsidP="009E7A4A">
      <w:pPr>
        <w:pStyle w:val="Heading1"/>
        <w:rPr>
          <w:szCs w:val="44"/>
        </w:rPr>
      </w:pPr>
      <w:bookmarkStart w:id="10" w:name="_Toc198814948"/>
      <w:bookmarkStart w:id="11" w:name="_Toc232406129"/>
      <w:r w:rsidRPr="0024573C">
        <w:t>How to Access ACB Media Programming</w:t>
      </w:r>
      <w:bookmarkEnd w:id="10"/>
      <w:bookmarkEnd w:id="11"/>
    </w:p>
    <w:p w14:paraId="7BEE89A8" w14:textId="77777777" w:rsidR="00CA624E" w:rsidRPr="00CA624E" w:rsidRDefault="00CA624E" w:rsidP="009E7A4A">
      <w:r w:rsidRPr="00CA624E">
        <w:t>There are several ways to connect to ACB Media:</w:t>
      </w:r>
    </w:p>
    <w:p w14:paraId="0923EDF7" w14:textId="77777777" w:rsidR="00CA624E" w:rsidRPr="00CA624E" w:rsidRDefault="00CA624E" w:rsidP="009E7A4A"/>
    <w:p w14:paraId="426CE0FE" w14:textId="7D709549" w:rsidR="00CA624E" w:rsidRPr="00A84E2C" w:rsidRDefault="00CA624E" w:rsidP="14638D2A">
      <w:pPr>
        <w:rPr>
          <w:b/>
          <w:bCs/>
          <w:u w:val="single"/>
        </w:rPr>
      </w:pPr>
      <w:r w:rsidRPr="14638D2A">
        <w:rPr>
          <w:b/>
          <w:bCs/>
          <w:u w:val="single"/>
        </w:rPr>
        <w:t>Amazon Alexa enabled device (Recommended)</w:t>
      </w:r>
    </w:p>
    <w:p w14:paraId="660035F4" w14:textId="67B743B1" w:rsidR="00CA624E" w:rsidRDefault="006E1048" w:rsidP="009E7A4A">
      <w:r w:rsidRPr="006E1048">
        <w:t>Alexa “Ask ACB Media to play Media n”. (n = stream number). For example, to listen to General Session during National Convention; “Alexa, ask ACB Media to play 1”</w:t>
      </w:r>
    </w:p>
    <w:p w14:paraId="22EAE93A" w14:textId="77777777" w:rsidR="006E1048" w:rsidRDefault="006E1048" w:rsidP="009E7A4A"/>
    <w:p w14:paraId="43E95178" w14:textId="77777777" w:rsidR="00D5029B" w:rsidRDefault="00D5029B">
      <w:pPr>
        <w:rPr>
          <w:b/>
          <w:bCs/>
          <w:u w:val="single"/>
        </w:rPr>
      </w:pPr>
      <w:r>
        <w:rPr>
          <w:b/>
          <w:bCs/>
          <w:u w:val="single"/>
        </w:rPr>
        <w:br w:type="page"/>
      </w:r>
    </w:p>
    <w:p w14:paraId="1F6BE20F" w14:textId="0EA0A512" w:rsidR="00CA624E" w:rsidRPr="00A84E2C" w:rsidRDefault="00CA624E" w:rsidP="14638D2A">
      <w:pPr>
        <w:rPr>
          <w:b/>
          <w:bCs/>
          <w:u w:val="single"/>
        </w:rPr>
      </w:pPr>
      <w:r w:rsidRPr="14638D2A">
        <w:rPr>
          <w:b/>
          <w:bCs/>
          <w:u w:val="single"/>
        </w:rPr>
        <w:t>PC / browser access (Recommended)</w:t>
      </w:r>
    </w:p>
    <w:p w14:paraId="08CC0FA0" w14:textId="64D9B4F2" w:rsidR="00CA624E" w:rsidRPr="00CA624E" w:rsidRDefault="006E1048" w:rsidP="009E7A4A">
      <w:pPr>
        <w:rPr>
          <w:u w:val="single"/>
        </w:rPr>
      </w:pPr>
      <w:r>
        <w:t xml:space="preserve">Visit acbmedia.org at </w:t>
      </w:r>
      <w:hyperlink r:id="rId15">
        <w:r w:rsidRPr="14638D2A">
          <w:rPr>
            <w:rStyle w:val="Hyperlink"/>
            <w:color w:val="auto"/>
            <w:u w:val="none"/>
          </w:rPr>
          <w:t>http://www.acbmedia.org/n</w:t>
        </w:r>
      </w:hyperlink>
      <w:r>
        <w:t xml:space="preserve"> (n= stream number). The site has a built-in media player</w:t>
      </w:r>
      <w:r w:rsidR="70DA3D73">
        <w:t>;</w:t>
      </w:r>
      <w:r>
        <w:t xml:space="preserve"> there is no need to install or use a media player on your device. Hit the play button and the stream will begin playing immediately.</w:t>
      </w:r>
    </w:p>
    <w:p w14:paraId="17802D1E" w14:textId="77777777" w:rsidR="00CA624E" w:rsidRPr="00CA624E" w:rsidRDefault="00CA624E" w:rsidP="009E7A4A"/>
    <w:p w14:paraId="2654EB88" w14:textId="53966C6E" w:rsidR="00CA624E" w:rsidRPr="00A84E2C" w:rsidRDefault="00CA624E" w:rsidP="14638D2A">
      <w:pPr>
        <w:rPr>
          <w:b/>
          <w:bCs/>
          <w:u w:val="single"/>
        </w:rPr>
      </w:pPr>
      <w:r w:rsidRPr="14638D2A">
        <w:rPr>
          <w:b/>
          <w:bCs/>
          <w:u w:val="single"/>
        </w:rPr>
        <w:t xml:space="preserve">Smart Device Access (Recommended) </w:t>
      </w:r>
    </w:p>
    <w:p w14:paraId="22DC8079" w14:textId="262E8A26" w:rsidR="00CA624E" w:rsidRPr="00CA624E" w:rsidRDefault="00B770B8" w:rsidP="009E7A4A">
      <w:r w:rsidRPr="00B770B8">
        <w:t>Download “ACB Link” from your app store. Find “Radio” along the bottom of the screen, then “Menu” in the top left corner. Select “Streams” and then choose the stream you wish to listen to. Double tap the play button.</w:t>
      </w:r>
    </w:p>
    <w:p w14:paraId="0039610D" w14:textId="77777777" w:rsidR="00CA624E" w:rsidRPr="00CA624E" w:rsidRDefault="00CA624E" w:rsidP="009E7A4A"/>
    <w:p w14:paraId="344CE0F4" w14:textId="77777777" w:rsidR="00CA624E" w:rsidRPr="00BB0B2B" w:rsidRDefault="00CA624E" w:rsidP="14638D2A">
      <w:pPr>
        <w:rPr>
          <w:b/>
          <w:bCs/>
          <w:u w:val="single"/>
        </w:rPr>
      </w:pPr>
      <w:r w:rsidRPr="14638D2A">
        <w:rPr>
          <w:b/>
          <w:bCs/>
          <w:u w:val="single"/>
        </w:rPr>
        <w:t>Victor Reader Stream Access</w:t>
      </w:r>
    </w:p>
    <w:p w14:paraId="045EB116" w14:textId="14D3F3CD" w:rsidR="00CA624E" w:rsidRPr="00CA624E" w:rsidRDefault="00B770B8" w:rsidP="009E7A4A">
      <w:r w:rsidRPr="00B770B8">
        <w:t>Navigate to “Internet radio library” in the “online bookshelf”. Locate the Humanware playlist. From the playlist, select ACB Media n (n = stream number) and hit play.</w:t>
      </w:r>
    </w:p>
    <w:p w14:paraId="3FBC3C95" w14:textId="77777777" w:rsidR="00CA624E" w:rsidRPr="00236131" w:rsidRDefault="00CA624E" w:rsidP="009E7A4A">
      <w:pPr>
        <w:rPr>
          <w:b/>
          <w:bCs/>
          <w:u w:val="single"/>
        </w:rPr>
      </w:pPr>
    </w:p>
    <w:p w14:paraId="336D04AF" w14:textId="483108BF" w:rsidR="00CA624E" w:rsidRPr="00BB0B2B" w:rsidRDefault="00CA624E" w:rsidP="14638D2A">
      <w:pPr>
        <w:rPr>
          <w:b/>
          <w:bCs/>
          <w:u w:val="single"/>
        </w:rPr>
      </w:pPr>
      <w:r w:rsidRPr="14638D2A">
        <w:rPr>
          <w:b/>
          <w:bCs/>
          <w:u w:val="single"/>
        </w:rPr>
        <w:t xml:space="preserve">Dial-In Access for programming originating in Zoom </w:t>
      </w:r>
    </w:p>
    <w:p w14:paraId="78597E45" w14:textId="79354B77" w:rsidR="00CA624E" w:rsidRDefault="00B770B8" w:rsidP="009E7A4A">
      <w:r w:rsidRPr="00B770B8">
        <w:t>Dial the Zoom access number provided with the schedule information for the session. When prompted, enter the meeting / webinar ID followed by #. You will hear the exact same program that is being streamed on ACB Media.</w:t>
      </w:r>
    </w:p>
    <w:p w14:paraId="676E45BD" w14:textId="77777777" w:rsidR="002042A2" w:rsidRDefault="002042A2" w:rsidP="009E7A4A"/>
    <w:p w14:paraId="4BB88AA0" w14:textId="79BA8096" w:rsidR="002042A2" w:rsidRPr="00BB0B2B" w:rsidRDefault="002042A2" w:rsidP="14638D2A">
      <w:pPr>
        <w:rPr>
          <w:b/>
          <w:bCs/>
          <w:u w:val="single"/>
        </w:rPr>
      </w:pPr>
      <w:r w:rsidRPr="14638D2A">
        <w:rPr>
          <w:b/>
          <w:bCs/>
          <w:u w:val="single"/>
        </w:rPr>
        <w:t xml:space="preserve">Alternate Dial-In Access (Not Recommended) </w:t>
      </w:r>
    </w:p>
    <w:p w14:paraId="343E0E54" w14:textId="78C3B25B" w:rsidR="002042A2" w:rsidRPr="00CA624E" w:rsidRDefault="002042A2" w:rsidP="14638D2A">
      <w:r>
        <w:t>Dial 1</w:t>
      </w:r>
      <w:r w:rsidRPr="14638D2A">
        <w:rPr>
          <w:b/>
          <w:bCs/>
          <w:i/>
          <w:iCs/>
        </w:rPr>
        <w:t xml:space="preserve"> </w:t>
      </w:r>
      <w:r>
        <w:t xml:space="preserve">(518) 906-1820. Listen to the menu prompts and press the number for the stream you want. Please note that this is a free service provided by Zeno Media. This service is limited in terms of simultaneous listeners and ACB does not warrant this service. If dial-in is your only option and the program </w:t>
      </w:r>
      <w:r w:rsidR="00ED12CC">
        <w:t>originates</w:t>
      </w:r>
      <w:r>
        <w:t xml:space="preserve"> in Zoom, we recommend that you dial</w:t>
      </w:r>
      <w:r w:rsidR="1A3207DE">
        <w:t xml:space="preserve"> </w:t>
      </w:r>
      <w:r>
        <w:t>in to the Zoom meeting / webinar directly (see above).</w:t>
      </w:r>
    </w:p>
    <w:p w14:paraId="1C4E0EF6" w14:textId="099A10D5" w:rsidR="00427836" w:rsidRDefault="00427836" w:rsidP="009E7A4A"/>
    <w:p w14:paraId="79A0AA70" w14:textId="26611DB6" w:rsidR="00CA624E" w:rsidRPr="00E60E59" w:rsidRDefault="00CA624E" w:rsidP="009E7A4A">
      <w:pPr>
        <w:pStyle w:val="Heading1"/>
      </w:pPr>
      <w:bookmarkStart w:id="12" w:name="_Toc198814949"/>
      <w:bookmarkStart w:id="13" w:name="_Toc232406130"/>
      <w:r w:rsidRPr="00E60E59">
        <w:t>Accessing Sessions via Zoom Webinar</w:t>
      </w:r>
      <w:bookmarkEnd w:id="12"/>
      <w:bookmarkEnd w:id="13"/>
    </w:p>
    <w:p w14:paraId="23B777EF" w14:textId="77777777" w:rsidR="00CA624E" w:rsidRPr="00CA624E" w:rsidRDefault="00CA624E" w:rsidP="009E7A4A"/>
    <w:p w14:paraId="5080DF5E" w14:textId="77777777" w:rsidR="00CA624E" w:rsidRPr="00CA624E" w:rsidRDefault="00CA624E" w:rsidP="00BB0B2B">
      <w:pPr>
        <w:ind w:left="0" w:firstLine="0"/>
      </w:pPr>
      <w:r w:rsidRPr="00CA624E">
        <w:t>All general sessions and most workshops and seminars will be held using the Zoom webinar format. Unlike a standard Zoom meeting, you won’t be able to turn on your camera, and your microphone will remain muted unless the Zoom host gives you permission to speak.</w:t>
      </w:r>
    </w:p>
    <w:p w14:paraId="7B06074A" w14:textId="77777777" w:rsidR="00CA624E" w:rsidRPr="00CA624E" w:rsidRDefault="00CA624E" w:rsidP="009E7A4A"/>
    <w:p w14:paraId="3152A289" w14:textId="09AB7EDC" w:rsidR="00CA624E" w:rsidRPr="00CA624E" w:rsidRDefault="00CA624E" w:rsidP="00BB0B2B">
      <w:pPr>
        <w:ind w:left="0" w:firstLine="0"/>
      </w:pPr>
      <w:r w:rsidRPr="00CA624E">
        <w:t>If you're joining from a PC or Mac, you may be asked to enter your name and email address. This information is only used by Zoom to verify that you’re not a robot -</w:t>
      </w:r>
      <w:r w:rsidR="00D4176E">
        <w:t xml:space="preserve"> </w:t>
      </w:r>
      <w:r w:rsidRPr="00CA624E">
        <w:t>ACB does not collect or store this information.</w:t>
      </w:r>
    </w:p>
    <w:p w14:paraId="4A3236F6" w14:textId="77777777" w:rsidR="00CA624E" w:rsidRPr="00CA624E" w:rsidRDefault="00CA624E" w:rsidP="009E7A4A"/>
    <w:p w14:paraId="0373695E" w14:textId="77777777" w:rsidR="00CA624E" w:rsidRPr="00CA624E" w:rsidRDefault="00CA624E" w:rsidP="00BB0B2B">
      <w:pPr>
        <w:ind w:left="0" w:firstLine="0"/>
      </w:pPr>
      <w:r w:rsidRPr="00CA624E">
        <w:t>When you join a session, you may hear an announcement that the call is being recorded. No action is required on your part - just continue into the session as usual.</w:t>
      </w:r>
    </w:p>
    <w:p w14:paraId="7D9DE122" w14:textId="77777777" w:rsidR="00CA624E" w:rsidRPr="00CA624E" w:rsidRDefault="00CA624E" w:rsidP="009E7A4A"/>
    <w:p w14:paraId="2CD2D914" w14:textId="77777777" w:rsidR="00CA624E" w:rsidRPr="00CA624E" w:rsidRDefault="00CA624E" w:rsidP="00BB0B2B">
      <w:pPr>
        <w:ind w:left="0" w:firstLine="0"/>
      </w:pPr>
      <w:r w:rsidRPr="00CA624E">
        <w:t>In Webinar, use these commands to raise your hand and to unmute, both of which are toggles:</w:t>
      </w:r>
    </w:p>
    <w:p w14:paraId="2FDE9455" w14:textId="77777777" w:rsidR="00CA624E" w:rsidRPr="00CA624E" w:rsidRDefault="00CA624E" w:rsidP="009E7A4A">
      <w:pPr>
        <w:pStyle w:val="ListParagraph"/>
        <w:numPr>
          <w:ilvl w:val="0"/>
          <w:numId w:val="19"/>
        </w:numPr>
      </w:pPr>
      <w:r w:rsidRPr="00CA624E">
        <w:t>On the PC - raise hand: alt-Y; Mute and unmute: alt-A when the prompt is given</w:t>
      </w:r>
    </w:p>
    <w:p w14:paraId="08ED3FF9" w14:textId="77777777" w:rsidR="00CA624E" w:rsidRPr="00CA624E" w:rsidRDefault="00CA624E" w:rsidP="009E7A4A">
      <w:pPr>
        <w:pStyle w:val="ListParagraph"/>
        <w:numPr>
          <w:ilvl w:val="0"/>
          <w:numId w:val="19"/>
        </w:numPr>
      </w:pPr>
      <w:r w:rsidRPr="00CA624E">
        <w:t>On the Mac - Raise hand: option-Y; Mute and unmute: command-shift-A</w:t>
      </w:r>
    </w:p>
    <w:p w14:paraId="10BBE4B0" w14:textId="77777777" w:rsidR="00CA624E" w:rsidRPr="00CA624E" w:rsidRDefault="00CA624E" w:rsidP="009E7A4A">
      <w:pPr>
        <w:pStyle w:val="ListParagraph"/>
        <w:numPr>
          <w:ilvl w:val="0"/>
          <w:numId w:val="19"/>
        </w:numPr>
      </w:pPr>
      <w:r w:rsidRPr="00CA624E">
        <w:t>From the app - Raise hand: on the main screen; Mute and unmute: from the main screen when the prompt is given</w:t>
      </w:r>
    </w:p>
    <w:p w14:paraId="1340F461" w14:textId="77777777" w:rsidR="00CA624E" w:rsidRPr="00CA624E" w:rsidRDefault="00CA624E" w:rsidP="009E7A4A">
      <w:pPr>
        <w:pStyle w:val="ListParagraph"/>
        <w:numPr>
          <w:ilvl w:val="0"/>
          <w:numId w:val="19"/>
        </w:numPr>
      </w:pPr>
      <w:r>
        <w:t>From a phone keypad - Raise hand: star (*) 9; Mute and unmute: star (*) 6</w:t>
      </w:r>
    </w:p>
    <w:p w14:paraId="47F34118" w14:textId="52AD22DA" w:rsidR="14638D2A" w:rsidRDefault="14638D2A"/>
    <w:p w14:paraId="025E6D14" w14:textId="00D71CEF" w:rsidR="00CA624E" w:rsidRPr="00CA624E" w:rsidRDefault="00CA624E" w:rsidP="14638D2A">
      <w:r>
        <w:t>Some affiliate business meetings, smaller workshops, informal sessions, and virtual social events will take place using the standard Zoom platform.</w:t>
      </w:r>
      <w:r w:rsidR="0B9A869E">
        <w:t xml:space="preserve"> </w:t>
      </w:r>
      <w:r>
        <w:t xml:space="preserve">When entering one of these Zoom rooms, you’ll need to click the “Got it” button to acknowledge the recording notice. Once you do, you’ll be able to unmute and participate in the session. </w:t>
      </w:r>
    </w:p>
    <w:p w14:paraId="09019970" w14:textId="56AFC576" w:rsidR="14638D2A" w:rsidRDefault="14638D2A"/>
    <w:p w14:paraId="7B8B40F3" w14:textId="77777777" w:rsidR="00CA624E" w:rsidRPr="00CA624E" w:rsidRDefault="00CA624E" w:rsidP="009E7A4A">
      <w:pPr>
        <w:pStyle w:val="ListParagraph"/>
        <w:numPr>
          <w:ilvl w:val="0"/>
          <w:numId w:val="19"/>
        </w:numPr>
      </w:pPr>
      <w:r w:rsidRPr="00CA624E">
        <w:t>From the PC: Tab to the “got it” button and enter (use F6 until it appears if not available on the main screen).</w:t>
      </w:r>
    </w:p>
    <w:p w14:paraId="28479C53" w14:textId="77777777" w:rsidR="00CA624E" w:rsidRPr="00CA624E" w:rsidRDefault="00CA624E" w:rsidP="009E7A4A">
      <w:pPr>
        <w:pStyle w:val="ListParagraph"/>
        <w:numPr>
          <w:ilvl w:val="0"/>
          <w:numId w:val="19"/>
        </w:numPr>
      </w:pPr>
      <w:r w:rsidRPr="00CA624E">
        <w:t>From the Mac: Once the meeting opens and you hear the call is being recorded, hit enter and it will activate the “got it” button.</w:t>
      </w:r>
    </w:p>
    <w:p w14:paraId="5E44D1E0" w14:textId="77777777" w:rsidR="00CA624E" w:rsidRPr="00CA624E" w:rsidRDefault="00CA624E" w:rsidP="009E7A4A">
      <w:pPr>
        <w:pStyle w:val="ListParagraph"/>
        <w:numPr>
          <w:ilvl w:val="0"/>
          <w:numId w:val="19"/>
        </w:numPr>
      </w:pPr>
      <w:r w:rsidRPr="00CA624E">
        <w:t>From the app: Swipe to OK to accept the call is being recorded.</w:t>
      </w:r>
    </w:p>
    <w:p w14:paraId="11346149" w14:textId="77777777" w:rsidR="00CA624E" w:rsidRPr="00CA624E" w:rsidRDefault="00CA624E" w:rsidP="009E7A4A">
      <w:pPr>
        <w:pStyle w:val="ListParagraph"/>
        <w:numPr>
          <w:ilvl w:val="0"/>
          <w:numId w:val="19"/>
        </w:numPr>
      </w:pPr>
      <w:r w:rsidRPr="00CA624E">
        <w:t>From a phone keypad: No action is needed.</w:t>
      </w:r>
    </w:p>
    <w:p w14:paraId="2184D802" w14:textId="77777777" w:rsidR="00CA624E" w:rsidRPr="00CA624E" w:rsidRDefault="00CA624E" w:rsidP="009E7A4A"/>
    <w:p w14:paraId="005F77D5" w14:textId="192CDF68" w:rsidR="00CA624E" w:rsidRPr="00CA624E" w:rsidRDefault="00CA624E" w:rsidP="00BB0B2B">
      <w:pPr>
        <w:ind w:left="0" w:firstLine="0"/>
      </w:pPr>
      <w:r>
        <w:t>In a regular Zoom room</w:t>
      </w:r>
      <w:r w:rsidR="4C743C18">
        <w:t>,</w:t>
      </w:r>
      <w:r>
        <w:t xml:space="preserve"> use these commands to raise your hand and unmute, both of which are toggles:</w:t>
      </w:r>
    </w:p>
    <w:p w14:paraId="6984D535" w14:textId="77777777" w:rsidR="00CA624E" w:rsidRPr="00CA624E" w:rsidRDefault="00CA624E" w:rsidP="009E7A4A">
      <w:pPr>
        <w:pStyle w:val="ListParagraph"/>
        <w:numPr>
          <w:ilvl w:val="0"/>
          <w:numId w:val="19"/>
        </w:numPr>
      </w:pPr>
      <w:r w:rsidRPr="00CA624E">
        <w:rPr>
          <w:w w:val="97"/>
        </w:rPr>
        <w:t>From a PC - raise hand: alt-Y, mute and unmute: alt-A.</w:t>
      </w:r>
    </w:p>
    <w:p w14:paraId="27F44040" w14:textId="77777777" w:rsidR="00CA624E" w:rsidRPr="00CA624E" w:rsidRDefault="00CA624E" w:rsidP="009E7A4A">
      <w:pPr>
        <w:pStyle w:val="ListParagraph"/>
        <w:numPr>
          <w:ilvl w:val="0"/>
          <w:numId w:val="19"/>
        </w:numPr>
      </w:pPr>
      <w:r w:rsidRPr="00CA624E">
        <w:t>From the Mac - Raise hand: option-Y, mute and unmute: command-shift-A.</w:t>
      </w:r>
    </w:p>
    <w:p w14:paraId="6051B1FD" w14:textId="77777777" w:rsidR="00CA624E" w:rsidRPr="00CA624E" w:rsidRDefault="00CA624E" w:rsidP="009E7A4A">
      <w:pPr>
        <w:pStyle w:val="ListParagraph"/>
        <w:numPr>
          <w:ilvl w:val="0"/>
          <w:numId w:val="19"/>
        </w:numPr>
      </w:pPr>
      <w:r w:rsidRPr="00CA624E">
        <w:t>From the app - Raise hand: under “more” in the lower right corner, mute and unmute: in lower left corner.</w:t>
      </w:r>
    </w:p>
    <w:p w14:paraId="39260F7A" w14:textId="77777777" w:rsidR="00CA624E" w:rsidRPr="00CA624E" w:rsidRDefault="00CA624E" w:rsidP="009E7A4A">
      <w:pPr>
        <w:pStyle w:val="ListParagraph"/>
        <w:numPr>
          <w:ilvl w:val="0"/>
          <w:numId w:val="19"/>
        </w:numPr>
      </w:pPr>
      <w:r w:rsidRPr="00CA624E">
        <w:t>From a phone keypad - Raise hand: star (*) 9, mute and unmute: star (*) 6.</w:t>
      </w:r>
    </w:p>
    <w:p w14:paraId="042C89A0" w14:textId="77777777" w:rsidR="00CA624E" w:rsidRPr="00CA624E" w:rsidRDefault="00CA624E" w:rsidP="009E7A4A"/>
    <w:p w14:paraId="3BA86B7C" w14:textId="77777777" w:rsidR="00CA624E" w:rsidRPr="00CA624E" w:rsidRDefault="00CA624E" w:rsidP="009E7A4A">
      <w:r w:rsidRPr="00CA624E">
        <w:t>Please note: All events are recorded.</w:t>
      </w:r>
    </w:p>
    <w:p w14:paraId="282D7AA6" w14:textId="77777777" w:rsidR="007A47C3" w:rsidRDefault="007A47C3" w:rsidP="009E7A4A"/>
    <w:p w14:paraId="52C2B788" w14:textId="3127E6C6" w:rsidR="00DC4E89" w:rsidRPr="00117394" w:rsidRDefault="00DC4E89" w:rsidP="009E7A4A">
      <w:pPr>
        <w:pStyle w:val="Heading1"/>
      </w:pPr>
      <w:bookmarkStart w:id="14" w:name="_Toc198814950"/>
      <w:bookmarkStart w:id="15" w:name="_Toc232406131"/>
      <w:r>
        <w:t>ACB Photography/Videography</w:t>
      </w:r>
      <w:bookmarkEnd w:id="14"/>
      <w:bookmarkEnd w:id="15"/>
    </w:p>
    <w:p w14:paraId="1307C456" w14:textId="77777777" w:rsidR="00DC4E89" w:rsidRPr="00B53347" w:rsidRDefault="00DC4E89" w:rsidP="009E7A4A"/>
    <w:p w14:paraId="3ABD8FAF" w14:textId="2AFAF578" w:rsidR="0044282F" w:rsidRPr="0044282F" w:rsidRDefault="0044282F" w:rsidP="00BB0B2B">
      <w:pPr>
        <w:ind w:left="0" w:firstLine="0"/>
      </w:pPr>
      <w:r w:rsidRPr="0044282F">
        <w:t>The official ACB photographer for the 202</w:t>
      </w:r>
      <w:r>
        <w:t>6</w:t>
      </w:r>
      <w:r w:rsidRPr="0044282F">
        <w:t xml:space="preserve"> conference and convention will be taking pictures and </w:t>
      </w:r>
      <w:r w:rsidR="00D4176E" w:rsidRPr="0044282F">
        <w:t>videos</w:t>
      </w:r>
      <w:r w:rsidRPr="0044282F">
        <w:t xml:space="preserve"> in the exhibit hall, on selected tours, and at many social events. The photographer will visit committee and affiliate meetings, workshops, general sessions, and the banquet.</w:t>
      </w:r>
    </w:p>
    <w:p w14:paraId="5BD094DD" w14:textId="77777777" w:rsidR="0044282F" w:rsidRDefault="0044282F" w:rsidP="009E7A4A"/>
    <w:p w14:paraId="51ACE8F3" w14:textId="5413EC9F" w:rsidR="00DC4E89" w:rsidRDefault="0044282F" w:rsidP="00BB0B2B">
      <w:pPr>
        <w:ind w:left="0" w:firstLine="0"/>
      </w:pPr>
      <w:r w:rsidRPr="0044282F">
        <w:t>It is understood that all activities and programs scheduled at the 202</w:t>
      </w:r>
      <w:r>
        <w:t>6</w:t>
      </w:r>
      <w:r w:rsidRPr="0044282F">
        <w:t xml:space="preserve"> conference and convention are subject to be photographed or videoed. Photos and videos are the property of ACB and are for ACB's use.</w:t>
      </w:r>
    </w:p>
    <w:p w14:paraId="7491BEB2" w14:textId="7CEDC3EF" w:rsidR="009A1099" w:rsidRDefault="009A1099">
      <w:pPr>
        <w:rPr>
          <w:rFonts w:eastAsiaTheme="majorEastAsia" w:cstheme="majorBidi"/>
          <w:b/>
          <w:bCs/>
          <w:sz w:val="44"/>
          <w:szCs w:val="28"/>
        </w:rPr>
      </w:pPr>
      <w:bookmarkStart w:id="16" w:name="_Toc198814951"/>
    </w:p>
    <w:p w14:paraId="7740E299" w14:textId="442C5A51" w:rsidR="00A45010" w:rsidRPr="00AD0C93" w:rsidRDefault="00A45010" w:rsidP="007E2272">
      <w:pPr>
        <w:pStyle w:val="Heading1"/>
      </w:pPr>
      <w:bookmarkStart w:id="17" w:name="_Toc232406132"/>
      <w:r w:rsidRPr="00AD0C93">
        <w:t>Medical Information</w:t>
      </w:r>
      <w:bookmarkEnd w:id="16"/>
      <w:bookmarkEnd w:id="17"/>
    </w:p>
    <w:p w14:paraId="0F420491" w14:textId="77777777" w:rsidR="00A45010" w:rsidRPr="00685336" w:rsidRDefault="00A45010" w:rsidP="009E7A4A"/>
    <w:p w14:paraId="72B5E140" w14:textId="77777777" w:rsidR="00A45010" w:rsidRPr="00685336" w:rsidRDefault="00A45010" w:rsidP="00BB0B2B">
      <w:pPr>
        <w:ind w:left="0" w:firstLine="0"/>
      </w:pPr>
      <w:r w:rsidRPr="00685336">
        <w:t xml:space="preserve">For medical emergencies, dial 911. Stay calm and speak distinctly. Give your name, exact location, and a description of the emergency. </w:t>
      </w:r>
    </w:p>
    <w:p w14:paraId="7E63B0F2" w14:textId="77777777" w:rsidR="00A45010" w:rsidRPr="003C76DF" w:rsidRDefault="00A45010" w:rsidP="009E7A4A"/>
    <w:p w14:paraId="2722FF9F" w14:textId="77777777" w:rsidR="00F93DA0" w:rsidRPr="009F71D3" w:rsidRDefault="00F93DA0" w:rsidP="009E7A4A">
      <w:pPr>
        <w:rPr>
          <w:b/>
          <w:bCs/>
          <w:u w:val="single"/>
        </w:rPr>
      </w:pPr>
      <w:r w:rsidRPr="009F71D3">
        <w:rPr>
          <w:b/>
          <w:bCs/>
          <w:u w:val="single"/>
        </w:rPr>
        <w:t>988 Suicide &amp; Crisis Lifeline:</w:t>
      </w:r>
    </w:p>
    <w:p w14:paraId="04B53DDF" w14:textId="677845BB" w:rsidR="00F93DA0" w:rsidRPr="009B054A" w:rsidRDefault="00F93DA0" w:rsidP="00BB0B2B">
      <w:pPr>
        <w:ind w:left="0" w:firstLine="0"/>
      </w:pPr>
      <w:r w:rsidRPr="009B054A">
        <w:t>If you or someone you know is struggling or in crisis, help is available.</w:t>
      </w:r>
      <w:r w:rsidRPr="009B054A">
        <w:br/>
        <w:t>Call or text: 988</w:t>
      </w:r>
      <w:r w:rsidRPr="009B054A">
        <w:br/>
        <w:t xml:space="preserve">Chat: </w:t>
      </w:r>
      <w:hyperlink r:id="rId16" w:history="1">
        <w:r w:rsidRPr="00D4176E">
          <w:rPr>
            <w:rStyle w:val="Hyperlink"/>
            <w:color w:val="auto"/>
            <w:u w:val="none"/>
          </w:rPr>
          <w:t>988lifeline.org</w:t>
        </w:r>
        <w:r w:rsidRPr="009B054A">
          <w:rPr>
            <w:rStyle w:val="Hyperlink"/>
          </w:rPr>
          <w:br/>
        </w:r>
      </w:hyperlink>
    </w:p>
    <w:p w14:paraId="381355F3" w14:textId="77777777" w:rsidR="00F93DA0" w:rsidRPr="009B054A" w:rsidRDefault="00F93DA0" w:rsidP="00BB0B2B">
      <w:pPr>
        <w:ind w:left="0" w:firstLine="0"/>
      </w:pPr>
      <w:r w:rsidRPr="009B054A">
        <w:t>You’ll be able to speak with a trained crisis counselor any time of day or night.</w:t>
      </w:r>
    </w:p>
    <w:p w14:paraId="58D51F1F" w14:textId="77777777" w:rsidR="00F93DA0" w:rsidRPr="00CB3FC5" w:rsidRDefault="00F93DA0" w:rsidP="009E7A4A"/>
    <w:p w14:paraId="72ECFE27" w14:textId="77777777" w:rsidR="00710692" w:rsidRDefault="00710692">
      <w:pPr>
        <w:rPr>
          <w:b/>
          <w:bCs/>
          <w:u w:val="single"/>
        </w:rPr>
      </w:pPr>
      <w:r>
        <w:rPr>
          <w:b/>
          <w:bCs/>
          <w:u w:val="single"/>
        </w:rPr>
        <w:br w:type="page"/>
      </w:r>
    </w:p>
    <w:p w14:paraId="0317CBEC" w14:textId="3FE94446" w:rsidR="00F93DA0" w:rsidRPr="009F71D3" w:rsidRDefault="009F71D3" w:rsidP="009E7A4A">
      <w:pPr>
        <w:rPr>
          <w:b/>
          <w:bCs/>
          <w:u w:val="single"/>
        </w:rPr>
      </w:pPr>
      <w:r w:rsidRPr="009F71D3">
        <w:rPr>
          <w:b/>
          <w:bCs/>
          <w:u w:val="single"/>
        </w:rPr>
        <w:t>Local Hospitals</w:t>
      </w:r>
      <w:r w:rsidR="00F93DA0" w:rsidRPr="009F71D3">
        <w:rPr>
          <w:b/>
          <w:bCs/>
          <w:u w:val="single"/>
        </w:rPr>
        <w:t>:</w:t>
      </w:r>
    </w:p>
    <w:p w14:paraId="5603DC05" w14:textId="0F3C3E63" w:rsidR="009F71D3" w:rsidRDefault="009F71D3" w:rsidP="009E7A4A">
      <w:r>
        <w:t>Archview ER &amp; Hospital</w:t>
      </w:r>
      <w:r>
        <w:br/>
        <w:t>2.9 miles from the hotel</w:t>
      </w:r>
      <w:r>
        <w:br/>
        <w:t>1320 N</w:t>
      </w:r>
      <w:r w:rsidR="244FFED2">
        <w:t>.</w:t>
      </w:r>
      <w:r>
        <w:t xml:space="preserve"> Jefferson Ave</w:t>
      </w:r>
      <w:r w:rsidR="35390F73">
        <w:t>.</w:t>
      </w:r>
      <w:r>
        <w:br/>
        <w:t>Phone: (557) 224-1751</w:t>
      </w:r>
    </w:p>
    <w:p w14:paraId="3C595D64" w14:textId="77777777" w:rsidR="00236131" w:rsidRDefault="00236131" w:rsidP="009E7A4A"/>
    <w:p w14:paraId="56FA7A70" w14:textId="2CD8E7F8" w:rsidR="00F93DA0" w:rsidRPr="00CB3FC5" w:rsidRDefault="009F71D3" w:rsidP="00A22CB1">
      <w:pPr>
        <w:rPr>
          <w:u w:val="single"/>
        </w:rPr>
      </w:pPr>
      <w:r>
        <w:t>SSM Health Saint Louis University Hospital</w:t>
      </w:r>
      <w:r>
        <w:br/>
        <w:t>4.9 miles from the hotel</w:t>
      </w:r>
      <w:r>
        <w:br/>
        <w:t>1201 S</w:t>
      </w:r>
      <w:r w:rsidR="04F0243C">
        <w:t>.</w:t>
      </w:r>
      <w:r>
        <w:t xml:space="preserve"> Grand Blvd</w:t>
      </w:r>
      <w:r w:rsidR="04F0243C">
        <w:t>.</w:t>
      </w:r>
      <w:r>
        <w:br/>
        <w:t>(314) 257-8000</w:t>
      </w:r>
      <w:r>
        <w:br/>
        <w:t>A Level 1 Trauma Center providing comprehensive emergency and specialized care.</w:t>
      </w:r>
      <w:r w:rsidR="00F93DA0">
        <w:t xml:space="preserve"> </w:t>
      </w:r>
    </w:p>
    <w:p w14:paraId="623806F6" w14:textId="77777777" w:rsidR="00F93DA0" w:rsidRDefault="00F93DA0" w:rsidP="009E7A4A"/>
    <w:p w14:paraId="6F1357CC" w14:textId="298CFEBE" w:rsidR="009F71D3" w:rsidRPr="009F71D3" w:rsidRDefault="009F71D3" w:rsidP="009E7A4A">
      <w:pPr>
        <w:rPr>
          <w:b/>
          <w:bCs/>
          <w:u w:val="single"/>
        </w:rPr>
      </w:pPr>
      <w:r w:rsidRPr="009F71D3">
        <w:rPr>
          <w:b/>
          <w:bCs/>
          <w:u w:val="single"/>
        </w:rPr>
        <w:t>Urgent Care Centers:</w:t>
      </w:r>
    </w:p>
    <w:p w14:paraId="41F684AF" w14:textId="0CCB5F29" w:rsidR="009F71D3" w:rsidRDefault="009F71D3" w:rsidP="00A22CB1">
      <w:r>
        <w:t>24/7 Urgent Care (Downtown St. Louis)</w:t>
      </w:r>
      <w:r w:rsidR="00D4176E">
        <w:t xml:space="preserve"> </w:t>
      </w:r>
      <w:r>
        <w:t>Urgent care center</w:t>
      </w:r>
      <w:r>
        <w:br/>
      </w:r>
      <w:r w:rsidR="00C82BCB">
        <w:t xml:space="preserve">Address: </w:t>
      </w:r>
      <w:r w:rsidR="00CA2EC8">
        <w:t>916 Olive St</w:t>
      </w:r>
      <w:r w:rsidR="3E4BFB07">
        <w:t>.</w:t>
      </w:r>
      <w:r w:rsidR="00CA2EC8">
        <w:t>, St. Louis, MO 63101</w:t>
      </w:r>
      <w:r>
        <w:br/>
      </w:r>
      <w:r w:rsidR="00CA2EC8">
        <w:t>Phone: (314) 436-9300</w:t>
      </w:r>
      <w:r>
        <w:br/>
        <w:t>The most immediate option for downtown guests, focusing on non-emergent medical needs.</w:t>
      </w:r>
    </w:p>
    <w:p w14:paraId="1C3606C7" w14:textId="77777777" w:rsidR="009F71D3" w:rsidRDefault="009F71D3" w:rsidP="009E7A4A"/>
    <w:p w14:paraId="4A3DBD09" w14:textId="512E7DDE" w:rsidR="009F71D3" w:rsidRDefault="009F71D3" w:rsidP="009E7A4A">
      <w:r>
        <w:t>Affin</w:t>
      </w:r>
      <w:r w:rsidR="000425A3">
        <w:t>i</w:t>
      </w:r>
      <w:r>
        <w:t>a Healthcare</w:t>
      </w:r>
      <w:r w:rsidR="000425A3">
        <w:t xml:space="preserve"> </w:t>
      </w:r>
      <w:r w:rsidR="00A22CB1">
        <w:br/>
      </w:r>
      <w:r>
        <w:t>Medical Center</w:t>
      </w:r>
      <w:r w:rsidR="00A22CB1">
        <w:br/>
      </w:r>
      <w:r>
        <w:t>Hours: Mon</w:t>
      </w:r>
      <w:r w:rsidR="00D4176E">
        <w:t xml:space="preserve"> </w:t>
      </w:r>
      <w:r>
        <w:t>–</w:t>
      </w:r>
      <w:r w:rsidR="00D4176E">
        <w:t xml:space="preserve"> </w:t>
      </w:r>
      <w:r>
        <w:t>Fri, 8:30 AM – 5:30 PM (Closed weekends)</w:t>
      </w:r>
      <w:r w:rsidR="00A22CB1">
        <w:br/>
      </w:r>
      <w:r>
        <w:t>Address: 2220 Lemp Ave, St. Louis, MO 63104</w:t>
      </w:r>
      <w:r w:rsidR="00A22CB1">
        <w:br/>
      </w:r>
      <w:r>
        <w:t>Phone: (314) 814-8700</w:t>
      </w:r>
    </w:p>
    <w:p w14:paraId="2BF661D9" w14:textId="4A0C950B" w:rsidR="009F71D3" w:rsidRPr="00AD7BCE" w:rsidRDefault="000425A3" w:rsidP="009E7A4A">
      <w:r w:rsidRPr="00AD7BCE">
        <w:t>Total Access Urgent Care – Tower Grove</w:t>
      </w:r>
      <w:r w:rsidR="00A22CB1">
        <w:br/>
      </w:r>
      <w:r w:rsidRPr="00AD7BCE">
        <w:t>Urgent Care Center</w:t>
      </w:r>
      <w:r w:rsidR="00A22CB1">
        <w:br/>
      </w:r>
      <w:r w:rsidRPr="00AD7BCE">
        <w:t>Hours: Daily from 8:00 am to 8:00 pm</w:t>
      </w:r>
      <w:r w:rsidR="00A22CB1">
        <w:br/>
      </w:r>
      <w:r w:rsidRPr="00AD7BCE">
        <w:t>Address: 3114 S Grand Blvd, St. Louis, MO 63118</w:t>
      </w:r>
      <w:r w:rsidR="00A22CB1">
        <w:br/>
      </w:r>
      <w:r w:rsidR="00AD7BCE" w:rsidRPr="00AD7BCE">
        <w:t>Phone: (314) 696-2178</w:t>
      </w:r>
    </w:p>
    <w:p w14:paraId="510BB8CF" w14:textId="77777777" w:rsidR="00AD7BCE" w:rsidRDefault="00AD7BCE" w:rsidP="009E7A4A"/>
    <w:p w14:paraId="1A6FE7E8" w14:textId="5FB47713" w:rsidR="00F93DA0" w:rsidRPr="000425A3" w:rsidRDefault="00F93DA0" w:rsidP="009E7A4A">
      <w:pPr>
        <w:rPr>
          <w:b/>
          <w:bCs/>
          <w:u w:val="single"/>
        </w:rPr>
      </w:pPr>
      <w:r w:rsidRPr="000425A3">
        <w:rPr>
          <w:b/>
          <w:bCs/>
          <w:u w:val="single"/>
        </w:rPr>
        <w:t>Pharmac</w:t>
      </w:r>
      <w:r w:rsidR="000425A3" w:rsidRPr="000425A3">
        <w:rPr>
          <w:b/>
          <w:bCs/>
          <w:u w:val="single"/>
        </w:rPr>
        <w:t>ies:</w:t>
      </w:r>
    </w:p>
    <w:p w14:paraId="70AD7BB3" w14:textId="43D3F910" w:rsidR="00F93DA0" w:rsidRDefault="00F93DA0" w:rsidP="009E7A4A">
      <w:r>
        <w:t>CVS</w:t>
      </w:r>
      <w:r w:rsidR="000425A3">
        <w:t xml:space="preserve"> Pharmacy (Inside Schnucks Grocery Store)</w:t>
      </w:r>
      <w:r>
        <w:t xml:space="preserve"> </w:t>
      </w:r>
      <w:r>
        <w:br/>
      </w:r>
      <w:r w:rsidR="000425A3">
        <w:t>315 N</w:t>
      </w:r>
      <w:r w:rsidR="12A5B8B4">
        <w:t>.</w:t>
      </w:r>
      <w:r w:rsidR="000425A3">
        <w:t xml:space="preserve"> 9th St</w:t>
      </w:r>
      <w:r w:rsidR="7EA1FD00">
        <w:t>.</w:t>
      </w:r>
      <w:r w:rsidR="000425A3">
        <w:t>, St. Louis, MO 63101</w:t>
      </w:r>
      <w:r>
        <w:br/>
      </w:r>
      <w:r w:rsidR="000425A3">
        <w:t>Distance: ~</w:t>
      </w:r>
      <w:r w:rsidR="00D4176E">
        <w:t xml:space="preserve"> </w:t>
      </w:r>
      <w:r w:rsidR="000425A3">
        <w:t>0.4 miles</w:t>
      </w:r>
      <w:r>
        <w:br/>
      </w:r>
      <w:r w:rsidR="000425A3">
        <w:t>Phone: (314) 436-7491</w:t>
      </w:r>
    </w:p>
    <w:p w14:paraId="41DB99C7" w14:textId="77777777" w:rsidR="000425A3" w:rsidRDefault="000425A3" w:rsidP="009E7A4A"/>
    <w:p w14:paraId="2B5A7A3E" w14:textId="3EA08F76" w:rsidR="000425A3" w:rsidRDefault="000425A3" w:rsidP="009E7A4A">
      <w:r>
        <w:t>Globe Drug</w:t>
      </w:r>
      <w:r>
        <w:br/>
        <w:t>1132 Spruce St</w:t>
      </w:r>
      <w:r w:rsidR="3EEF166D">
        <w:t>.</w:t>
      </w:r>
      <w:r>
        <w:t>, St. Louis, MO 63102</w:t>
      </w:r>
      <w:r>
        <w:br/>
        <w:t>Distance: ~</w:t>
      </w:r>
      <w:r w:rsidR="00D4176E">
        <w:t xml:space="preserve"> </w:t>
      </w:r>
      <w:r>
        <w:t>0.6 miles</w:t>
      </w:r>
      <w:r>
        <w:br/>
        <w:t>Phone: (314) 241-0967</w:t>
      </w:r>
    </w:p>
    <w:p w14:paraId="66025917" w14:textId="77777777" w:rsidR="000425A3" w:rsidRDefault="000425A3" w:rsidP="009E7A4A"/>
    <w:p w14:paraId="725F766F" w14:textId="3BC0B093" w:rsidR="000425A3" w:rsidRDefault="000425A3" w:rsidP="009E7A4A">
      <w:r>
        <w:t>Walgreens Pharmacy</w:t>
      </w:r>
      <w:r>
        <w:br/>
        <w:t>1530 Lafayette Ave</w:t>
      </w:r>
      <w:r w:rsidR="74548AEF">
        <w:t>.</w:t>
      </w:r>
      <w:r>
        <w:t>, St. Louis, MO 63104</w:t>
      </w:r>
      <w:r>
        <w:br/>
        <w:t>Distance: ~</w:t>
      </w:r>
      <w:r w:rsidR="00D4176E">
        <w:t xml:space="preserve"> </w:t>
      </w:r>
      <w:r>
        <w:t>1.2 miles</w:t>
      </w:r>
      <w:r>
        <w:br/>
        <w:t>Phone: (314) 678-1039</w:t>
      </w:r>
    </w:p>
    <w:p w14:paraId="30BC95D6" w14:textId="77777777" w:rsidR="00CB3FC5" w:rsidRPr="00CB3FC5" w:rsidRDefault="00CB3FC5" w:rsidP="009E7A4A"/>
    <w:p w14:paraId="3E175E0E" w14:textId="77777777" w:rsidR="002F6E66" w:rsidRDefault="002F6E66">
      <w:pPr>
        <w:rPr>
          <w:rFonts w:eastAsiaTheme="majorEastAsia" w:cstheme="majorBidi"/>
          <w:b/>
          <w:bCs/>
          <w:sz w:val="44"/>
          <w:szCs w:val="28"/>
        </w:rPr>
      </w:pPr>
      <w:bookmarkStart w:id="18" w:name="_Toc198814952"/>
      <w:r>
        <w:br w:type="page"/>
      </w:r>
    </w:p>
    <w:p w14:paraId="4A6F7FFB" w14:textId="23A64E52" w:rsidR="00F93DA0" w:rsidRPr="00DC2CFF" w:rsidRDefault="00F93DA0" w:rsidP="009E7A4A">
      <w:pPr>
        <w:pStyle w:val="Heading1"/>
      </w:pPr>
      <w:bookmarkStart w:id="19" w:name="_Toc232406133"/>
      <w:r w:rsidRPr="00DC2CFF">
        <w:t>Guide Dog User Information</w:t>
      </w:r>
      <w:bookmarkEnd w:id="18"/>
      <w:bookmarkEnd w:id="19"/>
    </w:p>
    <w:p w14:paraId="328DA710" w14:textId="77777777" w:rsidR="00F93DA0" w:rsidRPr="000F79E8" w:rsidRDefault="00F93DA0" w:rsidP="009E7A4A"/>
    <w:p w14:paraId="7F4ED358" w14:textId="783BE6DE" w:rsidR="00F93DA0" w:rsidRPr="00DC2CFF" w:rsidRDefault="00F93DA0" w:rsidP="00DC2CFF">
      <w:r>
        <w:t>Message from Praline</w:t>
      </w:r>
      <w:r w:rsidR="4E6AD9F0">
        <w:t>:</w:t>
      </w:r>
    </w:p>
    <w:p w14:paraId="0E0EE290" w14:textId="77777777" w:rsidR="00F93DA0" w:rsidRPr="00DC2CFF" w:rsidRDefault="00F93DA0" w:rsidP="00DC2CFF"/>
    <w:p w14:paraId="21B9674F" w14:textId="79C5D3D5" w:rsidR="00D4176E" w:rsidRDefault="00D4176E" w:rsidP="14638D2A">
      <w:pPr>
        <w:ind w:left="0"/>
      </w:pPr>
      <w:r>
        <w:t xml:space="preserve">Greetings and wags! I’m Praline, retired guide for ACB President </w:t>
      </w:r>
      <w:r w:rsidR="35AD075C">
        <w:t>D</w:t>
      </w:r>
      <w:r>
        <w:t>eb Cook Lewis</w:t>
      </w:r>
      <w:r w:rsidR="3B8DD062">
        <w:t>,</w:t>
      </w:r>
      <w:r>
        <w:t xml:space="preserve"> with important information for dogs and their people.</w:t>
      </w:r>
    </w:p>
    <w:p w14:paraId="15F49F04" w14:textId="77777777" w:rsidR="00DC2CFF" w:rsidRPr="00DC2CFF" w:rsidRDefault="00DC2CFF" w:rsidP="00DC2CFF">
      <w:pPr>
        <w:ind w:left="0" w:firstLine="0"/>
      </w:pPr>
    </w:p>
    <w:p w14:paraId="60BD0941" w14:textId="77777777" w:rsidR="00D4176E" w:rsidRDefault="00D4176E" w:rsidP="00DC2CFF">
      <w:pPr>
        <w:ind w:left="0" w:firstLine="0"/>
      </w:pPr>
      <w:r w:rsidRPr="00DC2CFF">
        <w:t>Guide dog relief areas, built and maintained by Scoop Masters, are located near hotel exits.  ACB volunteers or hotel staff can help you locate the areas.</w:t>
      </w:r>
    </w:p>
    <w:p w14:paraId="0CBC479D" w14:textId="77777777" w:rsidR="00DC2CFF" w:rsidRPr="00DC2CFF" w:rsidRDefault="00DC2CFF" w:rsidP="00DC2CFF">
      <w:pPr>
        <w:ind w:left="0" w:firstLine="0"/>
      </w:pPr>
    </w:p>
    <w:p w14:paraId="4F18EE5C" w14:textId="325C1087" w:rsidR="00D4176E" w:rsidRDefault="00D4176E" w:rsidP="00DC2CFF">
      <w:pPr>
        <w:ind w:left="0" w:firstLine="0"/>
      </w:pPr>
      <w:r w:rsidRPr="00DC2CFF">
        <w:t xml:space="preserve">The convention can be very stressful for many of us, so consider relieving us more often than usual.  And of course, please pick up after your dog; </w:t>
      </w:r>
      <w:r w:rsidR="0056763F" w:rsidRPr="00DC2CFF">
        <w:t>t</w:t>
      </w:r>
      <w:r w:rsidRPr="00DC2CFF">
        <w:t xml:space="preserve">rash receptacles are located near relief areas.  </w:t>
      </w:r>
    </w:p>
    <w:p w14:paraId="261036E6" w14:textId="77777777" w:rsidR="00DC2CFF" w:rsidRPr="00DC2CFF" w:rsidRDefault="00DC2CFF" w:rsidP="00DC2CFF">
      <w:pPr>
        <w:ind w:left="0" w:firstLine="0"/>
      </w:pPr>
    </w:p>
    <w:p w14:paraId="0A7D20E8" w14:textId="77777777" w:rsidR="00D4176E" w:rsidRDefault="00D4176E" w:rsidP="00DC2CFF">
      <w:pPr>
        <w:ind w:left="0" w:firstLine="0"/>
      </w:pPr>
      <w:r w:rsidRPr="00DC2CFF">
        <w:t>If an accident does happen, immediately call Scoop Masters at (661) 714-0749.  Stay there to alert others until help arrives. People don’t like stepping in and tracking that stuff throughout the hotel even though I kind of think it’s cool. But then, I’m a dog!</w:t>
      </w:r>
    </w:p>
    <w:p w14:paraId="35B02B49" w14:textId="77777777" w:rsidR="00DC2CFF" w:rsidRPr="00DC2CFF" w:rsidRDefault="00DC2CFF" w:rsidP="00DC2CFF">
      <w:pPr>
        <w:ind w:left="0" w:firstLine="0"/>
      </w:pPr>
    </w:p>
    <w:p w14:paraId="7D6423D1" w14:textId="641DF4A8" w:rsidR="00D4176E" w:rsidRPr="00DC2CFF" w:rsidRDefault="00D4176E" w:rsidP="00DC2CFF">
      <w:pPr>
        <w:ind w:left="0" w:firstLine="0"/>
      </w:pPr>
      <w:r>
        <w:t>Have a wonderful convention</w:t>
      </w:r>
      <w:r w:rsidR="4CEE8339">
        <w:t>.</w:t>
      </w:r>
      <w:r>
        <w:t xml:space="preserve"> I’ll miss seeing you all out at the relieving area.</w:t>
      </w:r>
    </w:p>
    <w:p w14:paraId="1E24A73A" w14:textId="77777777" w:rsidR="00F93DA0" w:rsidRPr="000F79E8" w:rsidRDefault="00F93DA0" w:rsidP="009E7A4A"/>
    <w:p w14:paraId="7F3023C6" w14:textId="77777777" w:rsidR="00F93DA0" w:rsidRPr="00F05C84" w:rsidRDefault="00F93DA0" w:rsidP="009E7A4A">
      <w:pPr>
        <w:pStyle w:val="Heading1"/>
      </w:pPr>
      <w:bookmarkStart w:id="20" w:name="_Toc198814953"/>
      <w:bookmarkStart w:id="21" w:name="_Toc232406134"/>
      <w:r w:rsidRPr="00F05C84">
        <w:t>Veterinary Care</w:t>
      </w:r>
      <w:bookmarkEnd w:id="20"/>
      <w:bookmarkEnd w:id="21"/>
    </w:p>
    <w:p w14:paraId="74D95C9C" w14:textId="77777777" w:rsidR="00F93DA0" w:rsidRPr="00B53347" w:rsidRDefault="00F93DA0" w:rsidP="009E7A4A"/>
    <w:p w14:paraId="188D0F04" w14:textId="5633FBA0" w:rsidR="00CE2C64" w:rsidRPr="00EA4843" w:rsidRDefault="00CE2C64" w:rsidP="009E7A4A">
      <w:pPr>
        <w:rPr>
          <w:b/>
          <w:bCs/>
          <w:u w:val="single"/>
        </w:rPr>
      </w:pPr>
      <w:r w:rsidRPr="00EA4843">
        <w:rPr>
          <w:b/>
          <w:bCs/>
          <w:u w:val="single"/>
        </w:rPr>
        <w:t>Veterinary Clinics:</w:t>
      </w:r>
    </w:p>
    <w:p w14:paraId="4F8E243E" w14:textId="397048FB" w:rsidR="00F93DA0" w:rsidRPr="00897B46" w:rsidRDefault="00897B46" w:rsidP="009E7A4A">
      <w:r>
        <w:t>Jefferson Animal Hospital</w:t>
      </w:r>
      <w:r w:rsidR="00F93DA0">
        <w:t xml:space="preserve"> </w:t>
      </w:r>
      <w:r>
        <w:br/>
        <w:t>2120 S</w:t>
      </w:r>
      <w:r w:rsidR="00FB54C5">
        <w:t>.</w:t>
      </w:r>
      <w:r>
        <w:t xml:space="preserve"> Jefferson Ave</w:t>
      </w:r>
      <w:r w:rsidR="148FA4AA">
        <w:t>.</w:t>
      </w:r>
      <w:r>
        <w:t>, St. Louis, MO 63104</w:t>
      </w:r>
      <w:r>
        <w:br/>
        <w:t>Distance: ~</w:t>
      </w:r>
      <w:r w:rsidR="0056763F">
        <w:t xml:space="preserve"> </w:t>
      </w:r>
      <w:r>
        <w:t>4-minute drive (approx. 2 miles)</w:t>
      </w:r>
      <w:r>
        <w:br/>
        <w:t>Phone:</w:t>
      </w:r>
      <w:r w:rsidR="00F93DA0">
        <w:t xml:space="preserve"> </w:t>
      </w:r>
      <w:r>
        <w:t>(314) 772</w:t>
      </w:r>
      <w:r w:rsidR="00FB54C5">
        <w:t>-</w:t>
      </w:r>
      <w:r>
        <w:t>4438</w:t>
      </w:r>
    </w:p>
    <w:p w14:paraId="1B1146D4" w14:textId="77777777" w:rsidR="00F93DA0" w:rsidRPr="00B53347" w:rsidRDefault="00F93DA0" w:rsidP="009E7A4A"/>
    <w:p w14:paraId="475D7973" w14:textId="722E6B54" w:rsidR="00897B46" w:rsidRDefault="00897B46" w:rsidP="009E7A4A">
      <w:r>
        <w:t>CWE Vet Hospital &amp; Urgent Care</w:t>
      </w:r>
      <w:r w:rsidR="00F93DA0">
        <w:t xml:space="preserve"> </w:t>
      </w:r>
      <w:r>
        <w:br/>
        <w:t>4131 Lindell Blvd</w:t>
      </w:r>
      <w:r w:rsidR="02E17279">
        <w:t>.</w:t>
      </w:r>
      <w:r>
        <w:t>, St. Louis, MO 63108</w:t>
      </w:r>
      <w:r>
        <w:br/>
        <w:t>Distance: ~</w:t>
      </w:r>
      <w:r w:rsidR="0056763F">
        <w:t xml:space="preserve"> </w:t>
      </w:r>
      <w:r>
        <w:t>5-minute drive</w:t>
      </w:r>
      <w:r>
        <w:br/>
        <w:t>Phone: (314)</w:t>
      </w:r>
      <w:r w:rsidR="008142E3">
        <w:t xml:space="preserve"> </w:t>
      </w:r>
      <w:r>
        <w:t>320</w:t>
      </w:r>
      <w:r w:rsidR="00FB54C5">
        <w:t>-</w:t>
      </w:r>
      <w:r>
        <w:t>0004</w:t>
      </w:r>
    </w:p>
    <w:p w14:paraId="65584068" w14:textId="19A34C2A" w:rsidR="00132E1F" w:rsidRDefault="008142E3" w:rsidP="009E7A4A">
      <w:r>
        <w:t>City Paws Veterinary Clinic</w:t>
      </w:r>
      <w:r>
        <w:br/>
        <w:t>2200 S</w:t>
      </w:r>
      <w:r w:rsidR="00FB54C5">
        <w:t>.</w:t>
      </w:r>
      <w:r>
        <w:t xml:space="preserve"> Vandeventer Ave</w:t>
      </w:r>
      <w:r w:rsidR="3E92784A">
        <w:t>.</w:t>
      </w:r>
      <w:r>
        <w:t>, St. Louis, MO 63110</w:t>
      </w:r>
      <w:r>
        <w:br/>
        <w:t>Distance: ~</w:t>
      </w:r>
      <w:r w:rsidR="0056763F">
        <w:t xml:space="preserve"> </w:t>
      </w:r>
      <w:r>
        <w:t>9-minute drive</w:t>
      </w:r>
      <w:r>
        <w:br/>
        <w:t>Phone: (314) 644</w:t>
      </w:r>
      <w:r w:rsidR="00FB54C5">
        <w:t>-</w:t>
      </w:r>
      <w:r>
        <w:t>0404</w:t>
      </w:r>
    </w:p>
    <w:p w14:paraId="531E55E4" w14:textId="77777777" w:rsidR="00CE2C64" w:rsidRDefault="00CE2C64" w:rsidP="009E7A4A"/>
    <w:p w14:paraId="2F2C0E66" w14:textId="28722235" w:rsidR="00CE2C64" w:rsidRPr="00581B2D" w:rsidRDefault="00CE2C64" w:rsidP="009E7A4A">
      <w:pPr>
        <w:rPr>
          <w:b/>
          <w:bCs/>
          <w:u w:val="single"/>
        </w:rPr>
      </w:pPr>
      <w:r w:rsidRPr="00581B2D">
        <w:rPr>
          <w:b/>
          <w:bCs/>
          <w:u w:val="single"/>
        </w:rPr>
        <w:t xml:space="preserve">Emergency and After-hours </w:t>
      </w:r>
      <w:r w:rsidR="0087761F">
        <w:rPr>
          <w:b/>
          <w:bCs/>
          <w:u w:val="single"/>
        </w:rPr>
        <w:t>V</w:t>
      </w:r>
      <w:r w:rsidRPr="00581B2D">
        <w:rPr>
          <w:b/>
          <w:bCs/>
          <w:u w:val="single"/>
        </w:rPr>
        <w:t xml:space="preserve">eterinary </w:t>
      </w:r>
      <w:r w:rsidR="0087761F">
        <w:rPr>
          <w:b/>
          <w:bCs/>
          <w:u w:val="single"/>
        </w:rPr>
        <w:t>C</w:t>
      </w:r>
      <w:r w:rsidRPr="00581B2D">
        <w:rPr>
          <w:b/>
          <w:bCs/>
          <w:u w:val="single"/>
        </w:rPr>
        <w:t>are:</w:t>
      </w:r>
    </w:p>
    <w:p w14:paraId="4953DC82" w14:textId="35CAFECF" w:rsidR="00CE2C64" w:rsidRDefault="00CE2C64" w:rsidP="009E7A4A">
      <w:r>
        <w:t>Veterinary Emergency Group (VEG)</w:t>
      </w:r>
      <w:r>
        <w:br/>
        <w:t>2101 S</w:t>
      </w:r>
      <w:r w:rsidR="042B55C1">
        <w:t>.</w:t>
      </w:r>
      <w:r>
        <w:t xml:space="preserve"> Brentwood Blvd</w:t>
      </w:r>
      <w:r w:rsidR="3B726FC8">
        <w:t>.</w:t>
      </w:r>
      <w:r>
        <w:t>, Brentwood, MO 63144</w:t>
      </w:r>
      <w:r>
        <w:br/>
        <w:t>Distance: ~</w:t>
      </w:r>
      <w:r w:rsidR="0056763F">
        <w:t xml:space="preserve"> </w:t>
      </w:r>
      <w:r>
        <w:t>15-minute drive</w:t>
      </w:r>
      <w:r>
        <w:br/>
        <w:t>Phone: (314) 970</w:t>
      </w:r>
      <w:r w:rsidR="00FB54C5">
        <w:t>-</w:t>
      </w:r>
      <w:r>
        <w:t>2545</w:t>
      </w:r>
    </w:p>
    <w:p w14:paraId="7628DFEC" w14:textId="2A0DA9BC" w:rsidR="00581B2D" w:rsidRPr="00581B2D" w:rsidRDefault="00581B2D" w:rsidP="009E7A4A">
      <w:r>
        <w:t>Animal Emergency Clinic</w:t>
      </w:r>
      <w:r>
        <w:br/>
        <w:t>9937 Big Bend Rd</w:t>
      </w:r>
      <w:r w:rsidR="02E3C378">
        <w:t>.</w:t>
      </w:r>
      <w:r>
        <w:t>, Kirkwood, MO 63122</w:t>
      </w:r>
      <w:r>
        <w:br/>
        <w:t>Distance: ~</w:t>
      </w:r>
      <w:r w:rsidR="0056763F">
        <w:t xml:space="preserve"> </w:t>
      </w:r>
      <w:r>
        <w:t>15-minute drive</w:t>
      </w:r>
      <w:r>
        <w:br/>
        <w:t>Phone: (314) 526</w:t>
      </w:r>
      <w:r w:rsidR="00FB54C5">
        <w:t>-</w:t>
      </w:r>
      <w:r>
        <w:t>0816</w:t>
      </w:r>
    </w:p>
    <w:p w14:paraId="05ABCD39" w14:textId="5C7CC737" w:rsidR="00F93DA0" w:rsidRPr="00431792" w:rsidRDefault="00F93DA0" w:rsidP="00FB54C5">
      <w:pPr>
        <w:pStyle w:val="Heading1"/>
        <w:spacing w:after="240"/>
      </w:pPr>
      <w:bookmarkStart w:id="22" w:name="_Toc198814954"/>
      <w:bookmarkStart w:id="23" w:name="_Toc232406135"/>
      <w:r w:rsidRPr="00431792">
        <w:t>Religious Activities</w:t>
      </w:r>
      <w:bookmarkEnd w:id="22"/>
      <w:bookmarkEnd w:id="23"/>
    </w:p>
    <w:p w14:paraId="53903686" w14:textId="030FE8D9" w:rsidR="00F93DA0" w:rsidRPr="00236131" w:rsidRDefault="00F93DA0" w:rsidP="009E7A4A">
      <w:pPr>
        <w:pStyle w:val="BodyText"/>
        <w:rPr>
          <w:b/>
          <w:bCs/>
        </w:rPr>
      </w:pPr>
      <w:r w:rsidRPr="00236131">
        <w:rPr>
          <w:b/>
          <w:bCs/>
        </w:rPr>
        <w:t xml:space="preserve">Saturday, July </w:t>
      </w:r>
      <w:r w:rsidR="006D6D67" w:rsidRPr="00236131">
        <w:rPr>
          <w:b/>
          <w:bCs/>
        </w:rPr>
        <w:t>2</w:t>
      </w:r>
      <w:r w:rsidRPr="00236131">
        <w:rPr>
          <w:b/>
          <w:bCs/>
        </w:rPr>
        <w:t xml:space="preserve">5 </w:t>
      </w:r>
    </w:p>
    <w:p w14:paraId="3AB3F743" w14:textId="460508A3" w:rsidR="00F93DA0" w:rsidRPr="00B77100" w:rsidRDefault="00F93DA0" w:rsidP="009E7A4A">
      <w:r w:rsidRPr="00B77100">
        <w:rPr>
          <w:spacing w:val="-1"/>
        </w:rPr>
        <w:t>10:00 am</w:t>
      </w:r>
      <w:r w:rsidR="00906FC2" w:rsidRPr="00B77100">
        <w:rPr>
          <w:spacing w:val="-1"/>
        </w:rPr>
        <w:t xml:space="preserve"> - 11:15 am</w:t>
      </w:r>
      <w:r w:rsidRPr="00B77100">
        <w:rPr>
          <w:spacing w:val="-1"/>
        </w:rPr>
        <w:t xml:space="preserve">: </w:t>
      </w:r>
      <w:r w:rsidRPr="00B77100">
        <w:t xml:space="preserve">Jewish service: </w:t>
      </w:r>
      <w:r w:rsidR="006D6D67" w:rsidRPr="00B77100">
        <w:t xml:space="preserve">Rabbi Becky </w:t>
      </w:r>
      <w:r w:rsidR="006D6D67">
        <w:t>Zoole, Central Reform Congregation, St</w:t>
      </w:r>
      <w:r w:rsidR="613F73B3">
        <w:t>.</w:t>
      </w:r>
      <w:r w:rsidR="006D6D67">
        <w:t xml:space="preserve"> Louis</w:t>
      </w:r>
      <w:r w:rsidR="23D6E743">
        <w:t>,</w:t>
      </w:r>
      <w:r w:rsidR="006D6D67">
        <w:t xml:space="preserve"> MO; </w:t>
      </w:r>
      <w:r w:rsidR="00CF4976">
        <w:t>OnSite</w:t>
      </w:r>
      <w:r w:rsidR="006D6D67">
        <w:t xml:space="preserve">; </w:t>
      </w:r>
      <w:r w:rsidR="009340E4">
        <w:t>Sterling 2</w:t>
      </w:r>
      <w:r>
        <w:t xml:space="preserve"> </w:t>
      </w:r>
    </w:p>
    <w:p w14:paraId="25218B40" w14:textId="77777777" w:rsidR="00F93DA0" w:rsidRPr="00B77100" w:rsidRDefault="00F93DA0" w:rsidP="009E7A4A"/>
    <w:p w14:paraId="12E7DBC9" w14:textId="34DFE016" w:rsidR="00F93DA0" w:rsidRPr="00B53347" w:rsidRDefault="00F93DA0" w:rsidP="009E7A4A">
      <w:r w:rsidRPr="00B77100">
        <w:t xml:space="preserve">4:00 pm </w:t>
      </w:r>
      <w:r w:rsidR="005746AA" w:rsidRPr="00B77100">
        <w:t>-</w:t>
      </w:r>
      <w:r w:rsidRPr="00B77100">
        <w:t xml:space="preserve"> 5:</w:t>
      </w:r>
      <w:r w:rsidR="006D6D67" w:rsidRPr="00B77100">
        <w:t>00</w:t>
      </w:r>
      <w:r w:rsidRPr="00B77100">
        <w:t xml:space="preserve"> pm: Interdenominational </w:t>
      </w:r>
      <w:r w:rsidRPr="00B53347">
        <w:t>Service</w:t>
      </w:r>
      <w:r w:rsidR="006D6D67">
        <w:t>: Rev</w:t>
      </w:r>
      <w:r w:rsidR="0056763F">
        <w:t>.</w:t>
      </w:r>
      <w:r w:rsidR="006D6D67">
        <w:t xml:space="preserve"> Peter Heide, Baraboo, WI</w:t>
      </w:r>
      <w:r w:rsidRPr="00B53347">
        <w:t xml:space="preserve">; </w:t>
      </w:r>
      <w:r w:rsidR="00CF4976">
        <w:rPr>
          <w:spacing w:val="-8"/>
        </w:rPr>
        <w:t>OnSite</w:t>
      </w:r>
      <w:r w:rsidR="006D6D67">
        <w:rPr>
          <w:spacing w:val="-8"/>
        </w:rPr>
        <w:t xml:space="preserve">; </w:t>
      </w:r>
      <w:r w:rsidR="009340E4" w:rsidRPr="009340E4">
        <w:rPr>
          <w:spacing w:val="-8"/>
        </w:rPr>
        <w:t>Mills 1</w:t>
      </w:r>
    </w:p>
    <w:p w14:paraId="6FEB4429" w14:textId="77777777" w:rsidR="00A45010" w:rsidRDefault="00A45010" w:rsidP="009E7A4A"/>
    <w:p w14:paraId="2F2D93D7" w14:textId="07826887" w:rsidR="002F0B1C" w:rsidRDefault="002F0B1C" w:rsidP="002F0B1C">
      <w:r>
        <w:t>4</w:t>
      </w:r>
      <w:r w:rsidR="006D6D67">
        <w:t xml:space="preserve">:30 pm – </w:t>
      </w:r>
      <w:r>
        <w:t>6</w:t>
      </w:r>
      <w:r w:rsidR="006D6D67">
        <w:t>:</w:t>
      </w:r>
      <w:r>
        <w:t>3</w:t>
      </w:r>
      <w:r w:rsidR="006D6D67">
        <w:t>0</w:t>
      </w:r>
      <w:r w:rsidR="493B22DC">
        <w:t xml:space="preserve"> </w:t>
      </w:r>
      <w:r w:rsidR="006D6D67">
        <w:t xml:space="preserve">pm: </w:t>
      </w:r>
      <w:r>
        <w:t>Catholic Mass: Basilica of Saint Louis, King of France;</w:t>
      </w:r>
      <w:r w:rsidR="006D6D67">
        <w:t xml:space="preserve"> Father Smith will be holding Mass at the Cathedral; </w:t>
      </w:r>
      <w:r>
        <w:t>Meet in the lobby at 4:30 pm so Volunteers can walk with you to the Cathedral.</w:t>
      </w:r>
    </w:p>
    <w:p w14:paraId="77010796" w14:textId="4F1DA09D" w:rsidR="00C22F12" w:rsidRDefault="00C22F12">
      <w:pPr>
        <w:rPr>
          <w:rFonts w:eastAsiaTheme="majorEastAsia" w:cstheme="majorBidi"/>
          <w:b/>
          <w:bCs/>
          <w:sz w:val="44"/>
          <w:szCs w:val="28"/>
        </w:rPr>
      </w:pPr>
    </w:p>
    <w:p w14:paraId="3B0FA5F0" w14:textId="48BB689E" w:rsidR="00166059" w:rsidRDefault="000B7CE1" w:rsidP="009E7A4A">
      <w:pPr>
        <w:pStyle w:val="Heading1"/>
      </w:pPr>
      <w:bookmarkStart w:id="24" w:name="_Toc232406136"/>
      <w:r>
        <w:t xml:space="preserve">Convention </w:t>
      </w:r>
      <w:r w:rsidR="00CB3FC5" w:rsidRPr="007232AD">
        <w:t>Standing Rules</w:t>
      </w:r>
      <w:bookmarkEnd w:id="24"/>
    </w:p>
    <w:p w14:paraId="7542E10C" w14:textId="77777777" w:rsidR="007232AD" w:rsidRPr="007232AD" w:rsidRDefault="007232AD" w:rsidP="009E7A4A"/>
    <w:p w14:paraId="516037D5" w14:textId="77777777" w:rsidR="00367122" w:rsidRPr="00091366" w:rsidRDefault="00367122" w:rsidP="009E7A4A">
      <w:r w:rsidRPr="00091366">
        <w:t xml:space="preserve">Adopted by the ACB Board of </w:t>
      </w:r>
      <w:r w:rsidRPr="00FB54C5">
        <w:t>Directors, May 19, 2025</w:t>
      </w:r>
    </w:p>
    <w:p w14:paraId="734AC1DD" w14:textId="77777777" w:rsidR="00367122" w:rsidRPr="00091366" w:rsidRDefault="00367122" w:rsidP="009E7A4A"/>
    <w:p w14:paraId="15FC332C" w14:textId="77777777" w:rsidR="00367122" w:rsidRPr="009A20D7" w:rsidRDefault="00367122" w:rsidP="009E7A4A">
      <w:pPr>
        <w:rPr>
          <w:b/>
          <w:bCs/>
        </w:rPr>
      </w:pPr>
      <w:r w:rsidRPr="009A20D7">
        <w:rPr>
          <w:b/>
          <w:bCs/>
        </w:rPr>
        <w:t>Preamble</w:t>
      </w:r>
    </w:p>
    <w:p w14:paraId="0743EA71" w14:textId="43A3978C" w:rsidR="00367122" w:rsidRDefault="009A20D7" w:rsidP="00BB0B2B">
      <w:pPr>
        <w:ind w:left="0" w:firstLine="0"/>
      </w:pPr>
      <w:r w:rsidRPr="009A20D7">
        <w:t>The ACB Standing Rules are updated annually to ensure fairness and efficiency during debates and voting. Election materials, proposed Resolutions, and Amendments to the ACB Constitution and Bylaws are published in advance. Zoom sessions are scheduled for discussion and questions. Members are encouraged to attend or listen to these sessions to be informed and suggest amendments.</w:t>
      </w:r>
    </w:p>
    <w:p w14:paraId="151894FC" w14:textId="4CE216DA" w:rsidR="00132E1F" w:rsidRDefault="00132E1F" w:rsidP="009E7A4A"/>
    <w:p w14:paraId="7DE11BFF" w14:textId="77777777" w:rsidR="009A20D7" w:rsidRDefault="009A20D7" w:rsidP="009E7A4A">
      <w:pPr>
        <w:pStyle w:val="ListParagraph"/>
        <w:numPr>
          <w:ilvl w:val="0"/>
          <w:numId w:val="21"/>
        </w:numPr>
      </w:pPr>
    </w:p>
    <w:p w14:paraId="48844689" w14:textId="315C688D" w:rsidR="00367122" w:rsidRPr="00091366" w:rsidRDefault="009A20D7" w:rsidP="009E7A4A">
      <w:pPr>
        <w:pStyle w:val="ListParagraph"/>
        <w:numPr>
          <w:ilvl w:val="1"/>
          <w:numId w:val="21"/>
        </w:numPr>
      </w:pPr>
      <w:r w:rsidRPr="009A20D7">
        <w:t xml:space="preserve">At the outset of </w:t>
      </w:r>
      <w:bookmarkStart w:id="25" w:name="_Hlk197610746"/>
      <w:r w:rsidRPr="009A20D7">
        <w:t>debate on any issue before the convention</w:t>
      </w:r>
      <w:bookmarkEnd w:id="25"/>
      <w:r w:rsidRPr="009A20D7">
        <w:t>, there shall be a period not to exceed ten (10) minutes devoted exclusively to questions and other points of clarification about the issue being debated. Speakers shall be limited to one minute, with no more than five speakers recognized, and a speaker shall be limited to asking about their point of clarification and shall not discuss the merits of the issue.</w:t>
      </w:r>
    </w:p>
    <w:p w14:paraId="1592C8CB" w14:textId="14718E11" w:rsidR="00367122" w:rsidRPr="00091366" w:rsidRDefault="009A20D7" w:rsidP="009E7A4A">
      <w:pPr>
        <w:pStyle w:val="ListParagraph"/>
        <w:numPr>
          <w:ilvl w:val="1"/>
          <w:numId w:val="21"/>
        </w:numPr>
      </w:pPr>
      <w:r w:rsidRPr="009A20D7">
        <w:t xml:space="preserve">Debate on the merits of the issue shall begin at the conclusion of the ten-minute period for points of clarification. When the initial debate period begins, </w:t>
      </w:r>
      <w:bookmarkStart w:id="26" w:name="_Hlk197610959"/>
      <w:r w:rsidRPr="009A20D7">
        <w:t>in the case of a resolution, the maker of that resolution shall be given an opportunity to address the assembly on the merits of the resolution.</w:t>
      </w:r>
      <w:bookmarkEnd w:id="26"/>
    </w:p>
    <w:p w14:paraId="3B2DD11D" w14:textId="422AA87D" w:rsidR="00367122" w:rsidRPr="00091366" w:rsidRDefault="009A20D7" w:rsidP="009E7A4A">
      <w:pPr>
        <w:pStyle w:val="ListParagraph"/>
        <w:numPr>
          <w:ilvl w:val="1"/>
          <w:numId w:val="21"/>
        </w:numPr>
      </w:pPr>
      <w:r w:rsidRPr="009A20D7">
        <w:t xml:space="preserve">Each debatable issue before the convention shall be limited to approximately twenty (20) minutes with a two-minute time limit per speaker, </w:t>
      </w:r>
      <w:bookmarkStart w:id="27" w:name="_Hlk197611390"/>
      <w:r w:rsidRPr="009A20D7">
        <w:t>alternating between supporting speakers, including the maker of the resolution if they speak pursuant to subsection (b), and opposing speakers</w:t>
      </w:r>
      <w:bookmarkEnd w:id="27"/>
      <w:r w:rsidRPr="009A20D7">
        <w:t xml:space="preserve">, unless a majority of the members agree to extend debate for an additional period of time. A member who does not seek recognition for purposes of debate at the beginning of a debate period shall not be eligible for debate during that debate period. The chair shall, during any debate period, immediately close debate when an equal number of </w:t>
      </w:r>
      <w:r w:rsidR="00B77100" w:rsidRPr="009A20D7">
        <w:t>speakers</w:t>
      </w:r>
      <w:r w:rsidRPr="009A20D7">
        <w:t xml:space="preserve"> have debated each side and no additional speakers have sought the floor.</w:t>
      </w:r>
    </w:p>
    <w:p w14:paraId="67BC164E" w14:textId="65C20666" w:rsidR="00367122" w:rsidRPr="00091366" w:rsidRDefault="009A20D7" w:rsidP="009E7A4A">
      <w:pPr>
        <w:pStyle w:val="ListParagraph"/>
        <w:numPr>
          <w:ilvl w:val="1"/>
          <w:numId w:val="21"/>
        </w:numPr>
      </w:pPr>
      <w:r w:rsidRPr="009A20D7">
        <w:t>Speakers shall not be recognized for purposes of seeking points of clarification during a debate period. Each member is respectfully urged to speak directly to the issue before the assembly and avoid unnecessary and time-consuming dialogue. No member will be recognized a second time to debate until all who wish to debate have been recognized.</w:t>
      </w:r>
    </w:p>
    <w:p w14:paraId="35B0A732" w14:textId="61217B3D" w:rsidR="00367122" w:rsidRPr="00091366" w:rsidRDefault="009A20D7" w:rsidP="009E7A4A">
      <w:pPr>
        <w:pStyle w:val="ListParagraph"/>
        <w:numPr>
          <w:ilvl w:val="1"/>
          <w:numId w:val="21"/>
        </w:numPr>
      </w:pPr>
      <w:r w:rsidRPr="009A20D7">
        <w:t>Motions to close debate will not be recognized by the chair during the first debate period. After the first debate period, properly moved motions such as “I call for the question” or “I move the previous question” will be handled by the chair and voted on by the assembly.</w:t>
      </w:r>
      <w:r w:rsidR="00367122" w:rsidRPr="00091366">
        <w:t xml:space="preserve"> </w:t>
      </w:r>
    </w:p>
    <w:p w14:paraId="2A983BFA" w14:textId="77777777" w:rsidR="009A20D7" w:rsidRDefault="009A20D7" w:rsidP="009E7A4A">
      <w:pPr>
        <w:pStyle w:val="ListParagraph"/>
        <w:numPr>
          <w:ilvl w:val="1"/>
          <w:numId w:val="21"/>
        </w:numPr>
      </w:pPr>
      <w:r w:rsidRPr="009A20D7">
        <w:t>At the beginning of the first 20-minute debate period, the chair shall define for the body what constitutes a point of order (or other parliamentary inquiry) and shall signify how a member can be recognized for the purpose of making a point of order (or other parliamentary inquiry). Any time in which a point of order is being considered shall not be deducted from the debate period.</w:t>
      </w:r>
    </w:p>
    <w:p w14:paraId="550B027A" w14:textId="05ACD0DA" w:rsidR="00367122" w:rsidRPr="00091366" w:rsidRDefault="009A20D7" w:rsidP="009E7A4A">
      <w:pPr>
        <w:pStyle w:val="ListParagraph"/>
        <w:numPr>
          <w:ilvl w:val="1"/>
          <w:numId w:val="21"/>
        </w:numPr>
      </w:pPr>
      <w:r w:rsidRPr="009A20D7">
        <w:t>With respect to any motion on the floor, other than a motion on the adoption of a constitutional or bylaw amendment, if no one seeks the floor to debate in opposition to the motion, the chair may ask whether there is any objection to declaring a unanimous vote in favor of the motion. If, using the appropriate method for a rising vote, no one objects to such a unanimous vote in favor of the motion, the chair shall declare the motion passed unanimously. If an objection is made to a unanimous vote, the chair shall proceed to a rising vote on the motion.</w:t>
      </w:r>
      <w:r w:rsidR="00367122" w:rsidRPr="00091366">
        <w:t xml:space="preserve"> </w:t>
      </w:r>
    </w:p>
    <w:p w14:paraId="7B83C06C" w14:textId="77777777" w:rsidR="00367122" w:rsidRPr="00091366" w:rsidRDefault="00367122" w:rsidP="009E7A4A"/>
    <w:p w14:paraId="0879E134" w14:textId="77777777" w:rsidR="00367122" w:rsidRPr="00091366" w:rsidRDefault="00367122" w:rsidP="009E7A4A">
      <w:pPr>
        <w:pStyle w:val="ListParagraph"/>
        <w:numPr>
          <w:ilvl w:val="0"/>
          <w:numId w:val="21"/>
        </w:numPr>
      </w:pPr>
      <w:r w:rsidRPr="00091366">
        <w:t xml:space="preserve"> </w:t>
      </w:r>
    </w:p>
    <w:p w14:paraId="46C14602" w14:textId="71A12A2F" w:rsidR="00367122" w:rsidRPr="00091366" w:rsidRDefault="009A20D7" w:rsidP="009E7A4A">
      <w:pPr>
        <w:pStyle w:val="ListParagraph"/>
        <w:numPr>
          <w:ilvl w:val="1"/>
          <w:numId w:val="21"/>
        </w:numPr>
      </w:pPr>
      <w:r>
        <w:t xml:space="preserve">Except as provided in subsection (b), an amendment to a resolution or constitution or bylaw amendment may not be offered on the floor unless; 1. </w:t>
      </w:r>
      <w:r w:rsidR="13ABA5BF">
        <w:t>I</w:t>
      </w:r>
      <w:r>
        <w:t>n the case of a resolution, the language for the proposed amendment has been provided to the chair of the Resolutions Committee prior to the opening of the session in which that resolution is scheduled to be debated, and 2.  In the case of an amendment to a constitution or bylaw amendment, the language for the proposed amendment has been provided to the chair of the Constitution and Bylaws Committee prior to the opening of the session in which that constitution or bylaw amendment is scheduled to be debated.</w:t>
      </w:r>
    </w:p>
    <w:p w14:paraId="7FA78474" w14:textId="086AECB2" w:rsidR="00367122" w:rsidRPr="00091366" w:rsidRDefault="009A20D7" w:rsidP="009E7A4A">
      <w:pPr>
        <w:pStyle w:val="ListParagraph"/>
        <w:numPr>
          <w:ilvl w:val="1"/>
          <w:numId w:val="21"/>
        </w:numPr>
      </w:pPr>
      <w:r w:rsidRPr="009A20D7">
        <w:t>Notwithstanding subsection (A), if, in the opinion of the convention chair, the amendment being proposed is non-substantive or clarifying in nature, the amendment may be proposed and adopted by unanimous consent.</w:t>
      </w:r>
      <w:r w:rsidR="00367122" w:rsidRPr="00091366">
        <w:t xml:space="preserve"> </w:t>
      </w:r>
    </w:p>
    <w:p w14:paraId="58914C27" w14:textId="5D3B5BAE" w:rsidR="00367122" w:rsidRPr="00091366" w:rsidRDefault="009A20D7" w:rsidP="009E7A4A">
      <w:pPr>
        <w:pStyle w:val="ListParagraph"/>
        <w:numPr>
          <w:ilvl w:val="1"/>
          <w:numId w:val="21"/>
        </w:numPr>
      </w:pPr>
      <w:r w:rsidRPr="009A20D7">
        <w:t>Voting on an amendment to a proposed Resolution or Constitution or Bylaw Amendment shall occur by rising vote only. It shall not, therefore, be in order to seek a record vote on such an amendment.</w:t>
      </w:r>
    </w:p>
    <w:p w14:paraId="5923514D" w14:textId="77777777" w:rsidR="00367122" w:rsidRPr="00091366" w:rsidRDefault="00367122" w:rsidP="009E7A4A">
      <w:pPr>
        <w:pStyle w:val="ListParagraph"/>
      </w:pPr>
    </w:p>
    <w:p w14:paraId="3AF2EEB5" w14:textId="77777777" w:rsidR="00367122" w:rsidRPr="00091366" w:rsidRDefault="00367122" w:rsidP="009E7A4A">
      <w:pPr>
        <w:pStyle w:val="ListParagraph"/>
        <w:numPr>
          <w:ilvl w:val="0"/>
          <w:numId w:val="21"/>
        </w:numPr>
      </w:pPr>
      <w:r w:rsidRPr="00091366">
        <w:t>The parliamentarian will act as timekeeper.</w:t>
      </w:r>
    </w:p>
    <w:p w14:paraId="14BC79A3" w14:textId="77777777" w:rsidR="00367122" w:rsidRPr="00091366" w:rsidRDefault="00367122" w:rsidP="009E7A4A">
      <w:pPr>
        <w:pStyle w:val="ListParagraph"/>
      </w:pPr>
    </w:p>
    <w:p w14:paraId="1D931A90" w14:textId="77777777" w:rsidR="00367122" w:rsidRPr="00091366" w:rsidRDefault="00367122" w:rsidP="009E7A4A">
      <w:pPr>
        <w:pStyle w:val="ListParagraph"/>
        <w:numPr>
          <w:ilvl w:val="0"/>
          <w:numId w:val="21"/>
        </w:numPr>
      </w:pPr>
      <w:r w:rsidRPr="00091366">
        <w:t>Recognition to speak will be given to those members who properly address the chair either using the “raise hand” feature of the Zoom internet meeting client program or while standing at a microphone in the convention hall and giving their names and affiliation.</w:t>
      </w:r>
    </w:p>
    <w:p w14:paraId="2F6ED091" w14:textId="77777777" w:rsidR="00367122" w:rsidRPr="00091366" w:rsidRDefault="00367122" w:rsidP="009E7A4A"/>
    <w:p w14:paraId="494424BD" w14:textId="60502D92" w:rsidR="00367122" w:rsidRPr="00091366" w:rsidRDefault="009A20D7" w:rsidP="009E7A4A">
      <w:pPr>
        <w:pStyle w:val="ListParagraph"/>
        <w:numPr>
          <w:ilvl w:val="0"/>
          <w:numId w:val="21"/>
        </w:numPr>
      </w:pPr>
      <w:r w:rsidRPr="009A20D7">
        <w:t>Nominating and seconding speeches shall be limited to five minutes per candidate with the speaking time allocated according to the candidate's wishes. A person nominated for an office more than once shall be limited to one minute.</w:t>
      </w:r>
    </w:p>
    <w:p w14:paraId="4899EA30" w14:textId="1A7E9802" w:rsidR="00367122" w:rsidRPr="00091366" w:rsidRDefault="009A20D7" w:rsidP="009E7A4A">
      <w:pPr>
        <w:pStyle w:val="ListParagraph"/>
        <w:numPr>
          <w:ilvl w:val="0"/>
          <w:numId w:val="21"/>
        </w:numPr>
      </w:pPr>
      <w:r w:rsidRPr="009A20D7">
        <w:t>When no candidate for office receives a majority vote, the election shall be between the top two candidates. Affiliate votes will be reported in whole or half numbers. In all uncontested elections as verified after three calls for additional nominations, the chair may declare the candidate elected by acclamation. “Write in” candidacies are not permitted.</w:t>
      </w:r>
    </w:p>
    <w:p w14:paraId="04B8791E" w14:textId="77777777" w:rsidR="00367122" w:rsidRPr="00091366" w:rsidRDefault="00367122" w:rsidP="009E7A4A">
      <w:pPr>
        <w:pStyle w:val="ListParagraph"/>
      </w:pPr>
    </w:p>
    <w:p w14:paraId="3A588AF0" w14:textId="77777777" w:rsidR="00367122" w:rsidRPr="00091366" w:rsidRDefault="00367122" w:rsidP="009E7A4A">
      <w:pPr>
        <w:pStyle w:val="ListParagraph"/>
        <w:numPr>
          <w:ilvl w:val="0"/>
          <w:numId w:val="21"/>
        </w:numPr>
      </w:pPr>
      <w:bookmarkStart w:id="28" w:name="_Hlk197607671"/>
    </w:p>
    <w:p w14:paraId="6B2D7BED" w14:textId="26662F56" w:rsidR="00367122" w:rsidRPr="00091366" w:rsidRDefault="009A20D7" w:rsidP="009E7A4A">
      <w:pPr>
        <w:pStyle w:val="ListParagraph"/>
        <w:numPr>
          <w:ilvl w:val="1"/>
          <w:numId w:val="21"/>
        </w:numPr>
      </w:pPr>
      <w:r w:rsidRPr="009A20D7">
        <w:t>Once a rising vote has been taken on a resolution, the chair will announce the result. If the difference between the winning and losing side of a rising vote is less than 20%, a record vote can be requested if 25% or more of those voting on the losing side request it. Alternatively, the presiding officer may call for a record vote if they believe there is enough uncertainty in the margin.</w:t>
      </w:r>
    </w:p>
    <w:bookmarkEnd w:id="28"/>
    <w:p w14:paraId="4AF81999" w14:textId="55FF330C" w:rsidR="00367122" w:rsidRPr="00091366" w:rsidRDefault="009A20D7" w:rsidP="009E7A4A">
      <w:pPr>
        <w:pStyle w:val="ListParagraph"/>
        <w:numPr>
          <w:ilvl w:val="1"/>
          <w:numId w:val="21"/>
        </w:numPr>
      </w:pPr>
      <w:r w:rsidRPr="009A20D7">
        <w:t>After debate has ceased on a resolution and it is subsequently determined that a record vote is required, no further amendments may be proposed.</w:t>
      </w:r>
    </w:p>
    <w:p w14:paraId="037CDA04" w14:textId="77777777" w:rsidR="0058657C" w:rsidRDefault="0058657C" w:rsidP="009E7A4A"/>
    <w:p w14:paraId="362238B5" w14:textId="77777777" w:rsidR="002F6E66" w:rsidRDefault="002F6E66">
      <w:pPr>
        <w:rPr>
          <w:rFonts w:eastAsiaTheme="majorEastAsia" w:cstheme="majorBidi"/>
          <w:b/>
          <w:bCs/>
          <w:sz w:val="44"/>
          <w:szCs w:val="28"/>
        </w:rPr>
      </w:pPr>
      <w:r>
        <w:br w:type="page"/>
      </w:r>
    </w:p>
    <w:p w14:paraId="4FC6B5BA" w14:textId="0F291549" w:rsidR="00317BE7" w:rsidRPr="00370FA5" w:rsidRDefault="00317BE7" w:rsidP="009E7A4A">
      <w:pPr>
        <w:pStyle w:val="Heading1"/>
      </w:pPr>
      <w:bookmarkStart w:id="29" w:name="_Toc232406137"/>
      <w:r w:rsidRPr="00370FA5">
        <w:t>General Session Agenda</w:t>
      </w:r>
      <w:bookmarkEnd w:id="29"/>
    </w:p>
    <w:p w14:paraId="15368DE5" w14:textId="77777777" w:rsidR="00317BE7" w:rsidRPr="00D47905" w:rsidRDefault="00317BE7" w:rsidP="009E7A4A"/>
    <w:p w14:paraId="590C5A00" w14:textId="6EF0D0CF" w:rsidR="002717B9" w:rsidRPr="002717B9" w:rsidRDefault="002717B9" w:rsidP="009E7A4A">
      <w:pPr>
        <w:rPr>
          <w:b/>
          <w:bCs/>
        </w:rPr>
      </w:pPr>
      <w:r w:rsidRPr="002717B9">
        <w:rPr>
          <w:b/>
          <w:bCs/>
        </w:rPr>
        <w:t>Monday, July 13</w:t>
      </w:r>
    </w:p>
    <w:p w14:paraId="16D4B9E4" w14:textId="3DB86DBD" w:rsidR="00317BE7" w:rsidRDefault="00317BE7" w:rsidP="009E7A4A">
      <w:r w:rsidRPr="00F801AC">
        <w:t>7:00 p</w:t>
      </w:r>
      <w:r>
        <w:t>m</w:t>
      </w:r>
      <w:r w:rsidR="002717B9">
        <w:t>:</w:t>
      </w:r>
      <w:r>
        <w:t> </w:t>
      </w:r>
      <w:r w:rsidRPr="00F801AC">
        <w:t xml:space="preserve">Call to Order </w:t>
      </w:r>
      <w:r w:rsidR="00683E18">
        <w:t>-</w:t>
      </w:r>
      <w:r w:rsidRPr="00F801AC">
        <w:t xml:space="preserve"> Deb Cook Lewis, ACB President, Clarkston, WA</w:t>
      </w:r>
    </w:p>
    <w:p w14:paraId="53E6330C" w14:textId="77777777" w:rsidR="002717B9" w:rsidRDefault="002717B9" w:rsidP="009E7A4A"/>
    <w:p w14:paraId="52C7473F" w14:textId="366CE8CA" w:rsidR="002717B9" w:rsidRDefault="002717B9" w:rsidP="0056763F">
      <w:pPr>
        <w:pStyle w:val="ListParagraph"/>
        <w:numPr>
          <w:ilvl w:val="0"/>
          <w:numId w:val="30"/>
        </w:numPr>
      </w:pPr>
      <w:r>
        <w:t>Adoption of standing rules approved by the ACB Board of Directors (</w:t>
      </w:r>
      <w:r w:rsidR="0056763F">
        <w:t>May 18, 2026</w:t>
      </w:r>
      <w:r>
        <w:t xml:space="preserve">) </w:t>
      </w:r>
      <w:r w:rsidR="00683E18">
        <w:t>-</w:t>
      </w:r>
      <w:r>
        <w:t xml:space="preserve"> Pat Sheehan, Chair Voting Task</w:t>
      </w:r>
      <w:r w:rsidR="17A58DD0">
        <w:t xml:space="preserve"> F</w:t>
      </w:r>
      <w:r>
        <w:t>orce, Silver Spring, MD</w:t>
      </w:r>
    </w:p>
    <w:p w14:paraId="1ED06890" w14:textId="742FACDE" w:rsidR="002717B9" w:rsidRDefault="002717B9" w:rsidP="0056763F">
      <w:pPr>
        <w:pStyle w:val="ListParagraph"/>
        <w:numPr>
          <w:ilvl w:val="0"/>
          <w:numId w:val="30"/>
        </w:numPr>
      </w:pPr>
      <w:r w:rsidRPr="002717B9">
        <w:t>Adoption of the convention program</w:t>
      </w:r>
    </w:p>
    <w:p w14:paraId="5AD036F9" w14:textId="46B78C93" w:rsidR="002717B9" w:rsidRDefault="00CF3C0A" w:rsidP="0056763F">
      <w:pPr>
        <w:pStyle w:val="ListParagraph"/>
        <w:numPr>
          <w:ilvl w:val="0"/>
          <w:numId w:val="30"/>
        </w:numPr>
      </w:pPr>
      <w:r>
        <w:t>F</w:t>
      </w:r>
      <w:r w:rsidR="002717B9" w:rsidRPr="002717B9">
        <w:t xml:space="preserve">irst reading of the credentials report </w:t>
      </w:r>
      <w:r w:rsidR="00683E18">
        <w:t>-</w:t>
      </w:r>
      <w:r w:rsidR="002717B9" w:rsidRPr="002717B9">
        <w:t xml:space="preserve"> Ralph Smitherman, Credentials Chair, Jackson, MS</w:t>
      </w:r>
    </w:p>
    <w:p w14:paraId="2392E40D" w14:textId="43B94C51" w:rsidR="002717B9" w:rsidRPr="00F801AC" w:rsidRDefault="002717B9" w:rsidP="0056763F">
      <w:pPr>
        <w:pStyle w:val="ListParagraph"/>
        <w:numPr>
          <w:ilvl w:val="0"/>
          <w:numId w:val="30"/>
        </w:numPr>
      </w:pPr>
      <w:r>
        <w:t>Affiliate roll</w:t>
      </w:r>
      <w:r w:rsidR="5A13135F">
        <w:t xml:space="preserve"> </w:t>
      </w:r>
      <w:r>
        <w:t>call</w:t>
      </w:r>
      <w:r w:rsidR="4B29B32A">
        <w:t>,</w:t>
      </w:r>
      <w:r>
        <w:t xml:space="preserve"> including the names of the delegate, alternate and Nominating representative </w:t>
      </w:r>
      <w:r w:rsidR="00683E18">
        <w:t>-</w:t>
      </w:r>
      <w:r>
        <w:t xml:space="preserve"> Katie Frederick, ACB Secretary, Worthington, OH</w:t>
      </w:r>
    </w:p>
    <w:p w14:paraId="16E388CA" w14:textId="77777777" w:rsidR="00317BE7" w:rsidRPr="00F801AC" w:rsidRDefault="00317BE7" w:rsidP="009E7A4A"/>
    <w:p w14:paraId="320375FD" w14:textId="2631B204" w:rsidR="00317BE7" w:rsidRDefault="002717B9" w:rsidP="009E7A4A">
      <w:r>
        <w:t>8</w:t>
      </w:r>
      <w:r w:rsidR="00317BE7">
        <w:t>:30 pm</w:t>
      </w:r>
      <w:r>
        <w:t>: Nominating Committee Meeting (doors open at 8:00</w:t>
      </w:r>
      <w:r w:rsidR="0056763F">
        <w:t xml:space="preserve"> pm</w:t>
      </w:r>
      <w:r>
        <w:t xml:space="preserve"> and are locked at 8:30</w:t>
      </w:r>
      <w:r w:rsidR="0056763F">
        <w:t xml:space="preserve"> pm</w:t>
      </w:r>
      <w:r>
        <w:t>)</w:t>
      </w:r>
    </w:p>
    <w:p w14:paraId="5B92A39B" w14:textId="77777777" w:rsidR="00DD2F16" w:rsidRDefault="00DD2F16" w:rsidP="009E7A4A"/>
    <w:p w14:paraId="5C76B018" w14:textId="239B5424" w:rsidR="002717B9" w:rsidRPr="002717B9" w:rsidRDefault="002717B9" w:rsidP="002717B9">
      <w:pPr>
        <w:rPr>
          <w:b/>
          <w:bCs/>
        </w:rPr>
      </w:pPr>
      <w:r>
        <w:rPr>
          <w:b/>
          <w:bCs/>
        </w:rPr>
        <w:t>Tuesday</w:t>
      </w:r>
      <w:r w:rsidRPr="002717B9">
        <w:rPr>
          <w:b/>
          <w:bCs/>
        </w:rPr>
        <w:t>, July 1</w:t>
      </w:r>
      <w:r>
        <w:rPr>
          <w:b/>
          <w:bCs/>
        </w:rPr>
        <w:t>4</w:t>
      </w:r>
    </w:p>
    <w:p w14:paraId="504E6A80" w14:textId="26399684" w:rsidR="002717B9" w:rsidRDefault="002717B9" w:rsidP="002717B9">
      <w:r w:rsidRPr="00F801AC">
        <w:t>7:00 p</w:t>
      </w:r>
      <w:r>
        <w:t>m: </w:t>
      </w:r>
      <w:r w:rsidRPr="00F801AC">
        <w:t xml:space="preserve">Call to Order </w:t>
      </w:r>
      <w:r w:rsidR="00683E18">
        <w:t>-</w:t>
      </w:r>
      <w:r w:rsidRPr="00F801AC">
        <w:t xml:space="preserve"> Deb Cook Lewis, ACB President, Clarkston, WA</w:t>
      </w:r>
    </w:p>
    <w:p w14:paraId="675026D7" w14:textId="45A81DD4" w:rsidR="002717B9" w:rsidRDefault="002717B9" w:rsidP="00601556">
      <w:pPr>
        <w:pStyle w:val="ListParagraph"/>
        <w:numPr>
          <w:ilvl w:val="0"/>
          <w:numId w:val="30"/>
        </w:numPr>
      </w:pPr>
      <w:r>
        <w:t xml:space="preserve">Nominating Committee Report </w:t>
      </w:r>
      <w:r w:rsidR="00683E18">
        <w:t>-</w:t>
      </w:r>
      <w:r>
        <w:t xml:space="preserve"> Mitch Pomerantz, Nominating Chair, Pasadena, CA</w:t>
      </w:r>
    </w:p>
    <w:p w14:paraId="08EEFB39" w14:textId="0D6F5504" w:rsidR="002717B9" w:rsidRDefault="002717B9" w:rsidP="00601556">
      <w:pPr>
        <w:pStyle w:val="ListParagraph"/>
        <w:numPr>
          <w:ilvl w:val="0"/>
          <w:numId w:val="30"/>
        </w:numPr>
      </w:pPr>
      <w:r>
        <w:t xml:space="preserve">Adoption of the Credentials Report </w:t>
      </w:r>
      <w:r w:rsidR="00683E18">
        <w:t>-</w:t>
      </w:r>
      <w:r>
        <w:t xml:space="preserve"> Ral</w:t>
      </w:r>
      <w:r w:rsidR="00601556">
        <w:t>p</w:t>
      </w:r>
      <w:r>
        <w:t>h Smitherman, Credentials chair, Jackson, MS</w:t>
      </w:r>
    </w:p>
    <w:p w14:paraId="71BF3F33" w14:textId="43C16DBD" w:rsidR="00CF3C0A" w:rsidRDefault="002717B9" w:rsidP="00601556">
      <w:pPr>
        <w:pStyle w:val="ListParagraph"/>
        <w:numPr>
          <w:ilvl w:val="0"/>
          <w:numId w:val="30"/>
        </w:numPr>
      </w:pPr>
      <w:r>
        <w:t xml:space="preserve">Resolutions debate and rising vote in Zoom. The individual vote and affiliate vote for resolutions requiring a record vote will take place on </w:t>
      </w:r>
      <w:r w:rsidR="00601556">
        <w:t>Thursday</w:t>
      </w:r>
      <w:r w:rsidR="1DE924E0">
        <w:t>.</w:t>
      </w:r>
      <w:r w:rsidR="00601556">
        <w:t xml:space="preserve"> Gabe</w:t>
      </w:r>
      <w:r>
        <w:t xml:space="preserve"> Griffith and Ray Campbell</w:t>
      </w:r>
      <w:r w:rsidR="0E470EF4">
        <w:t>,</w:t>
      </w:r>
      <w:r>
        <w:t xml:space="preserve"> Resolutions Committee</w:t>
      </w:r>
    </w:p>
    <w:p w14:paraId="750BF8AE" w14:textId="57393CF1" w:rsidR="002717B9" w:rsidRDefault="002717B9" w:rsidP="00601556">
      <w:pPr>
        <w:pStyle w:val="ListParagraph"/>
        <w:numPr>
          <w:ilvl w:val="0"/>
          <w:numId w:val="30"/>
        </w:numPr>
      </w:pPr>
      <w:r w:rsidRPr="00A84B74">
        <w:t xml:space="preserve">First reading of </w:t>
      </w:r>
      <w:r>
        <w:t>proposed B</w:t>
      </w:r>
      <w:r w:rsidRPr="00A84B74">
        <w:t>ylaw amendments</w:t>
      </w:r>
      <w:r w:rsidR="00601556">
        <w:t>,</w:t>
      </w:r>
      <w:r>
        <w:t xml:space="preserve"> John </w:t>
      </w:r>
      <w:r w:rsidRPr="00601556">
        <w:rPr>
          <w:spacing w:val="-4"/>
        </w:rPr>
        <w:t>McCann, Constitution and Bylaws Chair, Tucson, AZ</w:t>
      </w:r>
    </w:p>
    <w:p w14:paraId="28D8D7BC" w14:textId="40323530" w:rsidR="00C92442" w:rsidRDefault="00C92442">
      <w:pPr>
        <w:rPr>
          <w:b/>
          <w:bCs/>
        </w:rPr>
      </w:pPr>
    </w:p>
    <w:p w14:paraId="59E78A05" w14:textId="340B195D" w:rsidR="00CF3C0A" w:rsidRPr="002717B9" w:rsidRDefault="00CF3C0A" w:rsidP="00CF3C0A">
      <w:pPr>
        <w:rPr>
          <w:b/>
          <w:bCs/>
        </w:rPr>
      </w:pPr>
      <w:r>
        <w:rPr>
          <w:b/>
          <w:bCs/>
        </w:rPr>
        <w:t>Wednesday</w:t>
      </w:r>
      <w:r w:rsidRPr="002717B9">
        <w:rPr>
          <w:b/>
          <w:bCs/>
        </w:rPr>
        <w:t>, July 1</w:t>
      </w:r>
      <w:r>
        <w:rPr>
          <w:b/>
          <w:bCs/>
        </w:rPr>
        <w:t>5</w:t>
      </w:r>
    </w:p>
    <w:p w14:paraId="3EEE600C" w14:textId="0F857A89" w:rsidR="00CF3C0A" w:rsidRDefault="00CF3C0A" w:rsidP="00CF3C0A">
      <w:r>
        <w:t>2</w:t>
      </w:r>
      <w:r w:rsidRPr="00F801AC">
        <w:t>:00 p</w:t>
      </w:r>
      <w:r>
        <w:t xml:space="preserve">m </w:t>
      </w:r>
      <w:r w:rsidR="00683E18">
        <w:t>-</w:t>
      </w:r>
      <w:r>
        <w:t xml:space="preserve"> 4:00 pm: </w:t>
      </w:r>
      <w:r w:rsidRPr="00CF3C0A">
        <w:t>Mock election to practice using the Vote Now system.</w:t>
      </w:r>
    </w:p>
    <w:p w14:paraId="58AACC87" w14:textId="77777777" w:rsidR="00CF3C0A" w:rsidRDefault="00CF3C0A" w:rsidP="00CF3C0A"/>
    <w:p w14:paraId="49CFE08D" w14:textId="11B4326C" w:rsidR="00CF3C0A" w:rsidRDefault="00CF3C0A" w:rsidP="00CF3C0A">
      <w:r>
        <w:t xml:space="preserve">7:00 pm: </w:t>
      </w:r>
      <w:r w:rsidRPr="00F801AC">
        <w:t xml:space="preserve">Call to Order </w:t>
      </w:r>
      <w:r w:rsidR="00683E18">
        <w:t>-</w:t>
      </w:r>
      <w:r w:rsidRPr="00F801AC">
        <w:t xml:space="preserve"> Deb Cook Lewis, ACB President, Clarkston, WA</w:t>
      </w:r>
    </w:p>
    <w:p w14:paraId="1A27E7E2" w14:textId="7A0DBC82" w:rsidR="00CF3C0A" w:rsidRDefault="00CF3C0A" w:rsidP="00601556">
      <w:pPr>
        <w:pStyle w:val="ListParagraph"/>
        <w:numPr>
          <w:ilvl w:val="0"/>
          <w:numId w:val="30"/>
        </w:numPr>
      </w:pPr>
      <w:r w:rsidRPr="00CF3C0A">
        <w:t xml:space="preserve">Nominations and Candidate Speeches </w:t>
      </w:r>
      <w:r w:rsidR="00683E18">
        <w:t>-</w:t>
      </w:r>
      <w:r w:rsidRPr="00CF3C0A">
        <w:t xml:space="preserve"> Elections until there is a contested election</w:t>
      </w:r>
    </w:p>
    <w:p w14:paraId="4FA46705" w14:textId="512F2EEC" w:rsidR="00CF3C0A" w:rsidRDefault="00CF3C0A" w:rsidP="00601556">
      <w:pPr>
        <w:pStyle w:val="ListParagraph"/>
        <w:numPr>
          <w:ilvl w:val="0"/>
          <w:numId w:val="30"/>
        </w:numPr>
      </w:pPr>
      <w:r w:rsidRPr="00CF3C0A">
        <w:t>Reading and debate of proposed Bylaw amendments. The individual and affiliate vote will be taken on Thursday for any amendments that have been read and debated.</w:t>
      </w:r>
    </w:p>
    <w:p w14:paraId="13099411" w14:textId="77777777" w:rsidR="00CF3C0A" w:rsidRDefault="00CF3C0A" w:rsidP="00CF3C0A"/>
    <w:p w14:paraId="58DE2495" w14:textId="07C681BF" w:rsidR="00CF3C0A" w:rsidRPr="002717B9" w:rsidRDefault="00CF3C0A" w:rsidP="00CF3C0A">
      <w:pPr>
        <w:rPr>
          <w:b/>
          <w:bCs/>
        </w:rPr>
      </w:pPr>
      <w:r>
        <w:rPr>
          <w:b/>
          <w:bCs/>
        </w:rPr>
        <w:t>Thursday</w:t>
      </w:r>
      <w:r w:rsidRPr="002717B9">
        <w:rPr>
          <w:b/>
          <w:bCs/>
        </w:rPr>
        <w:t>, July 1</w:t>
      </w:r>
      <w:r>
        <w:rPr>
          <w:b/>
          <w:bCs/>
        </w:rPr>
        <w:t>6</w:t>
      </w:r>
    </w:p>
    <w:p w14:paraId="51738C67" w14:textId="01B2BBE3" w:rsidR="00CF3C0A" w:rsidRDefault="00CF3C0A" w:rsidP="00CF3C0A">
      <w:r>
        <w:t>2</w:t>
      </w:r>
      <w:r w:rsidRPr="00F801AC">
        <w:t>:00 p</w:t>
      </w:r>
      <w:r>
        <w:t xml:space="preserve">m </w:t>
      </w:r>
      <w:r w:rsidR="00683E18">
        <w:t>-</w:t>
      </w:r>
      <w:r>
        <w:t xml:space="preserve"> 6:00 pm: </w:t>
      </w:r>
      <w:r w:rsidRPr="00CF3C0A">
        <w:t>Individual record vote using Vote Now for contested election, Resolutions requiring a record vote, and Bylaw amendments that have been debated on Tuesday or Wednesday.</w:t>
      </w:r>
    </w:p>
    <w:p w14:paraId="2CE325E2" w14:textId="3AF6235C" w:rsidR="00CF3C0A" w:rsidRDefault="00CF3C0A" w:rsidP="00CF3C0A">
      <w:r w:rsidRPr="00F801AC">
        <w:t>7:00 p</w:t>
      </w:r>
      <w:r>
        <w:t>m: </w:t>
      </w:r>
      <w:r w:rsidRPr="00F801AC">
        <w:t xml:space="preserve">Call to Order </w:t>
      </w:r>
      <w:r w:rsidR="00683E18">
        <w:t>-</w:t>
      </w:r>
      <w:r w:rsidRPr="00F801AC">
        <w:t xml:space="preserve"> Deb Cook Lewis, ACB President, Clarkston, WA</w:t>
      </w:r>
    </w:p>
    <w:p w14:paraId="07853485" w14:textId="3139F39E" w:rsidR="00CF3C0A" w:rsidRPr="00CF3C0A" w:rsidRDefault="00CF3C0A" w:rsidP="00601556">
      <w:pPr>
        <w:pStyle w:val="ListParagraph"/>
        <w:numPr>
          <w:ilvl w:val="0"/>
          <w:numId w:val="30"/>
        </w:numPr>
      </w:pPr>
      <w:r>
        <w:t>Affiliate rol</w:t>
      </w:r>
      <w:r w:rsidR="747B3E3F">
        <w:t>l</w:t>
      </w:r>
      <w:r>
        <w:t xml:space="preserve"> call vote </w:t>
      </w:r>
    </w:p>
    <w:p w14:paraId="1C3C8605" w14:textId="77777777" w:rsidR="00CF3C0A" w:rsidRPr="00CF3C0A" w:rsidRDefault="00CF3C0A" w:rsidP="00601556">
      <w:pPr>
        <w:pStyle w:val="ListParagraph"/>
        <w:numPr>
          <w:ilvl w:val="0"/>
          <w:numId w:val="30"/>
        </w:numPr>
      </w:pPr>
      <w:r w:rsidRPr="00CF3C0A">
        <w:t>Nominations and Candidate Speeches - Elections</w:t>
      </w:r>
    </w:p>
    <w:p w14:paraId="58EE2E07" w14:textId="09379822" w:rsidR="00CF3C0A" w:rsidRPr="00CF3C0A" w:rsidRDefault="00CF3C0A" w:rsidP="00601556">
      <w:pPr>
        <w:pStyle w:val="ListParagraph"/>
        <w:numPr>
          <w:ilvl w:val="0"/>
          <w:numId w:val="30"/>
        </w:numPr>
      </w:pPr>
      <w:r w:rsidRPr="00CF3C0A">
        <w:t xml:space="preserve">Reading and debate of proposed Bylaw amendments </w:t>
      </w:r>
      <w:r w:rsidR="00601556">
        <w:t>c</w:t>
      </w:r>
      <w:r w:rsidRPr="00CF3C0A">
        <w:t>ontinued. The record vote for these will be taken on Friday.</w:t>
      </w:r>
    </w:p>
    <w:p w14:paraId="6B575B4F" w14:textId="4468B5EF" w:rsidR="00CF3C0A" w:rsidRDefault="00CF3C0A" w:rsidP="00601556">
      <w:pPr>
        <w:pStyle w:val="ListParagraph"/>
        <w:numPr>
          <w:ilvl w:val="0"/>
          <w:numId w:val="30"/>
        </w:numPr>
      </w:pPr>
      <w:r w:rsidRPr="00CF3C0A">
        <w:t>Debate and rising vote on Resolutions continued if required and time permits</w:t>
      </w:r>
      <w:r>
        <w:t xml:space="preserve"> </w:t>
      </w:r>
    </w:p>
    <w:p w14:paraId="3F0192BE" w14:textId="21D8FDB2" w:rsidR="009A1099" w:rsidRDefault="009A1099">
      <w:pPr>
        <w:rPr>
          <w:b/>
          <w:bCs/>
        </w:rPr>
      </w:pPr>
    </w:p>
    <w:p w14:paraId="4AA7DB91" w14:textId="18F7B2F6" w:rsidR="00CF3C0A" w:rsidRPr="002717B9" w:rsidRDefault="00CF3C0A" w:rsidP="00CF3C0A">
      <w:pPr>
        <w:rPr>
          <w:b/>
          <w:bCs/>
        </w:rPr>
      </w:pPr>
      <w:r>
        <w:rPr>
          <w:b/>
          <w:bCs/>
        </w:rPr>
        <w:t>Friday</w:t>
      </w:r>
      <w:r w:rsidRPr="002717B9">
        <w:rPr>
          <w:b/>
          <w:bCs/>
        </w:rPr>
        <w:t>, July 1</w:t>
      </w:r>
      <w:r>
        <w:rPr>
          <w:b/>
          <w:bCs/>
        </w:rPr>
        <w:t>7</w:t>
      </w:r>
    </w:p>
    <w:p w14:paraId="1A44561A" w14:textId="08A6E729" w:rsidR="00CF3C0A" w:rsidRDefault="00CF3C0A" w:rsidP="00F520BF">
      <w:r>
        <w:t>2</w:t>
      </w:r>
      <w:r w:rsidRPr="00F801AC">
        <w:t>:00 p</w:t>
      </w:r>
      <w:r>
        <w:t xml:space="preserve">m </w:t>
      </w:r>
      <w:r w:rsidR="00683E18">
        <w:t>-</w:t>
      </w:r>
      <w:r>
        <w:t xml:space="preserve"> 6:00 pm: I</w:t>
      </w:r>
      <w:r w:rsidRPr="00CF3C0A">
        <w:t>ndividual record vote for contested election, Resolutions requiring a record vote, and Bylaw amendments that have been debated on Thursday.</w:t>
      </w:r>
    </w:p>
    <w:p w14:paraId="5D69A439" w14:textId="77777777" w:rsidR="00F520BF" w:rsidRDefault="00F520BF" w:rsidP="00CF3C0A">
      <w:pPr>
        <w:ind w:left="0" w:firstLine="0"/>
      </w:pPr>
    </w:p>
    <w:p w14:paraId="4A1F71B7" w14:textId="1B4BF1A8" w:rsidR="00F520BF" w:rsidRDefault="00F520BF" w:rsidP="00F520BF">
      <w:r w:rsidRPr="00F801AC">
        <w:t>7:00 p</w:t>
      </w:r>
      <w:r>
        <w:t>m: </w:t>
      </w:r>
      <w:r w:rsidRPr="00F801AC">
        <w:t xml:space="preserve">Call to Order </w:t>
      </w:r>
      <w:r w:rsidR="00683E18">
        <w:t>-</w:t>
      </w:r>
      <w:r w:rsidRPr="00F801AC">
        <w:t xml:space="preserve"> Deb Cook Lewis, ACB President, Clarkston, WA</w:t>
      </w:r>
    </w:p>
    <w:p w14:paraId="50438A5A" w14:textId="4129C1E5" w:rsidR="00F520BF" w:rsidRDefault="00F520BF" w:rsidP="00601556">
      <w:pPr>
        <w:pStyle w:val="ListParagraph"/>
        <w:numPr>
          <w:ilvl w:val="0"/>
          <w:numId w:val="30"/>
        </w:numPr>
      </w:pPr>
      <w:r>
        <w:t>Affiliate rol</w:t>
      </w:r>
      <w:r w:rsidR="44C856BF">
        <w:t>l</w:t>
      </w:r>
      <w:r>
        <w:t xml:space="preserve"> call</w:t>
      </w:r>
    </w:p>
    <w:p w14:paraId="77C01BD2" w14:textId="6A66091C" w:rsidR="00F520BF" w:rsidRDefault="00F520BF" w:rsidP="00601556">
      <w:pPr>
        <w:pStyle w:val="ListParagraph"/>
        <w:numPr>
          <w:ilvl w:val="0"/>
          <w:numId w:val="30"/>
        </w:numPr>
      </w:pPr>
      <w:r w:rsidRPr="00F520BF">
        <w:t>Reading and Debate of Resolutions continued if required. Any required record votes will be taken during the hybrid portion of convention.</w:t>
      </w:r>
    </w:p>
    <w:p w14:paraId="180E05D5" w14:textId="77777777" w:rsidR="00601556" w:rsidRDefault="00601556" w:rsidP="00601556">
      <w:pPr>
        <w:ind w:left="0" w:firstLine="0"/>
      </w:pPr>
    </w:p>
    <w:p w14:paraId="4021A1C0" w14:textId="77777777" w:rsidR="00622825" w:rsidRDefault="00622825">
      <w:pPr>
        <w:rPr>
          <w:b/>
          <w:bCs/>
        </w:rPr>
      </w:pPr>
      <w:r>
        <w:rPr>
          <w:b/>
          <w:bCs/>
        </w:rPr>
        <w:br w:type="page"/>
      </w:r>
    </w:p>
    <w:p w14:paraId="01DFFBB2" w14:textId="57BB1BAD" w:rsidR="00F520BF" w:rsidRPr="002717B9" w:rsidRDefault="00F520BF" w:rsidP="00F520BF">
      <w:pPr>
        <w:rPr>
          <w:b/>
          <w:bCs/>
        </w:rPr>
      </w:pPr>
      <w:r w:rsidRPr="14638D2A">
        <w:rPr>
          <w:b/>
          <w:bCs/>
        </w:rPr>
        <w:t>Saturday, July 25</w:t>
      </w:r>
    </w:p>
    <w:p w14:paraId="59C7F16D" w14:textId="6A199312" w:rsidR="00F520BF" w:rsidRDefault="00F520BF" w:rsidP="00F520BF">
      <w:r>
        <w:t>7</w:t>
      </w:r>
      <w:r w:rsidRPr="00F801AC">
        <w:t>:00 p</w:t>
      </w:r>
      <w:r>
        <w:t xml:space="preserve">m: </w:t>
      </w:r>
      <w:r w:rsidRPr="00F801AC">
        <w:t xml:space="preserve">Call to Order </w:t>
      </w:r>
      <w:r w:rsidR="00683E18">
        <w:t>-</w:t>
      </w:r>
      <w:r w:rsidRPr="00F801AC">
        <w:t xml:space="preserve"> Deb Cook Lewis, ACB President, Clarkston, WA</w:t>
      </w:r>
    </w:p>
    <w:p w14:paraId="6198B556" w14:textId="77777777" w:rsidR="00F520BF" w:rsidRPr="00F520BF" w:rsidRDefault="00F520BF" w:rsidP="00683E18">
      <w:pPr>
        <w:pStyle w:val="ListParagraph"/>
        <w:numPr>
          <w:ilvl w:val="0"/>
          <w:numId w:val="30"/>
        </w:numPr>
      </w:pPr>
      <w:r w:rsidRPr="00F520BF">
        <w:t>Moment of Reflection</w:t>
      </w:r>
    </w:p>
    <w:p w14:paraId="2F52198D" w14:textId="73239579" w:rsidR="00F520BF" w:rsidRPr="00F520BF" w:rsidRDefault="00F520BF" w:rsidP="00601556">
      <w:pPr>
        <w:pStyle w:val="ListParagraph"/>
        <w:numPr>
          <w:ilvl w:val="0"/>
          <w:numId w:val="30"/>
        </w:numPr>
      </w:pPr>
      <w:r w:rsidRPr="00F520BF">
        <w:t>Presentation of Colors:</w:t>
      </w:r>
      <w:r w:rsidR="00601556">
        <w:br/>
      </w:r>
      <w:r w:rsidRPr="00F520BF">
        <w:t xml:space="preserve"> Colonel Jackson, University City School ROTC </w:t>
      </w:r>
    </w:p>
    <w:p w14:paraId="7BAB0B30" w14:textId="65E86F34" w:rsidR="00F520BF" w:rsidRPr="00F520BF" w:rsidRDefault="00F520BF" w:rsidP="00601556">
      <w:pPr>
        <w:pStyle w:val="ListParagraph"/>
        <w:numPr>
          <w:ilvl w:val="0"/>
          <w:numId w:val="30"/>
        </w:numPr>
      </w:pPr>
      <w:r w:rsidRPr="00F520BF">
        <w:t xml:space="preserve">National Anthem </w:t>
      </w:r>
      <w:r w:rsidR="00683E18">
        <w:t>-</w:t>
      </w:r>
      <w:r w:rsidRPr="00F520BF">
        <w:t xml:space="preserve"> June Lenk, </w:t>
      </w:r>
      <w:r w:rsidR="00601556">
        <w:t>S</w:t>
      </w:r>
      <w:r w:rsidRPr="00F520BF">
        <w:t>t</w:t>
      </w:r>
      <w:r w:rsidR="00601556">
        <w:t>.</w:t>
      </w:r>
      <w:r w:rsidRPr="00F520BF">
        <w:t xml:space="preserve"> </w:t>
      </w:r>
      <w:r w:rsidR="00601556">
        <w:t>L</w:t>
      </w:r>
      <w:r w:rsidRPr="00F520BF">
        <w:t>ouis</w:t>
      </w:r>
      <w:r w:rsidR="00601556">
        <w:t>,</w:t>
      </w:r>
      <w:r w:rsidRPr="00F520BF">
        <w:t xml:space="preserve"> MO</w:t>
      </w:r>
    </w:p>
    <w:p w14:paraId="2B2B8D17" w14:textId="4AEA66C9" w:rsidR="00F520BF" w:rsidRDefault="00F520BF" w:rsidP="00601556">
      <w:pPr>
        <w:pStyle w:val="ListParagraph"/>
        <w:numPr>
          <w:ilvl w:val="0"/>
          <w:numId w:val="30"/>
        </w:numPr>
      </w:pPr>
      <w:r w:rsidRPr="00F520BF">
        <w:t xml:space="preserve">Welcome to Convention </w:t>
      </w:r>
      <w:r w:rsidR="00683E18">
        <w:t>-</w:t>
      </w:r>
      <w:r w:rsidRPr="00F520BF">
        <w:t>Tracy Anderson, President, Missouri Council of the Blind</w:t>
      </w:r>
      <w:r>
        <w:t xml:space="preserve"> </w:t>
      </w:r>
      <w:r w:rsidR="006D0865">
        <w:br/>
      </w:r>
    </w:p>
    <w:p w14:paraId="2E375B4E" w14:textId="7E17E7F1" w:rsidR="00F520BF" w:rsidRDefault="00F520BF" w:rsidP="00F520BF">
      <w:r>
        <w:t xml:space="preserve">7:30 pm: </w:t>
      </w:r>
      <w:r w:rsidRPr="00F520BF">
        <w:t xml:space="preserve">ACB President's Report </w:t>
      </w:r>
      <w:r w:rsidR="00683E18">
        <w:t>-</w:t>
      </w:r>
      <w:r w:rsidRPr="00F520BF">
        <w:t xml:space="preserve"> Deb Cook Lewis, Clarkston, WA</w:t>
      </w:r>
      <w:r w:rsidRPr="00F520BF">
        <w:br/>
        <w:t xml:space="preserve">Executive Director's Report </w:t>
      </w:r>
      <w:r w:rsidR="00683E18">
        <w:t>-</w:t>
      </w:r>
      <w:r w:rsidRPr="00F520BF">
        <w:t xml:space="preserve"> Scott Thornhill, Alexandria, VA</w:t>
      </w:r>
    </w:p>
    <w:p w14:paraId="72E81120" w14:textId="77777777" w:rsidR="00F520BF" w:rsidRDefault="00F520BF" w:rsidP="00F520BF"/>
    <w:p w14:paraId="76025140" w14:textId="472E33F5" w:rsidR="00F520BF" w:rsidRPr="00F520BF" w:rsidRDefault="00F520BF" w:rsidP="00F520BF">
      <w:r w:rsidRPr="00F520BF">
        <w:t xml:space="preserve">8:00 pm: Life Member Presentations </w:t>
      </w:r>
      <w:r w:rsidR="00683E18">
        <w:t>-</w:t>
      </w:r>
      <w:r w:rsidRPr="00F520BF">
        <w:t xml:space="preserve"> Deb Cook Lewis, Clarkston, WA; Nancy Marks Becker, ACB Chief Financial Officer, Brooklyn Center, MN</w:t>
      </w:r>
    </w:p>
    <w:p w14:paraId="51F3FBFC" w14:textId="77777777" w:rsidR="00F520BF" w:rsidRPr="00F520BF" w:rsidRDefault="00F520BF" w:rsidP="00F520BF"/>
    <w:p w14:paraId="1816D694" w14:textId="4DA91BD7" w:rsidR="00F520BF" w:rsidRPr="00F520BF" w:rsidRDefault="00F520BF" w:rsidP="00F520BF">
      <w:r w:rsidRPr="00F520BF">
        <w:t xml:space="preserve">8:30 pm: ACB First Timers </w:t>
      </w:r>
      <w:r w:rsidR="00683E18">
        <w:t>-</w:t>
      </w:r>
      <w:r w:rsidRPr="00F520BF">
        <w:t xml:space="preserve"> Zelda Gebhard, Chair; Durward K. McDaniel First-Timers Committee, Edgeley, ND </w:t>
      </w:r>
    </w:p>
    <w:p w14:paraId="3F32B20C" w14:textId="77777777" w:rsidR="00F520BF" w:rsidRPr="00F520BF" w:rsidRDefault="00F520BF" w:rsidP="00F520BF"/>
    <w:p w14:paraId="16E55EBD" w14:textId="224A1B68" w:rsidR="00F520BF" w:rsidRPr="00F520BF" w:rsidRDefault="00F520BF" w:rsidP="00F520BF">
      <w:r w:rsidRPr="00F520BF">
        <w:t xml:space="preserve">8:45 pm: ACB Leadership Fellows </w:t>
      </w:r>
      <w:r w:rsidR="00683E18">
        <w:t>-</w:t>
      </w:r>
      <w:r w:rsidRPr="00F520BF">
        <w:t xml:space="preserve"> Scott Thornhill, </w:t>
      </w:r>
      <w:r w:rsidR="00D60D3F">
        <w:t xml:space="preserve">Executive Director, </w:t>
      </w:r>
      <w:r w:rsidRPr="00F520BF">
        <w:t>Alexandria, VA</w:t>
      </w:r>
    </w:p>
    <w:p w14:paraId="78702D1B" w14:textId="77777777" w:rsidR="00F520BF" w:rsidRPr="00F520BF" w:rsidRDefault="00F520BF" w:rsidP="00F520BF"/>
    <w:p w14:paraId="027F6AB6" w14:textId="730E7712" w:rsidR="00F520BF" w:rsidRPr="00F520BF" w:rsidRDefault="00F520BF" w:rsidP="00F520BF">
      <w:r w:rsidRPr="00F520BF">
        <w:t xml:space="preserve">9:00 pm: ACB Angel </w:t>
      </w:r>
      <w:r w:rsidR="00683E18">
        <w:t>-</w:t>
      </w:r>
      <w:r w:rsidRPr="00F520BF">
        <w:t xml:space="preserve"> Denise Colley, Richmond</w:t>
      </w:r>
      <w:r w:rsidR="00D60D3F">
        <w:t>,</w:t>
      </w:r>
      <w:r w:rsidRPr="00F520BF">
        <w:t xml:space="preserve"> T</w:t>
      </w:r>
      <w:r w:rsidR="00D60D3F">
        <w:t>X</w:t>
      </w:r>
    </w:p>
    <w:p w14:paraId="6D2D6C01" w14:textId="77777777" w:rsidR="00F520BF" w:rsidRPr="00F520BF" w:rsidRDefault="00F520BF" w:rsidP="00F520BF">
      <w:r w:rsidRPr="00F520BF">
        <w:t xml:space="preserve"> </w:t>
      </w:r>
    </w:p>
    <w:p w14:paraId="029562CC" w14:textId="2C91DC8D" w:rsidR="00F520BF" w:rsidRPr="00F520BF" w:rsidRDefault="00F520BF" w:rsidP="00F520BF">
      <w:r w:rsidRPr="00F520BF">
        <w:t xml:space="preserve">9:05 </w:t>
      </w:r>
      <w:r w:rsidR="00D60D3F">
        <w:t>pm</w:t>
      </w:r>
      <w:r w:rsidRPr="00F520BF">
        <w:t>:</w:t>
      </w:r>
      <w:r>
        <w:t xml:space="preserve"> </w:t>
      </w:r>
      <w:r w:rsidRPr="00F520BF">
        <w:t>Affiliate Announcements and Recognitions</w:t>
      </w:r>
    </w:p>
    <w:p w14:paraId="37FBDD0A" w14:textId="77777777" w:rsidR="00F520BF" w:rsidRPr="00F520BF" w:rsidRDefault="00F520BF" w:rsidP="00F520BF"/>
    <w:p w14:paraId="4E7C864D" w14:textId="545B9390" w:rsidR="00F520BF" w:rsidRDefault="00F520BF" w:rsidP="00F520BF">
      <w:r w:rsidRPr="00F520BF">
        <w:t>9:25 pm: Nominations and Candidate Speeches - Elections</w:t>
      </w:r>
    </w:p>
    <w:p w14:paraId="5A5027B1" w14:textId="77777777" w:rsidR="00F520BF" w:rsidRDefault="00F520BF" w:rsidP="00CF3C0A">
      <w:pPr>
        <w:ind w:left="0" w:firstLine="0"/>
      </w:pPr>
    </w:p>
    <w:p w14:paraId="3E064BEE" w14:textId="03356EEC" w:rsidR="00F520BF" w:rsidRPr="002717B9" w:rsidRDefault="00F520BF" w:rsidP="00F520BF">
      <w:pPr>
        <w:rPr>
          <w:b/>
          <w:bCs/>
        </w:rPr>
      </w:pPr>
      <w:r w:rsidRPr="14638D2A">
        <w:rPr>
          <w:b/>
          <w:bCs/>
        </w:rPr>
        <w:t>Sunday, July 26</w:t>
      </w:r>
    </w:p>
    <w:p w14:paraId="741DF30D" w14:textId="16443315" w:rsidR="14638D2A" w:rsidRDefault="14638D2A"/>
    <w:p w14:paraId="2A838A4B" w14:textId="6F1F9001" w:rsidR="00F520BF" w:rsidRDefault="00F520BF" w:rsidP="00F520BF">
      <w:r>
        <w:t xml:space="preserve">9:00 am </w:t>
      </w:r>
      <w:r w:rsidR="00683E18">
        <w:t>-</w:t>
      </w:r>
      <w:r>
        <w:t xml:space="preserve"> 10:15 am: </w:t>
      </w:r>
      <w:r w:rsidR="00E53AAC">
        <w:t>Get Up and Get Moving with the Apple Watch</w:t>
      </w:r>
      <w:r w:rsidR="007C5A7A">
        <w:t>; Hybrid; Sterling 3</w:t>
      </w:r>
      <w:r>
        <w:br/>
        <w:t>Join the Get Up and Get Moving Committee and Blind Information Technology Solutions for this informative session on using the Apple Watch to help you Get Up and Get Moving. We will show how you can track your workouts, keep track of Health and Activity data, and more. We will also take a look at the Welltory companion app and discuss how this app can help tie it all together for greater understanding of your health and wellness.</w:t>
      </w:r>
      <w:r>
        <w:br/>
        <w:t>Presenters: Koni Sims, Co-Chair</w:t>
      </w:r>
      <w:r w:rsidR="748B4644">
        <w:t>,</w:t>
      </w:r>
      <w:r>
        <w:t xml:space="preserve"> Get Up and Get Moving Committee, Sioux Falls, SD; Brad Snyder, Assistive Technology Specialist, Vice President</w:t>
      </w:r>
      <w:r w:rsidR="60218BB7">
        <w:t>,</w:t>
      </w:r>
      <w:r>
        <w:t xml:space="preserve"> Blind Information Technology Solutions (BITS), Dallas, TX; Jeff Bishop, President</w:t>
      </w:r>
      <w:r w:rsidR="67EC1AED">
        <w:t xml:space="preserve">, </w:t>
      </w:r>
      <w:r>
        <w:t>Blind Information Technology Solutions (BITS), Application Developer, Tucson, AZ</w:t>
      </w:r>
    </w:p>
    <w:p w14:paraId="519776E2" w14:textId="15CE181C" w:rsidR="00F520BF" w:rsidRPr="00B77100" w:rsidRDefault="00F520BF" w:rsidP="14638D2A">
      <w:r>
        <w:t xml:space="preserve">9:00 am </w:t>
      </w:r>
      <w:r w:rsidR="00683E18">
        <w:t>-</w:t>
      </w:r>
      <w:r>
        <w:t xml:space="preserve"> 10:15 am: The Big Data Project: What </w:t>
      </w:r>
      <w:r w:rsidR="4AA6D789">
        <w:t>D</w:t>
      </w:r>
      <w:r>
        <w:t xml:space="preserve">oes </w:t>
      </w:r>
      <w:r w:rsidR="533C652C">
        <w:t>I</w:t>
      </w:r>
      <w:r>
        <w:t>t Say and Not Say</w:t>
      </w:r>
      <w:r w:rsidR="007C5A7A">
        <w:t xml:space="preserve">; Hybrid; </w:t>
      </w:r>
      <w:r w:rsidR="003F2617">
        <w:t>Mills</w:t>
      </w:r>
      <w:r w:rsidR="007C5A7A">
        <w:t xml:space="preserve"> 3</w:t>
      </w:r>
      <w:r>
        <w:br/>
      </w:r>
      <w:r>
        <w:br/>
        <w:t>Jason Eckert from VisionServe Alliance will lead a discussion about findings from the Big Data project surrounding employment rates of persons who are blind or low vision. The same statistics have been repeatedly used for years to depict the unemployment level of the blind and low vision community. However, the data may show something else. Jason will lead a discussion about the data and what the unemployment level in the blind community really does look like.</w:t>
      </w:r>
    </w:p>
    <w:p w14:paraId="5C128F9F" w14:textId="77777777" w:rsidR="00FB55C9" w:rsidRPr="00B77100" w:rsidRDefault="00FB55C9" w:rsidP="00F520BF"/>
    <w:p w14:paraId="10827BB5" w14:textId="12F513C6" w:rsidR="00FB55C9" w:rsidRPr="00B77100" w:rsidRDefault="00FB55C9" w:rsidP="00F520BF">
      <w:r>
        <w:t xml:space="preserve">10:30 am </w:t>
      </w:r>
      <w:r w:rsidR="00683E18">
        <w:t>-</w:t>
      </w:r>
      <w:r>
        <w:t xml:space="preserve"> 11:45 am: Reflections on the 3</w:t>
      </w:r>
      <w:r w:rsidR="22116E15">
        <w:t>6</w:t>
      </w:r>
      <w:r>
        <w:t>th Anniversary of the ADA</w:t>
      </w:r>
      <w:r w:rsidR="007C5A7A">
        <w:t>; Hybrid; Sterling 3</w:t>
      </w:r>
      <w:r>
        <w:br/>
      </w:r>
      <w:r>
        <w:br/>
        <w:t>On the ADA's 3</w:t>
      </w:r>
      <w:r w:rsidR="4D84A2BC">
        <w:t>6</w:t>
      </w:r>
      <w:r>
        <w:t>th birthday, the ACB Advocacy Steering Committee and the American Association of Visually Impaired Attorneys present a panel that will reflect upon ADA successes and failures from a blindness community perspective. In addition, the panel will discuss current and potential political and legal risks to the ADA and the possible impact of AI on our ADA rights.</w:t>
      </w:r>
    </w:p>
    <w:p w14:paraId="33A7AF65" w14:textId="77777777" w:rsidR="00FB55C9" w:rsidRPr="00B77100" w:rsidRDefault="00FB55C9" w:rsidP="00F520BF"/>
    <w:p w14:paraId="09F2468D" w14:textId="695042F3" w:rsidR="00FB55C9" w:rsidRDefault="00FB55C9" w:rsidP="14638D2A">
      <w:r>
        <w:t xml:space="preserve">10:30 am </w:t>
      </w:r>
      <w:r w:rsidR="00683E18">
        <w:t>-</w:t>
      </w:r>
      <w:r>
        <w:t xml:space="preserve"> 11:45 am: From Article to Audience</w:t>
      </w:r>
      <w:r w:rsidR="606B7114">
        <w:t>:</w:t>
      </w:r>
      <w:r>
        <w:t xml:space="preserve"> Accessible Newsletter Workflows for Affiliates</w:t>
      </w:r>
      <w:r w:rsidR="007C5A7A">
        <w:t>; Hybrid; Sterling 3</w:t>
      </w:r>
      <w:r>
        <w:br/>
      </w:r>
      <w:r>
        <w:br/>
        <w:t>Newsletters are still a vital communication tool, but today’s audiences access content in many ways</w:t>
      </w:r>
      <w:r w:rsidR="00683E18">
        <w:t xml:space="preserve"> - </w:t>
      </w:r>
      <w:r>
        <w:t>email, web, audio, mobile, and more. Affiliate leaders will explore how to create and distribute accessible newsletter content that reaches people across formats and abilities.</w:t>
      </w:r>
      <w:r>
        <w:br/>
      </w:r>
      <w:r>
        <w:br/>
        <w:t>The discussion will focus on deployment</w:t>
      </w:r>
      <w:r w:rsidR="00683E18">
        <w:t xml:space="preserve"> - </w:t>
      </w:r>
      <w:r>
        <w:t>how content is shared, discovered, consumed, and reused</w:t>
      </w:r>
      <w:r w:rsidR="00683E18">
        <w:t xml:space="preserve"> - </w:t>
      </w:r>
      <w:r>
        <w:t>along with best practices, workflows, and accessibility considerations. Participants will also see demonstrations of GLOW and SwiftLetter, tools that support accessible publishing, including editing, audio generation, and streamlined workflows.</w:t>
      </w:r>
      <w:r>
        <w:br/>
      </w:r>
      <w:r>
        <w:br/>
        <w:t>This session, sponsored by the ACB Board of Publications</w:t>
      </w:r>
      <w:r w:rsidR="7259C1E1">
        <w:t>,</w:t>
      </w:r>
      <w:r>
        <w:t xml:space="preserve"> will highlight what works and how affiliates can evolve from producing newsletters to building a more effective, multi-format communication ecosystem.</w:t>
      </w:r>
      <w:r>
        <w:br/>
      </w:r>
      <w:r>
        <w:br/>
        <w:t xml:space="preserve">Facilitator: Jeff Bishop, Director, ACB Board of Publications, Tucson, AZ </w:t>
      </w:r>
      <w:r>
        <w:br/>
      </w:r>
      <w:r>
        <w:br/>
        <w:t>Panelists: Melanie Sinohui, Low Vision Alliance, Phoenix, AZ; Greg Lindberg, Next Generation, Orlando, FL; Ralph Smitherman, Braille Revival League, Brandon, MS; Reginald George, Washington Council of the Blind, Yakima, WA; Heather Mears, Washington Council of the Blind, Walla Walla, WA</w:t>
      </w:r>
    </w:p>
    <w:p w14:paraId="34D0FA9A" w14:textId="77777777" w:rsidR="00FB55C9" w:rsidRDefault="00FB55C9" w:rsidP="00FB55C9"/>
    <w:p w14:paraId="10B66E98" w14:textId="3BB2E8FE" w:rsidR="00FB55C9" w:rsidRPr="00FB55C9" w:rsidRDefault="00FB55C9" w:rsidP="00FB55C9">
      <w:r>
        <w:t xml:space="preserve">2:00 pm </w:t>
      </w:r>
      <w:r w:rsidR="00683E18">
        <w:t>-</w:t>
      </w:r>
      <w:r>
        <w:t xml:space="preserve"> 6:00 pm: </w:t>
      </w:r>
      <w:r w:rsidRPr="00FB55C9">
        <w:t>Individual record vote for contested election and any remaining Resolutions requiring a record vote.</w:t>
      </w:r>
    </w:p>
    <w:p w14:paraId="6B588BE9" w14:textId="77777777" w:rsidR="002717B9" w:rsidRDefault="002717B9" w:rsidP="002717B9"/>
    <w:p w14:paraId="5B274CF8" w14:textId="0D400AC4" w:rsidR="00FB55C9" w:rsidRPr="00E031F7" w:rsidRDefault="00FB55C9" w:rsidP="00FB55C9">
      <w:pPr>
        <w:rPr>
          <w:b/>
          <w:bCs/>
        </w:rPr>
      </w:pPr>
      <w:r w:rsidRPr="14638D2A">
        <w:rPr>
          <w:b/>
          <w:bCs/>
        </w:rPr>
        <w:t>Monday, July 27</w:t>
      </w:r>
    </w:p>
    <w:p w14:paraId="0CB4FD08" w14:textId="5F84659A" w:rsidR="14638D2A" w:rsidRDefault="14638D2A"/>
    <w:p w14:paraId="615397E1" w14:textId="14747D98" w:rsidR="00FB55C9" w:rsidRDefault="00FB55C9" w:rsidP="00FB55C9">
      <w:r>
        <w:t>8</w:t>
      </w:r>
      <w:r w:rsidRPr="00F801AC">
        <w:t>:</w:t>
      </w:r>
      <w:r>
        <w:t>3</w:t>
      </w:r>
      <w:r w:rsidRPr="00F801AC">
        <w:t xml:space="preserve">0 </w:t>
      </w:r>
      <w:r>
        <w:t xml:space="preserve">am: </w:t>
      </w:r>
      <w:r w:rsidRPr="00F801AC">
        <w:t>Call to Order</w:t>
      </w:r>
      <w:r w:rsidR="00FB170F">
        <w:br/>
      </w:r>
      <w:r w:rsidRPr="00FB55C9">
        <w:t xml:space="preserve">Pledge of Allegiance </w:t>
      </w:r>
      <w:r w:rsidR="00683E18">
        <w:t>-</w:t>
      </w:r>
      <w:r w:rsidRPr="00FB55C9">
        <w:t xml:space="preserve"> 2026 Scholarship Recipients</w:t>
      </w:r>
    </w:p>
    <w:p w14:paraId="6B60D8E3" w14:textId="77777777" w:rsidR="00FB55C9" w:rsidRDefault="00FB55C9" w:rsidP="00FB55C9"/>
    <w:p w14:paraId="5227EC3B" w14:textId="1A398F71" w:rsidR="00FB55C9" w:rsidRPr="00FB55C9" w:rsidRDefault="00FB55C9" w:rsidP="00FB55C9">
      <w:r>
        <w:t xml:space="preserve">8:40 am: ACB Sponsor Recognitions - Corporate and </w:t>
      </w:r>
      <w:r w:rsidR="1FFE7ADF">
        <w:t>I</w:t>
      </w:r>
      <w:r>
        <w:t xml:space="preserve">ndividual Sponsors </w:t>
      </w:r>
    </w:p>
    <w:p w14:paraId="609E7357" w14:textId="77777777" w:rsidR="00FB55C9" w:rsidRPr="00FB55C9" w:rsidRDefault="00FB55C9" w:rsidP="00FB55C9"/>
    <w:p w14:paraId="39BBBDA0" w14:textId="27BEFD64" w:rsidR="00FB55C9" w:rsidRPr="00FB55C9" w:rsidRDefault="00FB55C9" w:rsidP="00CF6EAF">
      <w:r>
        <w:t xml:space="preserve">8:45 am: Diamond </w:t>
      </w:r>
      <w:r w:rsidR="6DE4726A">
        <w:t>S</w:t>
      </w:r>
      <w:r>
        <w:t xml:space="preserve">ponsorship </w:t>
      </w:r>
      <w:r w:rsidR="405830F3">
        <w:t>P</w:t>
      </w:r>
      <w:r>
        <w:t xml:space="preserve">resentation: </w:t>
      </w:r>
      <w:r w:rsidR="00CF6EAF">
        <w:t>Vicki Preddy, Nurse Educator, Orlando</w:t>
      </w:r>
      <w:r w:rsidR="4B9B0303">
        <w:t>,</w:t>
      </w:r>
      <w:r w:rsidR="00CF6EAF">
        <w:t xml:space="preserve"> F</w:t>
      </w:r>
      <w:r w:rsidR="06249252">
        <w:t>L</w:t>
      </w:r>
      <w:r w:rsidR="00CF6EAF">
        <w:t>; and Maggie Felton, Nurse Educator, Baltimore, MD</w:t>
      </w:r>
    </w:p>
    <w:p w14:paraId="726687FA" w14:textId="77777777" w:rsidR="00FB55C9" w:rsidRPr="00FB55C9" w:rsidRDefault="00FB55C9" w:rsidP="00FB55C9">
      <w:r w:rsidRPr="00FB55C9">
        <w:t xml:space="preserve"> </w:t>
      </w:r>
    </w:p>
    <w:p w14:paraId="627B6E64" w14:textId="77777777" w:rsidR="00FB55C9" w:rsidRPr="00FB55C9" w:rsidRDefault="00FB55C9" w:rsidP="00FB55C9">
      <w:r w:rsidRPr="00FB55C9">
        <w:t>9:00 am: Affiliate Roll Call</w:t>
      </w:r>
    </w:p>
    <w:p w14:paraId="1C38921B" w14:textId="77777777" w:rsidR="00FB55C9" w:rsidRPr="00FB55C9" w:rsidRDefault="00FB55C9" w:rsidP="00FB55C9">
      <w:r w:rsidRPr="00FB55C9">
        <w:t>9:30 am: Nominations and Candidate Speeches - Elections</w:t>
      </w:r>
    </w:p>
    <w:p w14:paraId="4149CA7C" w14:textId="77777777" w:rsidR="00FB55C9" w:rsidRPr="00FB55C9" w:rsidRDefault="00FB55C9" w:rsidP="00FB55C9"/>
    <w:p w14:paraId="2D3B7833" w14:textId="78806F90" w:rsidR="00FB55C9" w:rsidRDefault="00FB55C9" w:rsidP="00FB55C9">
      <w:r>
        <w:t xml:space="preserve">10:00 </w:t>
      </w:r>
      <w:r w:rsidR="77F84D58">
        <w:t>am</w:t>
      </w:r>
      <w:r>
        <w:t>: Break</w:t>
      </w:r>
      <w:r>
        <w:br/>
        <w:t>Presiding Officer: David Trott, First Vice President, Talladega, AL</w:t>
      </w:r>
    </w:p>
    <w:p w14:paraId="381CC602" w14:textId="77777777" w:rsidR="00FB55C9" w:rsidRPr="00FB55C9" w:rsidRDefault="00FB55C9" w:rsidP="00FB55C9"/>
    <w:p w14:paraId="5D7F1817" w14:textId="07BFDE5A" w:rsidR="00FB55C9" w:rsidRPr="00FB55C9" w:rsidRDefault="00FB55C9" w:rsidP="00FB55C9">
      <w:r>
        <w:t xml:space="preserve">10:20 am: Scholarship Presentations </w:t>
      </w:r>
      <w:r w:rsidR="00F5559D">
        <w:t>-</w:t>
      </w:r>
      <w:r>
        <w:t xml:space="preserve"> Amanda Selm, Scholarship Chair, Louisville, KY</w:t>
      </w:r>
      <w:r w:rsidR="00311293">
        <w:t>; Patti Cox, president, Low Vision Alliance, Louisville, KY</w:t>
      </w:r>
    </w:p>
    <w:p w14:paraId="45859F74" w14:textId="51166370" w:rsidR="14638D2A" w:rsidRDefault="14638D2A"/>
    <w:p w14:paraId="0096062B" w14:textId="77777777" w:rsidR="00FB55C9" w:rsidRPr="00FB55C9" w:rsidRDefault="00FB55C9" w:rsidP="00FB55C9">
      <w:pPr>
        <w:rPr>
          <w:b/>
        </w:rPr>
      </w:pPr>
      <w:r w:rsidRPr="00FB55C9">
        <w:t>11:20 am: Announcements and Door Prizes</w:t>
      </w:r>
    </w:p>
    <w:p w14:paraId="1677501A" w14:textId="77777777" w:rsidR="00FB55C9" w:rsidRPr="00FB55C9" w:rsidRDefault="00FB55C9" w:rsidP="00FB55C9">
      <w:pPr>
        <w:rPr>
          <w:b/>
        </w:rPr>
      </w:pPr>
    </w:p>
    <w:p w14:paraId="4AE01CC6" w14:textId="04C7550A" w:rsidR="00FB55C9" w:rsidRPr="00F520BF" w:rsidRDefault="00FB55C9" w:rsidP="00FB55C9">
      <w:r w:rsidRPr="00FB55C9">
        <w:t xml:space="preserve">2:00 </w:t>
      </w:r>
      <w:r w:rsidR="006768F2">
        <w:t>pm</w:t>
      </w:r>
      <w:r w:rsidRPr="00FB55C9">
        <w:t xml:space="preserve"> </w:t>
      </w:r>
      <w:r w:rsidR="00F5559D">
        <w:t>-</w:t>
      </w:r>
      <w:r w:rsidRPr="00FB55C9">
        <w:t xml:space="preserve"> 6:00 </w:t>
      </w:r>
      <w:r w:rsidR="006768F2">
        <w:t>pm</w:t>
      </w:r>
      <w:r w:rsidRPr="00FB55C9">
        <w:t>: Individual record vote for contested election</w:t>
      </w:r>
    </w:p>
    <w:p w14:paraId="1B1A4DCC" w14:textId="143E1729" w:rsidR="00FB55C9" w:rsidRDefault="00FB55C9" w:rsidP="00FB55C9"/>
    <w:p w14:paraId="64571025" w14:textId="28E46DE0" w:rsidR="00747D3F" w:rsidRPr="002717B9" w:rsidRDefault="00747D3F" w:rsidP="00747D3F">
      <w:pPr>
        <w:rPr>
          <w:b/>
          <w:bCs/>
        </w:rPr>
      </w:pPr>
      <w:r w:rsidRPr="14638D2A">
        <w:rPr>
          <w:b/>
          <w:bCs/>
        </w:rPr>
        <w:t>Tuesday, July 28</w:t>
      </w:r>
    </w:p>
    <w:p w14:paraId="6CCC385C" w14:textId="263A5F5C" w:rsidR="14638D2A" w:rsidRDefault="14638D2A"/>
    <w:p w14:paraId="50230502" w14:textId="6153193A" w:rsidR="006768F2" w:rsidRDefault="00747D3F" w:rsidP="006768F2">
      <w:r>
        <w:t>8</w:t>
      </w:r>
      <w:r w:rsidRPr="00F801AC">
        <w:t>:</w:t>
      </w:r>
      <w:r>
        <w:t>3</w:t>
      </w:r>
      <w:r w:rsidRPr="00F801AC">
        <w:t xml:space="preserve">0 </w:t>
      </w:r>
      <w:r>
        <w:t xml:space="preserve">am: </w:t>
      </w:r>
      <w:r w:rsidRPr="00F801AC">
        <w:t>Call to Order</w:t>
      </w:r>
      <w:r w:rsidR="006768F2">
        <w:br/>
      </w:r>
      <w:r w:rsidRPr="00FB55C9">
        <w:t>Pledge of Allegiance</w:t>
      </w:r>
      <w:r>
        <w:t xml:space="preserve"> </w:t>
      </w:r>
      <w:r w:rsidR="00F5559D">
        <w:t>-</w:t>
      </w:r>
      <w:r w:rsidRPr="00747D3F">
        <w:t xml:space="preserve"> All Veterans</w:t>
      </w:r>
    </w:p>
    <w:p w14:paraId="6355CC00" w14:textId="77777777" w:rsidR="006768F2" w:rsidRDefault="006768F2" w:rsidP="006768F2"/>
    <w:p w14:paraId="0F439E32" w14:textId="4A239EA1" w:rsidR="00747D3F" w:rsidRPr="00747D3F" w:rsidRDefault="006768F2" w:rsidP="006768F2">
      <w:r>
        <w:t xml:space="preserve">8:40 am: </w:t>
      </w:r>
      <w:r w:rsidR="00747D3F" w:rsidRPr="00747D3F">
        <w:t>ACB Sponsor Recognitions - Corporate Sponsors</w:t>
      </w:r>
    </w:p>
    <w:p w14:paraId="30188CDA" w14:textId="77777777" w:rsidR="00747D3F" w:rsidRPr="00747D3F" w:rsidRDefault="00747D3F" w:rsidP="00747D3F"/>
    <w:p w14:paraId="38E052E0" w14:textId="77777777" w:rsidR="00747D3F" w:rsidRPr="00747D3F" w:rsidRDefault="00747D3F" w:rsidP="00747D3F">
      <w:r w:rsidRPr="00747D3F">
        <w:t xml:space="preserve">8:45 am: Diamond Sponsorship Presentation: Dora Gonzalez, Midwest Public Affairs lead, Waymo   </w:t>
      </w:r>
    </w:p>
    <w:p w14:paraId="10D82063" w14:textId="77777777" w:rsidR="00747D3F" w:rsidRPr="00747D3F" w:rsidRDefault="00747D3F" w:rsidP="00747D3F"/>
    <w:p w14:paraId="4E5F349B" w14:textId="77777777" w:rsidR="00747D3F" w:rsidRPr="00747D3F" w:rsidRDefault="00747D3F" w:rsidP="00747D3F">
      <w:r w:rsidRPr="00747D3F">
        <w:t>9:00 am: Affiliate Roll Call</w:t>
      </w:r>
    </w:p>
    <w:p w14:paraId="3571F274" w14:textId="77777777" w:rsidR="00747D3F" w:rsidRPr="00747D3F" w:rsidRDefault="00747D3F" w:rsidP="00747D3F"/>
    <w:p w14:paraId="6F6F254D" w14:textId="77777777" w:rsidR="00747D3F" w:rsidRPr="00747D3F" w:rsidRDefault="00747D3F" w:rsidP="00747D3F">
      <w:r w:rsidRPr="00747D3F">
        <w:t>9:30 am: Nominations and Candidate Speeches - Elections</w:t>
      </w:r>
    </w:p>
    <w:p w14:paraId="15F70106" w14:textId="77777777" w:rsidR="00747D3F" w:rsidRPr="00747D3F" w:rsidRDefault="00747D3F" w:rsidP="00747D3F"/>
    <w:p w14:paraId="4D3A1F8C" w14:textId="62CE28BF" w:rsidR="00747D3F" w:rsidRDefault="00747D3F" w:rsidP="006768F2">
      <w:r w:rsidRPr="00747D3F">
        <w:t>10:00 AM: ACB Angel Presentation</w:t>
      </w:r>
      <w:r w:rsidR="006768F2">
        <w:t>:</w:t>
      </w:r>
      <w:r w:rsidR="006768F2">
        <w:br/>
      </w:r>
      <w:r w:rsidRPr="00747D3F">
        <w:t>Pierre</w:t>
      </w:r>
      <w:r>
        <w:t xml:space="preserve"> </w:t>
      </w:r>
      <w:r w:rsidRPr="00747D3F">
        <w:t>Curry, Gonzales, L</w:t>
      </w:r>
      <w:r>
        <w:t>A</w:t>
      </w:r>
      <w:r w:rsidRPr="00747D3F">
        <w:t>; Julia Toyama, Ewa Beach</w:t>
      </w:r>
      <w:r w:rsidR="006768F2">
        <w:t>,</w:t>
      </w:r>
      <w:r w:rsidRPr="00747D3F">
        <w:t xml:space="preserve"> HI </w:t>
      </w:r>
    </w:p>
    <w:p w14:paraId="4447B44A" w14:textId="77777777" w:rsidR="006768F2" w:rsidRPr="00747D3F" w:rsidRDefault="006768F2" w:rsidP="006768F2"/>
    <w:p w14:paraId="2A74686C" w14:textId="4D20F03F" w:rsidR="00747D3F" w:rsidRDefault="00747D3F" w:rsidP="00747D3F">
      <w:r>
        <w:t>Presiding Officer: Kenneth Semien Sr</w:t>
      </w:r>
      <w:r w:rsidR="3F2F4EBA">
        <w:t>.</w:t>
      </w:r>
      <w:r>
        <w:t>, Second Vice President, Beaumont, TX</w:t>
      </w:r>
    </w:p>
    <w:p w14:paraId="4C9077E3" w14:textId="77777777" w:rsidR="00747D3F" w:rsidRPr="00747D3F" w:rsidRDefault="00747D3F" w:rsidP="00747D3F"/>
    <w:p w14:paraId="201FEE99" w14:textId="580FD5DC" w:rsidR="00747D3F" w:rsidRPr="00747D3F" w:rsidRDefault="00747D3F" w:rsidP="00747D3F">
      <w:r w:rsidRPr="00747D3F">
        <w:t>10:15 AM: News from NLS</w:t>
      </w:r>
      <w:r w:rsidR="006768F2">
        <w:br/>
      </w:r>
      <w:r w:rsidRPr="00747D3F">
        <w:t>Jason Broughton, Director, National Library Service for the Blind and Print Disabled</w:t>
      </w:r>
      <w:r>
        <w:t xml:space="preserve">; </w:t>
      </w:r>
      <w:r w:rsidRPr="00747D3F">
        <w:t>Jason Yasner, Deputy Director, National Library Service for the Blind and Print Disabled</w:t>
      </w:r>
    </w:p>
    <w:p w14:paraId="04111B42" w14:textId="77777777" w:rsidR="00747D3F" w:rsidRPr="00747D3F" w:rsidRDefault="00747D3F" w:rsidP="00747D3F"/>
    <w:p w14:paraId="43DDE487" w14:textId="49BFE311" w:rsidR="00747D3F" w:rsidRPr="00747D3F" w:rsidRDefault="00747D3F" w:rsidP="00747D3F">
      <w:r w:rsidRPr="00747D3F">
        <w:t xml:space="preserve">10:45 am: Talking Book Narrator </w:t>
      </w:r>
      <w:r w:rsidR="006768F2">
        <w:br/>
      </w:r>
      <w:r w:rsidRPr="00747D3F">
        <w:t>MacKenzie Byers, Talking Book Publishers Inc., Denver</w:t>
      </w:r>
      <w:r w:rsidR="006768F2">
        <w:t>,</w:t>
      </w:r>
      <w:r w:rsidRPr="00747D3F">
        <w:t xml:space="preserve"> CO</w:t>
      </w:r>
    </w:p>
    <w:p w14:paraId="3294F240" w14:textId="77777777" w:rsidR="00747D3F" w:rsidRPr="00747D3F" w:rsidRDefault="00747D3F" w:rsidP="00747D3F"/>
    <w:p w14:paraId="0EE0E252" w14:textId="171E479C" w:rsidR="00747D3F" w:rsidRDefault="00747D3F" w:rsidP="00747D3F">
      <w:r w:rsidRPr="00747D3F">
        <w:t>11:15 am: Door Prizes and Announcements</w:t>
      </w:r>
    </w:p>
    <w:p w14:paraId="22B2AAC7" w14:textId="3EFC5A90" w:rsidR="00317BE7" w:rsidRDefault="00317BE7" w:rsidP="009E7A4A"/>
    <w:p w14:paraId="72DCCCC3" w14:textId="77777777" w:rsidR="004B3B3E" w:rsidRDefault="004B3B3E">
      <w:pPr>
        <w:rPr>
          <w:b/>
          <w:bCs/>
        </w:rPr>
      </w:pPr>
      <w:r>
        <w:rPr>
          <w:b/>
          <w:bCs/>
        </w:rPr>
        <w:br w:type="page"/>
      </w:r>
    </w:p>
    <w:p w14:paraId="3B6A5289" w14:textId="343BBD60" w:rsidR="00747D3F" w:rsidRPr="002717B9" w:rsidRDefault="00747D3F" w:rsidP="00747D3F">
      <w:pPr>
        <w:rPr>
          <w:b/>
          <w:bCs/>
        </w:rPr>
      </w:pPr>
      <w:r w:rsidRPr="14638D2A">
        <w:rPr>
          <w:b/>
          <w:bCs/>
        </w:rPr>
        <w:t>Wednesday, July 29</w:t>
      </w:r>
    </w:p>
    <w:p w14:paraId="5957005C" w14:textId="7DE3F578" w:rsidR="14638D2A" w:rsidRDefault="14638D2A"/>
    <w:p w14:paraId="51E1A123" w14:textId="6A252300" w:rsidR="00747D3F" w:rsidRPr="00747D3F" w:rsidRDefault="00747D3F" w:rsidP="14638D2A">
      <w:r>
        <w:t>8</w:t>
      </w:r>
      <w:r w:rsidRPr="00F801AC">
        <w:t>:</w:t>
      </w:r>
      <w:r>
        <w:t>3</w:t>
      </w:r>
      <w:r w:rsidRPr="00F801AC">
        <w:t xml:space="preserve">0 </w:t>
      </w:r>
      <w:r>
        <w:t xml:space="preserve">am: </w:t>
      </w:r>
      <w:r w:rsidRPr="00F801AC">
        <w:t>Call to Order</w:t>
      </w:r>
      <w:r w:rsidR="006768F2">
        <w:br/>
      </w:r>
      <w:r w:rsidRPr="00FB55C9">
        <w:t>Pledge of Allegiance</w:t>
      </w:r>
      <w:r>
        <w:t xml:space="preserve"> </w:t>
      </w:r>
      <w:r w:rsidR="00F5559D">
        <w:t>-</w:t>
      </w:r>
      <w:r w:rsidRPr="00747D3F">
        <w:t xml:space="preserve"> DKM Recipients </w:t>
      </w:r>
      <w:r w:rsidR="00F5559D">
        <w:t>-</w:t>
      </w:r>
      <w:r w:rsidRPr="00747D3F">
        <w:t xml:space="preserve"> Megan </w:t>
      </w:r>
      <w:r w:rsidRPr="006768F2">
        <w:rPr>
          <w:spacing w:val="-10"/>
        </w:rPr>
        <w:t xml:space="preserve">Meigs, </w:t>
      </w:r>
      <w:r w:rsidR="22C39615">
        <w:t>L</w:t>
      </w:r>
      <w:r>
        <w:t>ong Beach, CA</w:t>
      </w:r>
      <w:r w:rsidR="6813B636">
        <w:t>,</w:t>
      </w:r>
      <w:r>
        <w:t xml:space="preserve"> and Tim Hill, Cross Lanes, WV</w:t>
      </w:r>
    </w:p>
    <w:p w14:paraId="424CC649" w14:textId="0B33C2F2" w:rsidR="14638D2A" w:rsidRDefault="14638D2A" w:rsidP="14638D2A"/>
    <w:p w14:paraId="1BD94AD0" w14:textId="00DD0D0F" w:rsidR="00747D3F" w:rsidRPr="00747D3F" w:rsidRDefault="00747D3F" w:rsidP="00747D3F">
      <w:r w:rsidRPr="00747D3F">
        <w:t xml:space="preserve"> </w:t>
      </w:r>
      <w:r w:rsidR="006768F2">
        <w:t xml:space="preserve">8:40 am: </w:t>
      </w:r>
      <w:r w:rsidRPr="00747D3F">
        <w:t>ACB Sponsor Recognitions - Corporate Sponsors</w:t>
      </w:r>
    </w:p>
    <w:p w14:paraId="7A17DD5C" w14:textId="77777777" w:rsidR="00747D3F" w:rsidRPr="00747D3F" w:rsidRDefault="00747D3F" w:rsidP="00747D3F"/>
    <w:p w14:paraId="0093FD6C" w14:textId="77777777" w:rsidR="00747D3F" w:rsidRPr="00747D3F" w:rsidRDefault="00747D3F" w:rsidP="00747D3F">
      <w:r w:rsidRPr="00747D3F">
        <w:t>8:45 am: Affiliate Roll Call</w:t>
      </w:r>
    </w:p>
    <w:p w14:paraId="486DDA65" w14:textId="77777777" w:rsidR="00747D3F" w:rsidRPr="00747D3F" w:rsidRDefault="00747D3F" w:rsidP="00747D3F"/>
    <w:p w14:paraId="3A80E930" w14:textId="26460EEC" w:rsidR="00747D3F" w:rsidRDefault="00747D3F" w:rsidP="00747D3F">
      <w:r w:rsidRPr="00747D3F">
        <w:t xml:space="preserve">9:15 am: Nominations and Candidate Speeches </w:t>
      </w:r>
      <w:r w:rsidR="00F5559D">
        <w:t>-</w:t>
      </w:r>
      <w:r w:rsidRPr="00747D3F">
        <w:t xml:space="preserve"> Elections</w:t>
      </w:r>
    </w:p>
    <w:p w14:paraId="37F7F433" w14:textId="77777777" w:rsidR="006768F2" w:rsidRDefault="006768F2" w:rsidP="00747D3F"/>
    <w:p w14:paraId="3C21FACF" w14:textId="3E600AFD" w:rsidR="00747D3F" w:rsidRPr="006768F2" w:rsidRDefault="00747D3F" w:rsidP="00747D3F">
      <w:pPr>
        <w:rPr>
          <w:spacing w:val="-10"/>
        </w:rPr>
      </w:pPr>
      <w:r w:rsidRPr="006768F2">
        <w:rPr>
          <w:spacing w:val="-10"/>
        </w:rPr>
        <w:t>Presiding Officer: Katie Frederick, Secretary, Columbus, OH</w:t>
      </w:r>
    </w:p>
    <w:p w14:paraId="4B580966" w14:textId="77777777" w:rsidR="00747D3F" w:rsidRDefault="00747D3F" w:rsidP="00747D3F"/>
    <w:p w14:paraId="1F365D2F" w14:textId="7EEFFFA3" w:rsidR="00747D3F" w:rsidRPr="00747D3F" w:rsidRDefault="00747D3F" w:rsidP="00747D3F">
      <w:r w:rsidRPr="00747D3F">
        <w:t>9:45 am: Santosh Kumar Rungta,</w:t>
      </w:r>
      <w:r>
        <w:t xml:space="preserve"> </w:t>
      </w:r>
      <w:r w:rsidRPr="00747D3F">
        <w:t>President, World Blind Union,</w:t>
      </w:r>
      <w:r>
        <w:t xml:space="preserve"> </w:t>
      </w:r>
      <w:r w:rsidRPr="00747D3F">
        <w:t>New Delhi, India</w:t>
      </w:r>
    </w:p>
    <w:p w14:paraId="03A1A2C1" w14:textId="77777777" w:rsidR="00747D3F" w:rsidRPr="00747D3F" w:rsidRDefault="00747D3F" w:rsidP="00747D3F"/>
    <w:p w14:paraId="5C46CE46" w14:textId="77777777" w:rsidR="00311293" w:rsidRPr="00311293" w:rsidRDefault="00747D3F" w:rsidP="00311293">
      <w:r w:rsidRPr="00747D3F">
        <w:t>10:15</w:t>
      </w:r>
      <w:r w:rsidR="006768F2">
        <w:t xml:space="preserve"> am</w:t>
      </w:r>
      <w:r>
        <w:t>:</w:t>
      </w:r>
      <w:r w:rsidRPr="00747D3F">
        <w:t xml:space="preserve"> Audio Description Awards</w:t>
      </w:r>
      <w:r w:rsidR="00311293">
        <w:t xml:space="preserve"> - </w:t>
      </w:r>
      <w:r w:rsidR="00311293" w:rsidRPr="00311293">
        <w:t>Jeff Thom, awards chair, Sacramento, CA</w:t>
      </w:r>
    </w:p>
    <w:p w14:paraId="6AED6EF2" w14:textId="23642E2B" w:rsidR="00747D3F" w:rsidRPr="00747D3F" w:rsidRDefault="00747D3F" w:rsidP="00747D3F"/>
    <w:p w14:paraId="1CA7C2F6" w14:textId="38B858A7" w:rsidR="00747D3F" w:rsidRPr="00747D3F" w:rsidRDefault="00747D3F" w:rsidP="00747D3F">
      <w:r w:rsidRPr="00747D3F">
        <w:t xml:space="preserve">10:45 </w:t>
      </w:r>
      <w:r w:rsidR="006768F2">
        <w:t>am:</w:t>
      </w:r>
      <w:r w:rsidRPr="00747D3F">
        <w:t xml:space="preserve"> Resolutions Report and Advocacy Update Claire Stanley, Director of Advocacy and Governmental Affairs, Alexandria</w:t>
      </w:r>
      <w:r w:rsidR="006768F2">
        <w:t>,</w:t>
      </w:r>
      <w:r w:rsidRPr="00747D3F">
        <w:t xml:space="preserve"> VA</w:t>
      </w:r>
    </w:p>
    <w:p w14:paraId="6AEF16C1" w14:textId="77777777" w:rsidR="00747D3F" w:rsidRPr="00747D3F" w:rsidRDefault="00747D3F" w:rsidP="00747D3F"/>
    <w:p w14:paraId="7148DD93" w14:textId="77777777" w:rsidR="00747D3F" w:rsidRPr="00747D3F" w:rsidRDefault="00747D3F" w:rsidP="00747D3F">
      <w:r w:rsidRPr="00747D3F">
        <w:t>11:15 am: Announcements and Door Prizes</w:t>
      </w:r>
    </w:p>
    <w:p w14:paraId="13694D29" w14:textId="77777777" w:rsidR="00747D3F" w:rsidRPr="00747D3F" w:rsidRDefault="00747D3F" w:rsidP="00747D3F">
      <w:pPr>
        <w:rPr>
          <w:b/>
        </w:rPr>
      </w:pPr>
    </w:p>
    <w:p w14:paraId="7EAC84A9" w14:textId="3D30CD23" w:rsidR="00747D3F" w:rsidRDefault="00747D3F" w:rsidP="00747D3F">
      <w:r>
        <w:t xml:space="preserve">2:00 </w:t>
      </w:r>
      <w:r w:rsidR="7BC0694C">
        <w:t>pm</w:t>
      </w:r>
      <w:r>
        <w:t xml:space="preserve"> </w:t>
      </w:r>
      <w:r w:rsidR="00F5559D">
        <w:t>-</w:t>
      </w:r>
      <w:r>
        <w:t xml:space="preserve"> 6:00 </w:t>
      </w:r>
      <w:r w:rsidR="3B74FDA6">
        <w:t>pm</w:t>
      </w:r>
      <w:r>
        <w:t>: Individual record vote using Vote Now for contested election</w:t>
      </w:r>
    </w:p>
    <w:p w14:paraId="2D7CC476" w14:textId="77777777" w:rsidR="00D02B45" w:rsidRDefault="00D02B45" w:rsidP="00747D3F"/>
    <w:p w14:paraId="71287E67" w14:textId="0DB3191B" w:rsidR="00D02B45" w:rsidRPr="002717B9" w:rsidRDefault="00D02B45" w:rsidP="00D02B45">
      <w:pPr>
        <w:rPr>
          <w:b/>
          <w:bCs/>
        </w:rPr>
      </w:pPr>
      <w:r w:rsidRPr="14638D2A">
        <w:rPr>
          <w:b/>
          <w:bCs/>
        </w:rPr>
        <w:t>Thursday, July 30</w:t>
      </w:r>
    </w:p>
    <w:p w14:paraId="481D5098" w14:textId="12836E5E" w:rsidR="14638D2A" w:rsidRDefault="14638D2A"/>
    <w:p w14:paraId="3B87E3EA" w14:textId="66781B9F" w:rsidR="00D02B45" w:rsidRDefault="00D02B45" w:rsidP="00D02B45">
      <w:r>
        <w:t>8:30 am: Call to Order</w:t>
      </w:r>
      <w:r>
        <w:br/>
        <w:t xml:space="preserve">Pledge of Allegiance - Leadership Fellows </w:t>
      </w:r>
      <w:r w:rsidR="00F5559D">
        <w:t>-</w:t>
      </w:r>
      <w:r>
        <w:t xml:space="preserve"> Marja Byers, Salem, OR; Shana Ray, El Cerrito, CA; Jimmie Smith, Talladega, A</w:t>
      </w:r>
      <w:r w:rsidR="183566AA">
        <w:t>L</w:t>
      </w:r>
    </w:p>
    <w:p w14:paraId="0912329B" w14:textId="77777777" w:rsidR="00E031F7" w:rsidRPr="00D02B45" w:rsidRDefault="00E031F7" w:rsidP="00D02B45"/>
    <w:p w14:paraId="03A28A24" w14:textId="18FC6FBD" w:rsidR="00D02B45" w:rsidRPr="00D02B45" w:rsidRDefault="006768F2" w:rsidP="00D02B45">
      <w:r>
        <w:t xml:space="preserve">8:40 am: </w:t>
      </w:r>
      <w:r w:rsidR="00D02B45" w:rsidRPr="00D02B45">
        <w:t xml:space="preserve">ACB - Corporate and Individual Sponsor Recognition </w:t>
      </w:r>
    </w:p>
    <w:p w14:paraId="0D9A3264" w14:textId="77777777" w:rsidR="00D02B45" w:rsidRPr="00D02B45" w:rsidRDefault="00D02B45" w:rsidP="00D02B45"/>
    <w:p w14:paraId="4F660B32" w14:textId="31FAEF50" w:rsidR="00370FA5" w:rsidRPr="00D02B45" w:rsidRDefault="00D02B45" w:rsidP="00D02B45">
      <w:r w:rsidRPr="00D02B45">
        <w:t xml:space="preserve">8:45 </w:t>
      </w:r>
      <w:r>
        <w:t>am:</w:t>
      </w:r>
      <w:r w:rsidRPr="00D02B45">
        <w:t xml:space="preserve"> Diamond Sponsorship presentation</w:t>
      </w:r>
      <w:r w:rsidR="00096B99">
        <w:br/>
      </w:r>
      <w:r w:rsidR="00370FA5">
        <w:t>Presenter: Neil Barnett, Chief Accessibility Officer, Microsoft</w:t>
      </w:r>
    </w:p>
    <w:p w14:paraId="07B20270" w14:textId="0201B915" w:rsidR="14638D2A" w:rsidRDefault="14638D2A"/>
    <w:p w14:paraId="5F118B68" w14:textId="77777777" w:rsidR="00D02B45" w:rsidRPr="00D02B45" w:rsidRDefault="00D02B45" w:rsidP="00D02B45">
      <w:r w:rsidRPr="00D02B45">
        <w:t>9:00 am: Affiliate Roll Call</w:t>
      </w:r>
    </w:p>
    <w:p w14:paraId="3F1DF5AA" w14:textId="77777777" w:rsidR="00D02B45" w:rsidRPr="00D02B45" w:rsidRDefault="00D02B45" w:rsidP="00D02B45"/>
    <w:p w14:paraId="7B664F46" w14:textId="77777777" w:rsidR="00D02B45" w:rsidRPr="00D02B45" w:rsidRDefault="00D02B45" w:rsidP="00D02B45">
      <w:r w:rsidRPr="00D02B45">
        <w:t>9:30 am: Nominations and Candidate Speeches - ACB Elections</w:t>
      </w:r>
    </w:p>
    <w:p w14:paraId="1EFC2C70" w14:textId="77777777" w:rsidR="00D02B45" w:rsidRPr="00D02B45" w:rsidRDefault="00D02B45" w:rsidP="00D02B45"/>
    <w:p w14:paraId="09266480" w14:textId="2359B306" w:rsidR="00D02B45" w:rsidRPr="00D02B45" w:rsidRDefault="00D02B45" w:rsidP="00D02B45">
      <w:r>
        <w:t>10:00 am: ACB Angels Presentation</w:t>
      </w:r>
      <w:r w:rsidR="006768F2">
        <w:t>:</w:t>
      </w:r>
      <w:r>
        <w:br/>
        <w:t>Robert Rogers, Cincinnati</w:t>
      </w:r>
      <w:r w:rsidR="6CDDE419">
        <w:t>,</w:t>
      </w:r>
      <w:r>
        <w:t xml:space="preserve"> OH </w:t>
      </w:r>
      <w:r>
        <w:br/>
        <w:t>Patricia Copeland, Seattle, WA</w:t>
      </w:r>
      <w:r>
        <w:br/>
        <w:t>Vicki Ratcliffe, Alexandria, VA</w:t>
      </w:r>
    </w:p>
    <w:p w14:paraId="370F8060" w14:textId="77777777" w:rsidR="006768F2" w:rsidRPr="00DB7AD1" w:rsidRDefault="006768F2" w:rsidP="00D02B45">
      <w:pPr>
        <w:rPr>
          <w:sz w:val="32"/>
          <w:szCs w:val="32"/>
        </w:rPr>
      </w:pPr>
    </w:p>
    <w:p w14:paraId="20EA2797" w14:textId="743F2F89" w:rsidR="00D02B45" w:rsidRDefault="00D02B45" w:rsidP="00D02B45">
      <w:r w:rsidRPr="00D02B45">
        <w:t>Presiding Officer: Michael Garrett, Treasurer, Missouri City, TX</w:t>
      </w:r>
    </w:p>
    <w:p w14:paraId="084A6D70" w14:textId="77777777" w:rsidR="00D02B45" w:rsidRPr="00DB7AD1" w:rsidRDefault="00D02B45" w:rsidP="00D02B45">
      <w:pPr>
        <w:rPr>
          <w:sz w:val="32"/>
          <w:szCs w:val="32"/>
        </w:rPr>
      </w:pPr>
    </w:p>
    <w:p w14:paraId="0A491529" w14:textId="45411A74" w:rsidR="00D02B45" w:rsidRPr="00D02B45" w:rsidRDefault="00D02B45" w:rsidP="00D02B45">
      <w:r>
        <w:t xml:space="preserve">10:15 am: Braille Authority of North America (BANA), </w:t>
      </w:r>
      <w:r w:rsidR="518D63B4">
        <w:t>C</w:t>
      </w:r>
      <w:r>
        <w:t xml:space="preserve">elebrating 50 </w:t>
      </w:r>
      <w:r w:rsidR="4B0E49C1">
        <w:t>Y</w:t>
      </w:r>
      <w:r>
        <w:t>ears</w:t>
      </w:r>
      <w:r>
        <w:br/>
      </w:r>
      <w:r w:rsidR="00D20C79">
        <w:t xml:space="preserve">Presenter: Judy Dixon, </w:t>
      </w:r>
      <w:r w:rsidR="00F64D9F">
        <w:t xml:space="preserve">ACB Representative to BANA, </w:t>
      </w:r>
      <w:r w:rsidR="00D20C79">
        <w:t>Arlington, VA</w:t>
      </w:r>
    </w:p>
    <w:p w14:paraId="30BD728E" w14:textId="77777777" w:rsidR="00D02B45" w:rsidRPr="00DB7AD1" w:rsidRDefault="00D02B45" w:rsidP="00DB7AD1">
      <w:pPr>
        <w:rPr>
          <w:sz w:val="32"/>
          <w:szCs w:val="32"/>
        </w:rPr>
      </w:pPr>
    </w:p>
    <w:p w14:paraId="38C862CE" w14:textId="77777777" w:rsidR="00D02B45" w:rsidRDefault="00D02B45" w:rsidP="00D02B45">
      <w:r w:rsidRPr="00D02B45">
        <w:t>10:30</w:t>
      </w:r>
      <w:r>
        <w:t xml:space="preserve"> am:</w:t>
      </w:r>
      <w:r w:rsidRPr="00D02B45">
        <w:t xml:space="preserve"> Treasurer’s Report, Michael Garrett, ACB Treasurer, Missouri City, TX</w:t>
      </w:r>
    </w:p>
    <w:p w14:paraId="189204D8" w14:textId="77777777" w:rsidR="00D02B45" w:rsidRPr="00DB7AD1" w:rsidRDefault="00D02B45" w:rsidP="00D02B45">
      <w:pPr>
        <w:rPr>
          <w:sz w:val="32"/>
          <w:szCs w:val="32"/>
        </w:rPr>
      </w:pPr>
    </w:p>
    <w:p w14:paraId="6EE06EF3" w14:textId="7A834243" w:rsidR="00D02B45" w:rsidRDefault="00D02B45" w:rsidP="00D02B45">
      <w:r w:rsidRPr="00D02B45">
        <w:t>11:00 am: Convention Report, Janet Dickelman, Convention Committee Chair, Saint Paul, MN</w:t>
      </w:r>
    </w:p>
    <w:p w14:paraId="7DBF33E9" w14:textId="77777777" w:rsidR="00DB7AD1" w:rsidRPr="00DB7AD1" w:rsidRDefault="00DB7AD1" w:rsidP="00D02B45">
      <w:pPr>
        <w:rPr>
          <w:sz w:val="28"/>
          <w:szCs w:val="28"/>
        </w:rPr>
      </w:pPr>
    </w:p>
    <w:p w14:paraId="21DF5028" w14:textId="619420AE" w:rsidR="00D02B45" w:rsidRPr="00D02B45" w:rsidRDefault="00D02B45" w:rsidP="00D02B45">
      <w:r w:rsidRPr="00D02B45">
        <w:t>11:15 am: Door prizes and announcements</w:t>
      </w:r>
      <w:r>
        <w:t>;</w:t>
      </w:r>
      <w:r w:rsidRPr="00D02B45">
        <w:t xml:space="preserve"> Adjourn</w:t>
      </w:r>
    </w:p>
    <w:p w14:paraId="0F12CF6C" w14:textId="77777777" w:rsidR="00D02B45" w:rsidRPr="00DB7AD1" w:rsidRDefault="00D02B45" w:rsidP="00D02B45">
      <w:pPr>
        <w:rPr>
          <w:sz w:val="32"/>
          <w:szCs w:val="32"/>
        </w:rPr>
      </w:pPr>
    </w:p>
    <w:p w14:paraId="5FAC213F" w14:textId="2DE2AF3F" w:rsidR="00D02B45" w:rsidRPr="00D02B45" w:rsidRDefault="00D02B45" w:rsidP="00D02B45">
      <w:r w:rsidRPr="00D02B45">
        <w:t>12:00</w:t>
      </w:r>
      <w:r>
        <w:t xml:space="preserve"> pm</w:t>
      </w:r>
      <w:r w:rsidRPr="00D02B45">
        <w:t xml:space="preserve"> </w:t>
      </w:r>
      <w:r w:rsidR="00F5559D">
        <w:t>-</w:t>
      </w:r>
      <w:r w:rsidRPr="00D02B45">
        <w:t xml:space="preserve"> 2:00</w:t>
      </w:r>
      <w:r>
        <w:t xml:space="preserve"> pm</w:t>
      </w:r>
      <w:r w:rsidRPr="00D02B45">
        <w:t>: Individual record vote for contested election (if needed)</w:t>
      </w:r>
    </w:p>
    <w:p w14:paraId="698464DF" w14:textId="77777777" w:rsidR="00D02B45" w:rsidRPr="00DB7AD1" w:rsidRDefault="00D02B45" w:rsidP="00D02B45">
      <w:pPr>
        <w:rPr>
          <w:sz w:val="32"/>
          <w:szCs w:val="32"/>
        </w:rPr>
      </w:pPr>
    </w:p>
    <w:p w14:paraId="0C3BE763" w14:textId="26795608" w:rsidR="00D02B45" w:rsidRDefault="00D02B45" w:rsidP="00D02B45">
      <w:r w:rsidRPr="00D02B45">
        <w:t>2:00 pm: Affiliate Roll Call (if needed)</w:t>
      </w:r>
    </w:p>
    <w:p w14:paraId="2817B3B5" w14:textId="77777777" w:rsidR="0036036B" w:rsidRPr="00DB7AD1" w:rsidRDefault="0036036B" w:rsidP="00D02B45">
      <w:pPr>
        <w:rPr>
          <w:sz w:val="32"/>
          <w:szCs w:val="32"/>
        </w:rPr>
      </w:pPr>
    </w:p>
    <w:p w14:paraId="10F538A0" w14:textId="42CE79D2" w:rsidR="0036036B" w:rsidRPr="0036036B" w:rsidRDefault="0036036B" w:rsidP="0036036B">
      <w:r w:rsidRPr="0036036B">
        <w:t>7:00 pm: ACB Banquet</w:t>
      </w:r>
      <w:r w:rsidRPr="0036036B">
        <w:br/>
        <w:t>Banquet Emcee: Jeff Thom, outgoing ACB board member, Sacramento, CA</w:t>
      </w:r>
      <w:r w:rsidR="000145CF">
        <w:br/>
      </w:r>
      <w:r w:rsidRPr="0036036B">
        <w:t>Moment of Reflection</w:t>
      </w:r>
    </w:p>
    <w:p w14:paraId="0C78B173" w14:textId="77777777" w:rsidR="0036036B" w:rsidRPr="0036036B" w:rsidRDefault="0036036B" w:rsidP="0036036B">
      <w:r w:rsidRPr="0036036B">
        <w:t xml:space="preserve">7:45 pm: Presentation of BOP Awards: Ned E. Freeman Excellence in Writing, Vernon Henley Media, and Hollis Liggett Braille Free Press Awards </w:t>
      </w:r>
    </w:p>
    <w:p w14:paraId="0D3C306B" w14:textId="77777777" w:rsidR="0036036B" w:rsidRPr="0036036B" w:rsidRDefault="0036036B" w:rsidP="0036036B"/>
    <w:p w14:paraId="591A2FB8" w14:textId="77777777" w:rsidR="0036036B" w:rsidRPr="0036036B" w:rsidRDefault="0036036B" w:rsidP="0036036B">
      <w:r w:rsidRPr="0036036B">
        <w:t>8:00 pm: Presentation of ACB Awards: Koni Sims, Awards Committee Co-chair, Sioux Falls, SD; Ann Brash, Awards Committee Member, Chicago, IL</w:t>
      </w:r>
    </w:p>
    <w:p w14:paraId="53E6B0D5" w14:textId="44ADD492" w:rsidR="0036036B" w:rsidRPr="0036036B" w:rsidRDefault="0036036B" w:rsidP="0036036B"/>
    <w:p w14:paraId="659C4AE7" w14:textId="41928B1E" w:rsidR="00637286" w:rsidRPr="00637286" w:rsidRDefault="0036036B" w:rsidP="00637286">
      <w:r>
        <w:t xml:space="preserve">8:15 pm: Keynote Speaker – </w:t>
      </w:r>
      <w:r w:rsidR="00D17A79">
        <w:t>Precious Perez, entertainer, songwriter and inspirational speaker, Louisville</w:t>
      </w:r>
      <w:r w:rsidR="453FD9BD">
        <w:t>,</w:t>
      </w:r>
      <w:r w:rsidR="00D17A79">
        <w:t xml:space="preserve"> KY.</w:t>
      </w:r>
      <w:r>
        <w:br/>
      </w:r>
      <w:r>
        <w:br/>
      </w:r>
      <w:r w:rsidR="00637286">
        <w:t>She will speak with ACB about her life as a blind musician, her advocacy work, and entertain us with some of her music.</w:t>
      </w:r>
      <w:r>
        <w:br/>
      </w:r>
      <w:r>
        <w:br/>
      </w:r>
      <w:r w:rsidR="00637286">
        <w:t>Precious Perez was born with Retinopathy of Prematurity, a condition causing blindness from birth.</w:t>
      </w:r>
      <w:r>
        <w:br/>
      </w:r>
      <w:r>
        <w:br/>
      </w:r>
      <w:r w:rsidR="002C4DFB">
        <w:t>She</w:t>
      </w:r>
      <w:r w:rsidR="00637286">
        <w:t xml:space="preserve"> has worked in accessibility testing, voice acted for a Paramount Plus miniseries, as well as a new Dora animated series, played in a local cover band, and written a book about her experience growing up blind. “I have so many irons in the fire, but my main passion is making Latin music. That’s what all of this has been for,” said Perez. With two new singles out since September and four more on the way, Perez’s music career and content creation are at the top of her priority list. </w:t>
      </w:r>
      <w:r>
        <w:br/>
      </w:r>
      <w:r>
        <w:br/>
      </w:r>
      <w:r w:rsidR="00637286">
        <w:t>Perez has been working to create awareness for blindness and disability, as well as advocate for accessibility in the music industry. Working with Recording Artists and Music Professionals with Disabilities (RAMPD) has been a way to keep her goals at the forefront of her work. “My whole goal is to spread love and uplift all of my communities,” said Perez. “It’s so important to use whatever influence you have to empower other people. If your work touches even one person, you’ve already done what you came to do.”</w:t>
      </w:r>
    </w:p>
    <w:p w14:paraId="69128160" w14:textId="37F2721C" w:rsidR="00D17A79" w:rsidRPr="00D17A79" w:rsidRDefault="00D17A79" w:rsidP="00D17A79"/>
    <w:p w14:paraId="15A18E23" w14:textId="724938DF" w:rsidR="001C0FE0" w:rsidRPr="005A5E3D" w:rsidRDefault="008F0633" w:rsidP="009E7A4A">
      <w:pPr>
        <w:pStyle w:val="Heading1"/>
      </w:pPr>
      <w:bookmarkStart w:id="30" w:name="_Toc232406138"/>
      <w:r>
        <w:t>Special Interest Affiliate Meetings</w:t>
      </w:r>
      <w:bookmarkEnd w:id="30"/>
    </w:p>
    <w:p w14:paraId="71D6A2DD" w14:textId="6706BB02" w:rsidR="001C0FE0" w:rsidRPr="002D49ED" w:rsidRDefault="001C0FE0" w:rsidP="009E7A4A">
      <w:pPr>
        <w:pStyle w:val="Heading2"/>
        <w:rPr>
          <w:u w:val="single"/>
        </w:rPr>
      </w:pPr>
      <w:bookmarkStart w:id="31" w:name="_Toc232406139"/>
      <w:r w:rsidRPr="002D49ED">
        <w:rPr>
          <w:u w:val="single"/>
        </w:rPr>
        <w:t>A</w:t>
      </w:r>
      <w:r w:rsidR="007E2272" w:rsidRPr="002D49ED">
        <w:rPr>
          <w:u w:val="single"/>
        </w:rPr>
        <w:t xml:space="preserve">merican </w:t>
      </w:r>
      <w:r w:rsidRPr="002D49ED">
        <w:rPr>
          <w:u w:val="single"/>
        </w:rPr>
        <w:t>A</w:t>
      </w:r>
      <w:r w:rsidR="007E2272" w:rsidRPr="002D49ED">
        <w:rPr>
          <w:u w:val="single"/>
        </w:rPr>
        <w:t xml:space="preserve">ssociation of </w:t>
      </w:r>
      <w:r w:rsidRPr="002D49ED">
        <w:rPr>
          <w:u w:val="single"/>
        </w:rPr>
        <w:t>B</w:t>
      </w:r>
      <w:r w:rsidR="007E2272" w:rsidRPr="002D49ED">
        <w:rPr>
          <w:u w:val="single"/>
        </w:rPr>
        <w:t xml:space="preserve">lind </w:t>
      </w:r>
      <w:r w:rsidRPr="002D49ED">
        <w:rPr>
          <w:u w:val="single"/>
        </w:rPr>
        <w:t>T</w:t>
      </w:r>
      <w:r w:rsidR="007E2272" w:rsidRPr="002D49ED">
        <w:rPr>
          <w:u w:val="single"/>
        </w:rPr>
        <w:t>eachers</w:t>
      </w:r>
      <w:bookmarkEnd w:id="31"/>
    </w:p>
    <w:p w14:paraId="5F3E0644" w14:textId="10AD8D25" w:rsidR="00EB0486" w:rsidRPr="00EB0486" w:rsidRDefault="00EB0486" w:rsidP="009E7A4A">
      <w:r w:rsidRPr="00EB0486">
        <w:t>AABT President: April Martin</w:t>
      </w:r>
    </w:p>
    <w:p w14:paraId="10AC57B4" w14:textId="0C8BDCB3" w:rsidR="00EB0486" w:rsidRPr="00EB0486" w:rsidRDefault="00EB0486" w:rsidP="009E7A4A">
      <w:r w:rsidRPr="00EB0486">
        <w:t xml:space="preserve">Convention Program Chair: </w:t>
      </w:r>
      <w:r w:rsidR="00832C36">
        <w:t>Carla Hayes</w:t>
      </w:r>
    </w:p>
    <w:p w14:paraId="454B8F7C" w14:textId="28ACFF60" w:rsidR="00EB0486" w:rsidRPr="00EB0486" w:rsidRDefault="00EB0486" w:rsidP="009E7A4A">
      <w:r w:rsidRPr="00EB0486">
        <w:t xml:space="preserve">Affiliate Donation: </w:t>
      </w:r>
      <w:r w:rsidR="00832C36">
        <w:t>$10 ($15)</w:t>
      </w:r>
    </w:p>
    <w:p w14:paraId="469D50ED" w14:textId="77777777" w:rsidR="001C30C8" w:rsidRDefault="001C30C8" w:rsidP="009E7A4A"/>
    <w:p w14:paraId="3C73C204" w14:textId="77777777" w:rsidR="001C30C8" w:rsidRPr="00236131" w:rsidRDefault="001C30C8" w:rsidP="009E7A4A">
      <w:pPr>
        <w:pStyle w:val="BodyText"/>
        <w:rPr>
          <w:b/>
          <w:bCs/>
        </w:rPr>
      </w:pPr>
      <w:r w:rsidRPr="00236131">
        <w:rPr>
          <w:b/>
          <w:bCs/>
        </w:rPr>
        <w:t>Friday</w:t>
      </w:r>
      <w:r w:rsidR="001C0FE0" w:rsidRPr="00236131">
        <w:rPr>
          <w:b/>
          <w:bCs/>
        </w:rPr>
        <w:t>, Ju</w:t>
      </w:r>
      <w:r w:rsidRPr="00236131">
        <w:rPr>
          <w:b/>
          <w:bCs/>
        </w:rPr>
        <w:t>ly</w:t>
      </w:r>
      <w:r w:rsidR="001C0FE0" w:rsidRPr="00236131">
        <w:rPr>
          <w:b/>
          <w:bCs/>
        </w:rPr>
        <w:t xml:space="preserve"> </w:t>
      </w:r>
      <w:r w:rsidRPr="00236131">
        <w:rPr>
          <w:b/>
          <w:bCs/>
        </w:rPr>
        <w:t>17</w:t>
      </w:r>
    </w:p>
    <w:p w14:paraId="3C4B82C5" w14:textId="304749F7" w:rsidR="001C30C8" w:rsidRDefault="001C30C8" w:rsidP="009E7A4A">
      <w:r w:rsidRPr="00B77100">
        <w:t>10:00</w:t>
      </w:r>
      <w:r w:rsidR="001C0FE0" w:rsidRPr="00B77100">
        <w:t xml:space="preserve"> </w:t>
      </w:r>
      <w:r w:rsidRPr="00B77100">
        <w:t>a</w:t>
      </w:r>
      <w:r w:rsidR="001C0FE0" w:rsidRPr="00B77100">
        <w:t>m</w:t>
      </w:r>
      <w:r w:rsidR="00954927" w:rsidRPr="00B77100">
        <w:t xml:space="preserve"> </w:t>
      </w:r>
      <w:r w:rsidR="00F5559D" w:rsidRPr="00B77100">
        <w:t>-</w:t>
      </w:r>
      <w:r w:rsidR="00954927" w:rsidRPr="00B77100">
        <w:t xml:space="preserve"> 11:15 am</w:t>
      </w:r>
      <w:r w:rsidRPr="00B77100">
        <w:t>:</w:t>
      </w:r>
      <w:r w:rsidR="001C0FE0" w:rsidRPr="00B77100">
        <w:t xml:space="preserve"> </w:t>
      </w:r>
      <w:r w:rsidRPr="00B77100">
        <w:t>Seeing Braille</w:t>
      </w:r>
      <w:r w:rsidR="00FB54C5" w:rsidRPr="00B77100">
        <w:t>,</w:t>
      </w:r>
      <w:r w:rsidRPr="00B77100">
        <w:t xml:space="preserve"> Wait</w:t>
      </w:r>
      <w:r w:rsidR="00FB54C5" w:rsidRPr="00B77100">
        <w:t>,</w:t>
      </w:r>
      <w:r w:rsidRPr="00B77100">
        <w:t xml:space="preserve"> I Thought I Had to Feel Braille;</w:t>
      </w:r>
      <w:r w:rsidR="001C0FE0" w:rsidRPr="00B77100">
        <w:t xml:space="preserve"> Virtual</w:t>
      </w:r>
      <w:r w:rsidR="00FB54C5">
        <w:br/>
      </w:r>
      <w:r w:rsidR="00247F66">
        <w:br/>
      </w:r>
      <w:r w:rsidRPr="001C30C8">
        <w:t>Seeing Braille, a program for the PC, lets blind or sighted presenters demonstrate braille to sighted audiences, in person or online. By exploring dot positions, letter patterns, numbers, punctuation, and uncontracted or contracted words or phrases, users can learn braille by sight and take the mystery out of braille for audiences such as parents, classmates of blind children, and the public in general.</w:t>
      </w:r>
      <w:r w:rsidR="00FB54C5">
        <w:br/>
      </w:r>
      <w:r w:rsidR="00247F66">
        <w:br/>
      </w:r>
      <w:r w:rsidRPr="001C30C8">
        <w:t>Presenter: Neva Fairchild</w:t>
      </w:r>
      <w:r w:rsidR="00FB54C5">
        <w:t>,</w:t>
      </w:r>
      <w:r w:rsidRPr="001C30C8">
        <w:t xml:space="preserve"> T</w:t>
      </w:r>
      <w:r w:rsidR="00FB54C5">
        <w:t>X,</w:t>
      </w:r>
      <w:r w:rsidRPr="001C30C8">
        <w:t xml:space="preserve"> American Foundation of the Blind, </w:t>
      </w:r>
      <w:r w:rsidR="00FB54C5">
        <w:t>A</w:t>
      </w:r>
      <w:r w:rsidRPr="001C30C8">
        <w:t xml:space="preserve">ging and </w:t>
      </w:r>
      <w:r w:rsidR="00FB54C5">
        <w:t>V</w:t>
      </w:r>
      <w:r w:rsidRPr="001C30C8">
        <w:t xml:space="preserve">ision </w:t>
      </w:r>
      <w:r w:rsidR="00FB54C5">
        <w:t>L</w:t>
      </w:r>
      <w:r w:rsidRPr="001C30C8">
        <w:t xml:space="preserve">oss </w:t>
      </w:r>
      <w:r w:rsidR="00FB54C5">
        <w:t>S</w:t>
      </w:r>
      <w:r w:rsidRPr="001C30C8">
        <w:t xml:space="preserve">pecialist </w:t>
      </w:r>
      <w:r w:rsidR="007F54D1">
        <w:t>(</w:t>
      </w:r>
      <w:r w:rsidRPr="001C30C8">
        <w:t>retired), Dallas</w:t>
      </w:r>
      <w:r w:rsidR="00FB54C5">
        <w:t>,</w:t>
      </w:r>
      <w:r w:rsidRPr="001C30C8">
        <w:t xml:space="preserve"> T</w:t>
      </w:r>
      <w:r w:rsidR="00247F66">
        <w:t>X</w:t>
      </w:r>
      <w:r w:rsidR="00FB54C5">
        <w:br/>
      </w:r>
      <w:r w:rsidR="00247F66">
        <w:br/>
      </w:r>
      <w:r w:rsidRPr="001C30C8">
        <w:t>Co-sponsored by BRL and AABT</w:t>
      </w:r>
    </w:p>
    <w:p w14:paraId="7F0659DD" w14:textId="77777777" w:rsidR="00746FD3" w:rsidRDefault="00746FD3" w:rsidP="009E7A4A"/>
    <w:p w14:paraId="5C502166" w14:textId="20DD8E9C" w:rsidR="00954927" w:rsidRPr="001C30C8" w:rsidRDefault="001C30C8" w:rsidP="14638D2A">
      <w:r>
        <w:t>11:30 am</w:t>
      </w:r>
      <w:r w:rsidR="00954927">
        <w:t xml:space="preserve"> </w:t>
      </w:r>
      <w:r w:rsidR="00F5559D">
        <w:t>-</w:t>
      </w:r>
      <w:r w:rsidR="00954927">
        <w:t xml:space="preserve"> 12:45 pm</w:t>
      </w:r>
      <w:r w:rsidR="00D00DA0">
        <w:t>:</w:t>
      </w:r>
      <w:r>
        <w:t xml:space="preserve"> Patty Goes to Peru</w:t>
      </w:r>
      <w:r w:rsidR="00D00DA0">
        <w:t>;</w:t>
      </w:r>
      <w:r>
        <w:t xml:space="preserve"> Virtual</w:t>
      </w:r>
      <w:r>
        <w:br/>
      </w:r>
      <w:r>
        <w:br/>
        <w:t xml:space="preserve">Patty Slaby will tell us about her inspiring </w:t>
      </w:r>
      <w:r w:rsidR="6323A2FB">
        <w:t>m</w:t>
      </w:r>
      <w:r>
        <w:t xml:space="preserve">ission </w:t>
      </w:r>
      <w:r w:rsidR="429DB93D">
        <w:t>t</w:t>
      </w:r>
      <w:r>
        <w:t>rip to Lima</w:t>
      </w:r>
      <w:r w:rsidR="5CCB3447">
        <w:t>,</w:t>
      </w:r>
      <w:r>
        <w:t xml:space="preserve"> Peru.  She will share her experiences at an orphanage where she presented and </w:t>
      </w:r>
      <w:r w:rsidR="007F54D1">
        <w:t>demonstrated</w:t>
      </w:r>
      <w:r>
        <w:t xml:space="preserve"> how it is to live as a blind individual. She will summarize some of her adventures and describe the time she spent with the children being immersed in Spanish. </w:t>
      </w:r>
      <w:r>
        <w:br/>
      </w:r>
      <w:r>
        <w:br/>
        <w:t xml:space="preserve">Presenter: Patty Slaby </w:t>
      </w:r>
      <w:r w:rsidR="00F5559D">
        <w:t>-</w:t>
      </w:r>
      <w:r>
        <w:t xml:space="preserve"> </w:t>
      </w:r>
      <w:r w:rsidR="00FB54C5">
        <w:t>I</w:t>
      </w:r>
      <w:r>
        <w:t xml:space="preserve">tinerant </w:t>
      </w:r>
      <w:r w:rsidR="00FB54C5">
        <w:t>T</w:t>
      </w:r>
      <w:r>
        <w:t xml:space="preserve">eacher of </w:t>
      </w:r>
      <w:r w:rsidR="00FB54C5">
        <w:t>B</w:t>
      </w:r>
      <w:r>
        <w:t xml:space="preserve">lind and </w:t>
      </w:r>
      <w:r w:rsidR="00FB54C5">
        <w:t>L</w:t>
      </w:r>
      <w:r>
        <w:t xml:space="preserve">ow </w:t>
      </w:r>
      <w:r w:rsidR="00FB54C5">
        <w:t>V</w:t>
      </w:r>
      <w:r>
        <w:t>ision</w:t>
      </w:r>
      <w:r w:rsidR="00FB54C5">
        <w:t>,</w:t>
      </w:r>
      <w:r>
        <w:t xml:space="preserve"> Arcadia, W</w:t>
      </w:r>
      <w:r w:rsidR="00FB54C5">
        <w:t>I</w:t>
      </w:r>
      <w:r>
        <w:br/>
      </w:r>
      <w:r>
        <w:br/>
      </w:r>
      <w:r w:rsidR="00954927">
        <w:t>Co-sponsored by BRL and AABT</w:t>
      </w:r>
    </w:p>
    <w:p w14:paraId="638DF1E8" w14:textId="77777777" w:rsidR="001C30C8" w:rsidRPr="004A0798" w:rsidRDefault="001C30C8" w:rsidP="009E7A4A"/>
    <w:p w14:paraId="2C1D88D9" w14:textId="5327C19B" w:rsidR="001C0FE0" w:rsidRPr="00236131" w:rsidRDefault="001C0FE0" w:rsidP="009E7A4A">
      <w:pPr>
        <w:pStyle w:val="BodyText"/>
        <w:rPr>
          <w:b/>
          <w:bCs/>
        </w:rPr>
      </w:pPr>
      <w:r w:rsidRPr="00236131">
        <w:rPr>
          <w:b/>
          <w:bCs/>
        </w:rPr>
        <w:t xml:space="preserve">Saturday, July </w:t>
      </w:r>
      <w:r w:rsidR="001C30C8" w:rsidRPr="00236131">
        <w:rPr>
          <w:b/>
          <w:bCs/>
        </w:rPr>
        <w:t>25</w:t>
      </w:r>
    </w:p>
    <w:p w14:paraId="6F486CDC" w14:textId="77777777" w:rsidR="00171D3B" w:rsidRDefault="00171D3B" w:rsidP="009E7A4A">
      <w:r>
        <w:t>7:00 am - 7:45 am: Rejuvenate Your Knowledge of the History of Braille; Hybrid; Sterling 3</w:t>
      </w:r>
    </w:p>
    <w:p w14:paraId="7A98D8A1" w14:textId="713428B3" w:rsidR="00D00DA0" w:rsidRPr="00B77100" w:rsidRDefault="00B96667" w:rsidP="009E7A4A">
      <w:r w:rsidRPr="00B77100">
        <w:br/>
        <w:t>Co-sponsored by BRL</w:t>
      </w:r>
      <w:r w:rsidR="00B754DB" w:rsidRPr="00B77100">
        <w:t xml:space="preserve"> and AABT</w:t>
      </w:r>
      <w:r w:rsidRPr="00B77100">
        <w:br/>
      </w:r>
    </w:p>
    <w:p w14:paraId="4D485824" w14:textId="2FB94260" w:rsidR="00DB023F" w:rsidRPr="00B77100" w:rsidRDefault="00171D3B" w:rsidP="009E7A4A">
      <w:r>
        <w:t>8</w:t>
      </w:r>
      <w:r w:rsidRPr="00B77100">
        <w:t xml:space="preserve">:00 am - </w:t>
      </w:r>
      <w:r>
        <w:t>8</w:t>
      </w:r>
      <w:r w:rsidRPr="00B77100">
        <w:t>:30 am: BRL and AABT Breakfast; Hybrid; Sterling 6</w:t>
      </w:r>
      <w:r w:rsidR="00D00DA0">
        <w:br/>
      </w:r>
      <w:r w:rsidR="00D00DA0">
        <w:br/>
      </w:r>
      <w:r w:rsidR="00367282">
        <w:t>Co-sponsored by BRL and AABT</w:t>
      </w:r>
      <w:r w:rsidR="69D38586">
        <w:t xml:space="preserve">. </w:t>
      </w:r>
      <w:r w:rsidR="00E031F7">
        <w:t>For session details</w:t>
      </w:r>
      <w:r w:rsidR="4E08A26B">
        <w:t>,</w:t>
      </w:r>
      <w:r w:rsidR="00E031F7">
        <w:t xml:space="preserve"> s</w:t>
      </w:r>
      <w:r w:rsidR="00DB023F">
        <w:t>ee BRL</w:t>
      </w:r>
      <w:r w:rsidR="1AA3F05C">
        <w:t>.</w:t>
      </w:r>
      <w:r w:rsidR="00DB023F">
        <w:t xml:space="preserve"> </w:t>
      </w:r>
    </w:p>
    <w:p w14:paraId="6CB0A44C" w14:textId="62B591B3" w:rsidR="14638D2A" w:rsidRDefault="14638D2A" w:rsidP="14638D2A">
      <w:pPr>
        <w:pStyle w:val="BodyText"/>
        <w:rPr>
          <w:b/>
          <w:bCs/>
        </w:rPr>
      </w:pPr>
    </w:p>
    <w:p w14:paraId="73632564" w14:textId="53040519" w:rsidR="00D277E6" w:rsidRPr="00B77100" w:rsidRDefault="00D277E6" w:rsidP="009E7A4A">
      <w:pPr>
        <w:pStyle w:val="BodyText"/>
        <w:rPr>
          <w:b/>
          <w:bCs/>
        </w:rPr>
      </w:pPr>
      <w:r w:rsidRPr="00B77100">
        <w:rPr>
          <w:b/>
          <w:bCs/>
        </w:rPr>
        <w:t>Tuesday, July 28</w:t>
      </w:r>
    </w:p>
    <w:p w14:paraId="6884DDBE" w14:textId="10AFD2B8" w:rsidR="006942A7" w:rsidRPr="00B77100" w:rsidRDefault="006942A7" w:rsidP="00931D23">
      <w:r>
        <w:t xml:space="preserve">3:00 pm </w:t>
      </w:r>
      <w:r w:rsidR="00F5559D">
        <w:t>-</w:t>
      </w:r>
      <w:r>
        <w:t xml:space="preserve"> 4:15 pm: LUA Presents Meet the Narrator; Hybrid; Sterling 3</w:t>
      </w:r>
      <w:r>
        <w:br/>
      </w:r>
      <w:r>
        <w:br/>
        <w:t>Co</w:t>
      </w:r>
      <w:r w:rsidR="00F5559D">
        <w:t>-</w:t>
      </w:r>
      <w:r>
        <w:t>sponsored by LUA, BRL and AABT</w:t>
      </w:r>
      <w:r w:rsidR="12E93DCB">
        <w:t xml:space="preserve">. </w:t>
      </w:r>
      <w:r w:rsidR="00E031F7">
        <w:t>For session details</w:t>
      </w:r>
      <w:r w:rsidR="46B3D926">
        <w:t>,</w:t>
      </w:r>
      <w:r w:rsidR="00E031F7">
        <w:t xml:space="preserve"> s</w:t>
      </w:r>
      <w:r w:rsidR="002961DD">
        <w:t xml:space="preserve">ee </w:t>
      </w:r>
      <w:r w:rsidR="00DB023F">
        <w:t>LUA</w:t>
      </w:r>
      <w:r w:rsidR="6983E590">
        <w:t>.</w:t>
      </w:r>
    </w:p>
    <w:p w14:paraId="4C3BBF74" w14:textId="77777777" w:rsidR="006942A7" w:rsidRPr="00B77100" w:rsidRDefault="006942A7" w:rsidP="009E7A4A"/>
    <w:p w14:paraId="2196AC29" w14:textId="76AD28B2" w:rsidR="00746FD3" w:rsidRPr="00B77100" w:rsidRDefault="006942A7" w:rsidP="009E7A4A">
      <w:r>
        <w:t xml:space="preserve">5:00 pm </w:t>
      </w:r>
      <w:r w:rsidR="00F5559D">
        <w:t>-</w:t>
      </w:r>
      <w:r>
        <w:t xml:space="preserve"> 6:15 pm: LUA Presents News and Updates at NLS; Hybrid; Sterling 3</w:t>
      </w:r>
      <w:r>
        <w:br/>
      </w:r>
      <w:r>
        <w:br/>
        <w:t>Co</w:t>
      </w:r>
      <w:r w:rsidR="00F5559D">
        <w:t>-</w:t>
      </w:r>
      <w:r>
        <w:t>sponsored by LUA, AABT</w:t>
      </w:r>
      <w:r w:rsidR="007F54D1">
        <w:t>,</w:t>
      </w:r>
      <w:r>
        <w:t xml:space="preserve"> and BRL</w:t>
      </w:r>
      <w:r w:rsidR="7C94680A">
        <w:t xml:space="preserve">. </w:t>
      </w:r>
      <w:r w:rsidR="00E031F7">
        <w:t>For session details</w:t>
      </w:r>
      <w:r w:rsidR="032EBB60">
        <w:t>,</w:t>
      </w:r>
      <w:r w:rsidR="00E031F7">
        <w:t xml:space="preserve"> s</w:t>
      </w:r>
      <w:r w:rsidR="00DB023F">
        <w:t>ee LUA</w:t>
      </w:r>
      <w:r w:rsidR="3633D8D2">
        <w:t>.</w:t>
      </w:r>
    </w:p>
    <w:p w14:paraId="32E8D721" w14:textId="3813FC46" w:rsidR="001C0FE0" w:rsidRPr="00B77100" w:rsidRDefault="001C0FE0" w:rsidP="009E7A4A"/>
    <w:p w14:paraId="59887045" w14:textId="1159E035" w:rsidR="001C0FE0" w:rsidRPr="00B77100" w:rsidRDefault="001C0FE0" w:rsidP="009E7A4A">
      <w:pPr>
        <w:pStyle w:val="Heading2"/>
        <w:rPr>
          <w:w w:val="90"/>
          <w:u w:val="single"/>
        </w:rPr>
      </w:pPr>
      <w:bookmarkStart w:id="32" w:name="_Toc198814959"/>
      <w:bookmarkStart w:id="33" w:name="_Toc232406140"/>
      <w:r w:rsidRPr="00B77100">
        <w:rPr>
          <w:u w:val="single"/>
        </w:rPr>
        <w:t>A</w:t>
      </w:r>
      <w:r w:rsidR="007E2272" w:rsidRPr="00B77100">
        <w:rPr>
          <w:u w:val="single"/>
        </w:rPr>
        <w:t xml:space="preserve">merican </w:t>
      </w:r>
      <w:r w:rsidRPr="00B77100">
        <w:rPr>
          <w:u w:val="single"/>
        </w:rPr>
        <w:t>A</w:t>
      </w:r>
      <w:r w:rsidR="007E2272" w:rsidRPr="00B77100">
        <w:rPr>
          <w:u w:val="single"/>
        </w:rPr>
        <w:t xml:space="preserve">ssociation of </w:t>
      </w:r>
      <w:r w:rsidRPr="00B77100">
        <w:rPr>
          <w:u w:val="single"/>
        </w:rPr>
        <w:t>V</w:t>
      </w:r>
      <w:r w:rsidR="007E2272" w:rsidRPr="00B77100">
        <w:rPr>
          <w:u w:val="single"/>
        </w:rPr>
        <w:t xml:space="preserve">isually </w:t>
      </w:r>
      <w:r w:rsidRPr="00B77100">
        <w:rPr>
          <w:u w:val="single"/>
        </w:rPr>
        <w:t>I</w:t>
      </w:r>
      <w:r w:rsidR="007E2272" w:rsidRPr="00B77100">
        <w:rPr>
          <w:u w:val="single"/>
        </w:rPr>
        <w:t xml:space="preserve">mpaired </w:t>
      </w:r>
      <w:r w:rsidRPr="00B77100">
        <w:rPr>
          <w:u w:val="single"/>
        </w:rPr>
        <w:t>A</w:t>
      </w:r>
      <w:bookmarkEnd w:id="32"/>
      <w:r w:rsidR="007E2272" w:rsidRPr="00B77100">
        <w:rPr>
          <w:u w:val="single"/>
        </w:rPr>
        <w:t>ttorneys</w:t>
      </w:r>
      <w:bookmarkEnd w:id="33"/>
    </w:p>
    <w:p w14:paraId="7FEA76CF" w14:textId="46C3A352" w:rsidR="00BC02BC" w:rsidRPr="00B77100" w:rsidRDefault="00BC02BC" w:rsidP="009E7A4A">
      <w:r w:rsidRPr="00B77100">
        <w:t>AAVIA President: Chris Prentice</w:t>
      </w:r>
    </w:p>
    <w:p w14:paraId="60DCDD08" w14:textId="702902F7" w:rsidR="00BC02BC" w:rsidRPr="00B77100" w:rsidRDefault="00BC02BC" w:rsidP="009E7A4A">
      <w:r w:rsidRPr="00B77100">
        <w:t>Convention Program Chair: Steve B</w:t>
      </w:r>
      <w:r w:rsidR="00BA3239" w:rsidRPr="00B77100">
        <w:t>low</w:t>
      </w:r>
    </w:p>
    <w:p w14:paraId="5661C5B4" w14:textId="21B98218" w:rsidR="00BC02BC" w:rsidRPr="00B77100" w:rsidRDefault="00BC02BC" w:rsidP="009E7A4A">
      <w:r w:rsidRPr="00B77100">
        <w:t>Affiliate Donation: $25 ($25)</w:t>
      </w:r>
    </w:p>
    <w:p w14:paraId="2F158A6D" w14:textId="77777777" w:rsidR="001C0FE0" w:rsidRPr="00B77100" w:rsidRDefault="001C0FE0" w:rsidP="009E7A4A"/>
    <w:p w14:paraId="686C43F3" w14:textId="47A7923F" w:rsidR="001C0FE0" w:rsidRPr="00B77100" w:rsidRDefault="001C0FE0" w:rsidP="009E7A4A">
      <w:pPr>
        <w:pStyle w:val="BodyText"/>
        <w:rPr>
          <w:b/>
          <w:bCs/>
        </w:rPr>
      </w:pPr>
      <w:r w:rsidRPr="00B77100">
        <w:rPr>
          <w:b/>
          <w:bCs/>
        </w:rPr>
        <w:t xml:space="preserve">Saturday, </w:t>
      </w:r>
      <w:r w:rsidR="00BC02BC" w:rsidRPr="00B77100">
        <w:rPr>
          <w:b/>
          <w:bCs/>
        </w:rPr>
        <w:t>July</w:t>
      </w:r>
      <w:r w:rsidRPr="00B77100">
        <w:rPr>
          <w:b/>
          <w:bCs/>
        </w:rPr>
        <w:t xml:space="preserve"> </w:t>
      </w:r>
      <w:r w:rsidR="00BC02BC" w:rsidRPr="00B77100">
        <w:rPr>
          <w:b/>
          <w:bCs/>
        </w:rPr>
        <w:t>1</w:t>
      </w:r>
      <w:r w:rsidRPr="00B77100">
        <w:rPr>
          <w:b/>
          <w:bCs/>
        </w:rPr>
        <w:t xml:space="preserve">8 </w:t>
      </w:r>
    </w:p>
    <w:p w14:paraId="1C779EA4" w14:textId="7C0DAFB6" w:rsidR="001C0FE0" w:rsidRPr="00B77100" w:rsidRDefault="001C0FE0" w:rsidP="009E7A4A">
      <w:r w:rsidRPr="00B77100">
        <w:t xml:space="preserve">1:00 pm </w:t>
      </w:r>
      <w:r w:rsidR="00F5559D" w:rsidRPr="00B77100">
        <w:t>-</w:t>
      </w:r>
      <w:r w:rsidRPr="00B77100">
        <w:t xml:space="preserve"> 2:15 pm</w:t>
      </w:r>
      <w:r w:rsidR="00BC02BC" w:rsidRPr="00B77100">
        <w:t>:</w:t>
      </w:r>
      <w:r w:rsidRPr="00B77100">
        <w:t xml:space="preserve"> AAVIA Business Meeting</w:t>
      </w:r>
      <w:r w:rsidR="00BC02BC" w:rsidRPr="00B77100">
        <w:t xml:space="preserve">; </w:t>
      </w:r>
      <w:r w:rsidRPr="00B77100">
        <w:t>Virtual</w:t>
      </w:r>
    </w:p>
    <w:p w14:paraId="340DB97E" w14:textId="77777777" w:rsidR="001C0FE0" w:rsidRPr="00B77100" w:rsidRDefault="001C0FE0" w:rsidP="009E7A4A"/>
    <w:p w14:paraId="0D91EE4B" w14:textId="77DB65EF" w:rsidR="001C0FE0" w:rsidRPr="00B77100" w:rsidRDefault="001C0FE0" w:rsidP="009E7A4A">
      <w:pPr>
        <w:pStyle w:val="BodyText"/>
        <w:rPr>
          <w:b/>
          <w:bCs/>
        </w:rPr>
      </w:pPr>
      <w:r w:rsidRPr="00B77100">
        <w:rPr>
          <w:b/>
          <w:bCs/>
        </w:rPr>
        <w:t xml:space="preserve">Sunday, July </w:t>
      </w:r>
      <w:r w:rsidR="00BC02BC" w:rsidRPr="00B77100">
        <w:rPr>
          <w:b/>
          <w:bCs/>
        </w:rPr>
        <w:t>2</w:t>
      </w:r>
      <w:r w:rsidRPr="00B77100">
        <w:rPr>
          <w:b/>
          <w:bCs/>
        </w:rPr>
        <w:t xml:space="preserve">6 </w:t>
      </w:r>
    </w:p>
    <w:p w14:paraId="06B7044B" w14:textId="3D451AF3" w:rsidR="00BC02BC" w:rsidRPr="00B77100" w:rsidRDefault="001C0FE0" w:rsidP="009E7A4A">
      <w:r w:rsidRPr="00B77100">
        <w:t xml:space="preserve">1:00 pm </w:t>
      </w:r>
      <w:r w:rsidR="00F5559D" w:rsidRPr="00B77100">
        <w:t>-</w:t>
      </w:r>
      <w:r w:rsidRPr="00B77100">
        <w:t xml:space="preserve"> 2:15 pm</w:t>
      </w:r>
      <w:r w:rsidR="00BC02BC" w:rsidRPr="00B77100">
        <w:t xml:space="preserve">: The Supreme Court Term in Review; </w:t>
      </w:r>
      <w:r w:rsidRPr="00B77100">
        <w:t>Hybrid</w:t>
      </w:r>
      <w:r w:rsidR="00BC02BC" w:rsidRPr="00B77100">
        <w:t xml:space="preserve">; </w:t>
      </w:r>
      <w:r w:rsidR="00B754DB" w:rsidRPr="00B77100">
        <w:t>Mills</w:t>
      </w:r>
      <w:r w:rsidR="007C5A7A" w:rsidRPr="00B77100">
        <w:t xml:space="preserve"> 3</w:t>
      </w:r>
      <w:r w:rsidR="00931D23" w:rsidRPr="00B77100">
        <w:br/>
      </w:r>
      <w:r w:rsidR="00247F66" w:rsidRPr="00B77100">
        <w:br/>
      </w:r>
      <w:r w:rsidR="00BC02BC" w:rsidRPr="00B77100">
        <w:t xml:space="preserve">Find out from a pre-recorded presentation from </w:t>
      </w:r>
      <w:r w:rsidR="00931D23" w:rsidRPr="00B77100">
        <w:t xml:space="preserve">a </w:t>
      </w:r>
      <w:r w:rsidR="00BC02BC" w:rsidRPr="00B77100">
        <w:t>St. Mary’s University Law School professor about the significant decisions of the U.S. Supreme Court in its 2025-26 term and its work generally.</w:t>
      </w:r>
      <w:r w:rsidR="00931D23" w:rsidRPr="00B77100">
        <w:br/>
      </w:r>
      <w:r w:rsidR="00247F66" w:rsidRPr="00B77100">
        <w:br/>
      </w:r>
      <w:r w:rsidR="00BC02BC" w:rsidRPr="00B77100">
        <w:t>Presenter: Prof. Bill Piatt, San Antonio, TX</w:t>
      </w:r>
    </w:p>
    <w:p w14:paraId="77AA8E88" w14:textId="77777777" w:rsidR="001C0FE0" w:rsidRPr="00B77100" w:rsidRDefault="001C0FE0" w:rsidP="009E7A4A"/>
    <w:p w14:paraId="43F4B4C3" w14:textId="7D0F7DFC" w:rsidR="00BC02BC" w:rsidRDefault="00BC02BC" w:rsidP="14638D2A">
      <w:r>
        <w:t xml:space="preserve">3:00 pm </w:t>
      </w:r>
      <w:r w:rsidR="00F5559D">
        <w:t>-</w:t>
      </w:r>
      <w:r>
        <w:t xml:space="preserve"> </w:t>
      </w:r>
      <w:r w:rsidR="001D23E7">
        <w:t>4</w:t>
      </w:r>
      <w:r>
        <w:t xml:space="preserve">:15 pm: </w:t>
      </w:r>
      <w:r w:rsidR="004A0ACB">
        <w:t>No Más Bebés, a Documentary on California Sterilization; Hybrid; Mills 3</w:t>
      </w:r>
      <w:r>
        <w:br/>
      </w:r>
      <w:r>
        <w:br/>
        <w:t xml:space="preserve">Watch a film that describes the actions of the ten Latina woman who were the plaintiffs in the Madrigal et al </w:t>
      </w:r>
      <w:r w:rsidR="4E0BD834">
        <w:t>v</w:t>
      </w:r>
      <w:r>
        <w:t xml:space="preserve">. Quilligan et al class action lawsuit that resulted in major changes and protections of a woman’s right to determine the size of her family and to give informed consent.  Among numerous other patients of the Los Angeles County General Hospital, the ten women who agreed to be the plaintiffs and bring the lawsuit in their names did not realize that they had been irreversibly surgically sterilized until they were interviewed by the attorneys who later brought the lawsuit. They were lower </w:t>
      </w:r>
      <w:r w:rsidR="000D043C">
        <w:t>middle-class</w:t>
      </w:r>
      <w:r>
        <w:t xml:space="preserve"> Spanish-speaking women who lived with their husbands and children and who were not receiving public benefits to support themselves and their children. None had participated in a rally or demonstration for women’s rights. The lawsuit moved ahead during the time that women’s rights began to be recognized and </w:t>
      </w:r>
      <w:r w:rsidR="0014181C">
        <w:t>protected,</w:t>
      </w:r>
      <w:r>
        <w:t xml:space="preserve"> and the ten women were in the forefront of these advances. The documentary also touches on the search for, and </w:t>
      </w:r>
      <w:r w:rsidR="000D043C">
        <w:t>securing of</w:t>
      </w:r>
      <w:r>
        <w:t>, the five experts who testified at the trial regarding the circumstances under which the plaintiffs had sterilization procedures performed on them unawares. The documentary, produced by</w:t>
      </w:r>
      <w:r w:rsidR="00B45654">
        <w:t xml:space="preserve"> Renee Tajima-Peña and Virginia Espino</w:t>
      </w:r>
      <w:r>
        <w:t>, was initially shown on the Public Broadcasting system nationally and made a major contribution to the women’s movement, even though the ten plaintiffs went largely unrecognized or honored for their major contribution to advancing women’s rights.</w:t>
      </w:r>
    </w:p>
    <w:p w14:paraId="233D2442" w14:textId="77777777" w:rsidR="00BC02BC" w:rsidRDefault="00BC02BC" w:rsidP="009E7A4A"/>
    <w:p w14:paraId="40F76B7E" w14:textId="6243C82F" w:rsidR="00BC02BC" w:rsidRPr="00A95D3F" w:rsidRDefault="00BC02BC" w:rsidP="00BA3239">
      <w:r w:rsidRPr="00B77100">
        <w:t xml:space="preserve">5:00 pm </w:t>
      </w:r>
      <w:r w:rsidR="00F5559D" w:rsidRPr="00B77100">
        <w:t>-</w:t>
      </w:r>
      <w:r w:rsidRPr="00B77100">
        <w:t xml:space="preserve"> </w:t>
      </w:r>
      <w:r w:rsidR="00CD26D8" w:rsidRPr="00B77100">
        <w:t>6</w:t>
      </w:r>
      <w:r w:rsidRPr="00B77100">
        <w:t xml:space="preserve">:15 pm: Commentary on California Sterilization Case; </w:t>
      </w:r>
      <w:r w:rsidR="00CF4976" w:rsidRPr="00B77100">
        <w:t>OnSite</w:t>
      </w:r>
      <w:r w:rsidRPr="00B77100">
        <w:t xml:space="preserve">; </w:t>
      </w:r>
      <w:r w:rsidR="00981D84" w:rsidRPr="00B77100">
        <w:t>Mills 4</w:t>
      </w:r>
      <w:r w:rsidR="00BC1117" w:rsidRPr="00B77100">
        <w:br/>
      </w:r>
      <w:r w:rsidR="00247F66">
        <w:br/>
      </w:r>
      <w:r w:rsidRPr="00BC02BC">
        <w:t xml:space="preserve">The lead attorney for the plaintiffs will discuss the preparation of the lawsuit, including the various steps taken to prepare for trial. He will discuss the </w:t>
      </w:r>
      <w:r>
        <w:t>initial steps in filing the lawsuit, interviewing and preparing the various experts and the plaintiffs to testify, and contacting legal programs that had brought similar lawsuits. The lawsuit consumed three years in preparation for trial and several years on appeal.</w:t>
      </w:r>
      <w:r>
        <w:br/>
      </w:r>
      <w:r>
        <w:br/>
        <w:t xml:space="preserve">Presenter: Charles Nabarrete, Esq., West Covina, </w:t>
      </w:r>
      <w:r w:rsidRPr="00A95D3F">
        <w:t>CA</w:t>
      </w:r>
    </w:p>
    <w:p w14:paraId="79A2782B" w14:textId="77777777" w:rsidR="00BC02BC" w:rsidRPr="00A95D3F" w:rsidRDefault="00BC02BC" w:rsidP="00BA3239"/>
    <w:p w14:paraId="3D81C820" w14:textId="6D1D4EB0" w:rsidR="001C0FE0" w:rsidRPr="00B77100" w:rsidRDefault="001C0FE0" w:rsidP="009E7A4A">
      <w:pPr>
        <w:pStyle w:val="BodyText"/>
        <w:rPr>
          <w:b/>
          <w:bCs/>
        </w:rPr>
      </w:pPr>
      <w:r w:rsidRPr="00B77100">
        <w:rPr>
          <w:b/>
          <w:bCs/>
        </w:rPr>
        <w:t xml:space="preserve">Monday, July </w:t>
      </w:r>
      <w:r w:rsidR="00BC02BC" w:rsidRPr="00B77100">
        <w:rPr>
          <w:b/>
          <w:bCs/>
        </w:rPr>
        <w:t>2</w:t>
      </w:r>
      <w:r w:rsidRPr="00B77100">
        <w:rPr>
          <w:b/>
          <w:bCs/>
        </w:rPr>
        <w:t xml:space="preserve">7 </w:t>
      </w:r>
    </w:p>
    <w:p w14:paraId="3F93D67D" w14:textId="76F22B77" w:rsidR="00BA3239" w:rsidRDefault="00BC02BC" w:rsidP="00BA3239">
      <w:pPr>
        <w:ind w:left="0" w:firstLine="0"/>
      </w:pPr>
      <w:r w:rsidRPr="00B77100">
        <w:t xml:space="preserve">1:00 pm </w:t>
      </w:r>
      <w:r w:rsidR="00F5559D" w:rsidRPr="00B77100">
        <w:t>-</w:t>
      </w:r>
      <w:r w:rsidRPr="00B77100">
        <w:t xml:space="preserve"> 2:15 pm: Cybersecurity Safety and Risk Awareness for Attorneys After AI Implementation; </w:t>
      </w:r>
      <w:r w:rsidR="00CF4976" w:rsidRPr="00B77100">
        <w:t>OnSite</w:t>
      </w:r>
      <w:r w:rsidRPr="00B77100">
        <w:t xml:space="preserve">; </w:t>
      </w:r>
      <w:r w:rsidR="000D043C" w:rsidRPr="00B77100">
        <w:t>Sterling 6</w:t>
      </w:r>
      <w:r w:rsidR="00C6011D" w:rsidRPr="00B77100">
        <w:br/>
      </w:r>
      <w:r w:rsidRPr="00B77100">
        <w:t xml:space="preserve">Attend a Certificate Program on AI Safety, Ethics, Data Protection and Risk Reduction for Attorneys.  AI is already being used in legal practice.  The risk now is not adoption.  The risk is using these tools without safety </w:t>
      </w:r>
      <w:r w:rsidRPr="008A282A">
        <w:t>guardrails, data protection practices, or cybersecurity awareness.  Attorneys are experimenting with AI every day, often without realizing how easily confidential information, professional judgment, and firm credibility can be exposed.  This 75-minute certification program is a fully accessible, live session that delivers clear, practical general AI cybersecurity guidance lawyers can apply immediately.  In This Session, You Will Learn How To:</w:t>
      </w:r>
    </w:p>
    <w:p w14:paraId="3E7CA842" w14:textId="77777777" w:rsidR="00BA3239" w:rsidRDefault="00BC02BC" w:rsidP="00BA3239">
      <w:pPr>
        <w:pStyle w:val="ListParagraph"/>
        <w:numPr>
          <w:ilvl w:val="0"/>
          <w:numId w:val="31"/>
        </w:numPr>
      </w:pPr>
      <w:r w:rsidRPr="008A282A">
        <w:t>Use AI tools without exposing confidential or privileged information</w:t>
      </w:r>
    </w:p>
    <w:p w14:paraId="2B47E05A" w14:textId="77777777" w:rsidR="00BA3239" w:rsidRDefault="00BC02BC" w:rsidP="00BA3239">
      <w:pPr>
        <w:pStyle w:val="ListParagraph"/>
        <w:numPr>
          <w:ilvl w:val="0"/>
          <w:numId w:val="31"/>
        </w:numPr>
      </w:pPr>
      <w:r w:rsidRPr="008A282A">
        <w:t>Understand AI hallucinations and avoid fabricated case law</w:t>
      </w:r>
    </w:p>
    <w:p w14:paraId="0833E8F6" w14:textId="77777777" w:rsidR="00BA3239" w:rsidRDefault="00BC02BC" w:rsidP="00BA3239">
      <w:pPr>
        <w:pStyle w:val="ListParagraph"/>
        <w:numPr>
          <w:ilvl w:val="0"/>
          <w:numId w:val="31"/>
        </w:numPr>
      </w:pPr>
      <w:r w:rsidRPr="008A282A">
        <w:t>Identify shadow AI and why unsanctioned use increases risk</w:t>
      </w:r>
    </w:p>
    <w:p w14:paraId="3EA7F147" w14:textId="77777777" w:rsidR="00BA3239" w:rsidRDefault="00BC02BC" w:rsidP="00BA3239">
      <w:pPr>
        <w:pStyle w:val="ListParagraph"/>
        <w:numPr>
          <w:ilvl w:val="0"/>
          <w:numId w:val="31"/>
        </w:numPr>
      </w:pPr>
      <w:r w:rsidRPr="008A282A">
        <w:t>Recognize how cybercriminals use AI for phishing, deepfakes, and social engineering</w:t>
      </w:r>
    </w:p>
    <w:p w14:paraId="31553E29" w14:textId="77777777" w:rsidR="00BA3239" w:rsidRDefault="00BC02BC" w:rsidP="00BA3239">
      <w:pPr>
        <w:pStyle w:val="ListParagraph"/>
        <w:numPr>
          <w:ilvl w:val="0"/>
          <w:numId w:val="31"/>
        </w:numPr>
      </w:pPr>
      <w:r w:rsidRPr="008A282A">
        <w:t>Spot and stop AI enabled scams before money, data, or reputation is lost</w:t>
      </w:r>
    </w:p>
    <w:p w14:paraId="710DF551" w14:textId="77777777" w:rsidR="00BA3239" w:rsidRDefault="00BC02BC" w:rsidP="00BA3239">
      <w:pPr>
        <w:pStyle w:val="ListParagraph"/>
        <w:numPr>
          <w:ilvl w:val="0"/>
          <w:numId w:val="31"/>
        </w:numPr>
      </w:pPr>
      <w:r w:rsidRPr="008A282A">
        <w:t>Participants who complete this program earn the</w:t>
      </w:r>
      <w:r w:rsidR="00247F66">
        <w:t xml:space="preserve"> </w:t>
      </w:r>
      <w:r w:rsidRPr="008A282A">
        <w:t>AI Safety, Ethics, Data Protection and Risk Reduction for Attorneys Certificate</w:t>
      </w:r>
      <w:r w:rsidR="00247F66">
        <w:t xml:space="preserve"> </w:t>
      </w:r>
      <w:r w:rsidRPr="008A282A">
        <w:t>issued by Safety and Security Source and the</w:t>
      </w:r>
      <w:r w:rsidR="00247F66">
        <w:t xml:space="preserve"> </w:t>
      </w:r>
      <w:r w:rsidRPr="008A282A">
        <w:t>Business and Non-Profit Safety and Cybersecurity University™</w:t>
      </w:r>
    </w:p>
    <w:p w14:paraId="0ACA61AE" w14:textId="77777777" w:rsidR="00BA3239" w:rsidRDefault="00BC02BC" w:rsidP="00BA3239">
      <w:pPr>
        <w:ind w:left="360" w:firstLine="0"/>
      </w:pPr>
      <w:r w:rsidRPr="008A282A">
        <w:t>Why Attend?  This is not a tools demonstration. It is practical risk reduction education designed to help attorneys use AI confidently while protecting licenses, clients, and credibility.</w:t>
      </w:r>
    </w:p>
    <w:p w14:paraId="12794504" w14:textId="2AC9BC06" w:rsidR="00BC02BC" w:rsidRDefault="00BC02BC" w:rsidP="00BA3239">
      <w:pPr>
        <w:ind w:left="360" w:firstLine="0"/>
      </w:pPr>
      <w:r w:rsidRPr="008A282A">
        <w:t>Presenter</w:t>
      </w:r>
      <w:r w:rsidR="008A282A" w:rsidRPr="008A282A">
        <w:t>: Tracy</w:t>
      </w:r>
      <w:r w:rsidRPr="008A282A">
        <w:t xml:space="preserve"> Hawkins, Kansas City, MO</w:t>
      </w:r>
    </w:p>
    <w:p w14:paraId="567DFF0F" w14:textId="77777777" w:rsidR="00822438" w:rsidRPr="008A282A" w:rsidRDefault="00822438" w:rsidP="00BA3239">
      <w:pPr>
        <w:ind w:left="360" w:firstLine="0"/>
      </w:pPr>
    </w:p>
    <w:p w14:paraId="1D5F0F0A" w14:textId="0BFD912C" w:rsidR="008A282A" w:rsidRDefault="008A282A" w:rsidP="009E7A4A">
      <w:r w:rsidRPr="00B77100">
        <w:t xml:space="preserve">3:00 pm </w:t>
      </w:r>
      <w:r w:rsidR="00F5559D" w:rsidRPr="00B77100">
        <w:t>-</w:t>
      </w:r>
      <w:r w:rsidRPr="00B77100">
        <w:t xml:space="preserve"> 4:15 pm: Prosecuting </w:t>
      </w:r>
      <w:r w:rsidRPr="008A282A">
        <w:t xml:space="preserve">State Administrative </w:t>
      </w:r>
      <w:r w:rsidRPr="00BA3239">
        <w:rPr>
          <w:spacing w:val="-6"/>
        </w:rPr>
        <w:t xml:space="preserve">Law Cases Remotely Using JAWS; </w:t>
      </w:r>
      <w:r w:rsidR="00CF4976" w:rsidRPr="00BA3239">
        <w:rPr>
          <w:spacing w:val="-6"/>
        </w:rPr>
        <w:t>OnSite</w:t>
      </w:r>
      <w:r w:rsidRPr="00BA3239">
        <w:rPr>
          <w:spacing w:val="-6"/>
        </w:rPr>
        <w:t xml:space="preserve">; </w:t>
      </w:r>
      <w:r w:rsidR="000D043C" w:rsidRPr="00BA3239">
        <w:rPr>
          <w:spacing w:val="-6"/>
        </w:rPr>
        <w:t>Sterling 6</w:t>
      </w:r>
      <w:r w:rsidR="002903C7">
        <w:br/>
      </w:r>
      <w:r w:rsidR="00247F66" w:rsidRPr="00BA3239">
        <w:br/>
      </w:r>
      <w:r w:rsidRPr="008A282A">
        <w:t xml:space="preserve">Find out what </w:t>
      </w:r>
      <w:r>
        <w:t>it’s like to prosecute an administrative law case against occupational license-holders and unlicensed individuals in Texas from a home office by an attorney with low vision using assistive technology. These prosecutions include people such as cosmetologists, barbers, nail techs</w:t>
      </w:r>
      <w:r w:rsidR="1180CCE7">
        <w:t>,</w:t>
      </w:r>
      <w:r>
        <w:t xml:space="preserve"> and massage therapists.</w:t>
      </w:r>
      <w:r>
        <w:br/>
      </w:r>
      <w:r>
        <w:br/>
        <w:t>Presenter: Chris Prentice, Esq., Levelland, TX</w:t>
      </w:r>
    </w:p>
    <w:p w14:paraId="19365610" w14:textId="77777777" w:rsidR="00533E2A" w:rsidRPr="008A282A" w:rsidRDefault="00533E2A" w:rsidP="009E7A4A"/>
    <w:p w14:paraId="48F8FB32" w14:textId="76104F67" w:rsidR="001C0FE0" w:rsidRPr="00236131" w:rsidRDefault="001C0FE0" w:rsidP="009E7A4A">
      <w:pPr>
        <w:pStyle w:val="BodyText"/>
        <w:rPr>
          <w:b/>
          <w:bCs/>
        </w:rPr>
      </w:pPr>
      <w:r w:rsidRPr="00236131">
        <w:rPr>
          <w:b/>
          <w:bCs/>
        </w:rPr>
        <w:t xml:space="preserve">Tuesday, July </w:t>
      </w:r>
      <w:r w:rsidR="007C133F" w:rsidRPr="00236131">
        <w:rPr>
          <w:b/>
          <w:bCs/>
        </w:rPr>
        <w:t>2</w:t>
      </w:r>
      <w:r w:rsidRPr="00236131">
        <w:rPr>
          <w:b/>
          <w:bCs/>
        </w:rPr>
        <w:t>8</w:t>
      </w:r>
    </w:p>
    <w:p w14:paraId="7C223B9D" w14:textId="5FCC04B2" w:rsidR="007C133F" w:rsidRPr="00B77100" w:rsidRDefault="007C133F" w:rsidP="009E7A4A">
      <w:r w:rsidRPr="00B77100">
        <w:t xml:space="preserve">1:00 pm </w:t>
      </w:r>
      <w:r w:rsidR="00F5559D" w:rsidRPr="00B77100">
        <w:t>-</w:t>
      </w:r>
      <w:r w:rsidRPr="00B77100">
        <w:t xml:space="preserve"> 2:15 pm: An Afternoon </w:t>
      </w:r>
      <w:r w:rsidR="002903C7" w:rsidRPr="007C133F">
        <w:t>with</w:t>
      </w:r>
      <w:r w:rsidRPr="007C133F">
        <w:t xml:space="preserve"> AAVIA Law Students and New ACB Attorney</w:t>
      </w:r>
      <w:r>
        <w:t xml:space="preserve">; </w:t>
      </w:r>
      <w:r w:rsidR="00CF4976">
        <w:t>OnSite</w:t>
      </w:r>
      <w:r>
        <w:t xml:space="preserve">; </w:t>
      </w:r>
      <w:r w:rsidR="000D043C" w:rsidRPr="00033141">
        <w:t xml:space="preserve">Sterling </w:t>
      </w:r>
      <w:r w:rsidR="000D043C">
        <w:t>6</w:t>
      </w:r>
      <w:r w:rsidR="002903C7">
        <w:br/>
      </w:r>
      <w:r w:rsidR="00247F66">
        <w:br/>
      </w:r>
      <w:r w:rsidRPr="007C133F">
        <w:t xml:space="preserve">Most of us lawyers in ACB benefitted from our relationships with one or more members of AAVIA (formerly ABLA) while attending law school and during the early years of our careers and beyond.  As one of AAVIA's members recently said after listening to a student share her experience at law school, "The more things change, the more they stay the same."  Many of the law students and newly licensed lawyers who have contacted AAVIA </w:t>
      </w:r>
      <w:r w:rsidRPr="00B77100">
        <w:t xml:space="preserve">in the past few years have recounted the difficulties they face at both public and private law schools and as they navigate the post law school education environments, respectively, given their disabilities. Join us to hear more and to further the discussion on how AAVIA can continue its history of offering counsel, hope, and mentoring to these individuals and the many who will follow. Then spend some time getting to know ACB's new </w:t>
      </w:r>
      <w:r w:rsidR="00E93EB6" w:rsidRPr="00B77100">
        <w:t>legal Counsel</w:t>
      </w:r>
      <w:r w:rsidR="00B754DB" w:rsidRPr="00B77100">
        <w:t>, Bryan Kempfer,</w:t>
      </w:r>
      <w:r w:rsidRPr="00B77100">
        <w:t xml:space="preserve"> and learn what lies ahead as ACB takes a more proactive approach on legal issues that affect all of us.</w:t>
      </w:r>
      <w:r w:rsidR="002903C7" w:rsidRPr="00B77100">
        <w:br/>
      </w:r>
      <w:r w:rsidR="00247F66" w:rsidRPr="00B77100">
        <w:br/>
      </w:r>
      <w:r w:rsidRPr="00B77100">
        <w:t>Presenter</w:t>
      </w:r>
      <w:r w:rsidR="00533E2A" w:rsidRPr="00B77100">
        <w:t>: Dave</w:t>
      </w:r>
      <w:r w:rsidRPr="00B77100">
        <w:t xml:space="preserve"> Adams, Esq., Telford, PA</w:t>
      </w:r>
    </w:p>
    <w:p w14:paraId="58052644" w14:textId="77777777" w:rsidR="001C0FE0" w:rsidRPr="00B77100" w:rsidRDefault="001C0FE0" w:rsidP="009E7A4A"/>
    <w:p w14:paraId="3A279AC0" w14:textId="77777777" w:rsidR="00D6184B" w:rsidRDefault="00D6184B">
      <w:pPr>
        <w:rPr>
          <w:rFonts w:eastAsiaTheme="majorEastAsia" w:cstheme="majorBidi"/>
          <w:b/>
          <w:bCs/>
          <w:sz w:val="40"/>
          <w:szCs w:val="26"/>
          <w:u w:val="single"/>
        </w:rPr>
      </w:pPr>
      <w:bookmarkStart w:id="34" w:name="_Toc198814960"/>
      <w:r>
        <w:rPr>
          <w:u w:val="single"/>
        </w:rPr>
        <w:br w:type="page"/>
      </w:r>
    </w:p>
    <w:p w14:paraId="5899F264" w14:textId="277477E0" w:rsidR="001C0FE0" w:rsidRPr="00B77100" w:rsidRDefault="001C0FE0" w:rsidP="009E7A4A">
      <w:pPr>
        <w:pStyle w:val="Heading2"/>
        <w:rPr>
          <w:u w:val="single"/>
        </w:rPr>
      </w:pPr>
      <w:bookmarkStart w:id="35" w:name="_Toc232406141"/>
      <w:r w:rsidRPr="00B77100">
        <w:rPr>
          <w:u w:val="single"/>
        </w:rPr>
        <w:t>A</w:t>
      </w:r>
      <w:r w:rsidR="007E2272" w:rsidRPr="00B77100">
        <w:rPr>
          <w:u w:val="single"/>
        </w:rPr>
        <w:t xml:space="preserve">lliance on </w:t>
      </w:r>
      <w:r w:rsidRPr="00B77100">
        <w:rPr>
          <w:u w:val="single"/>
        </w:rPr>
        <w:t>A</w:t>
      </w:r>
      <w:r w:rsidR="007E2272" w:rsidRPr="00B77100">
        <w:rPr>
          <w:u w:val="single"/>
        </w:rPr>
        <w:t xml:space="preserve">ging and </w:t>
      </w:r>
      <w:r w:rsidRPr="00B77100">
        <w:rPr>
          <w:u w:val="single"/>
        </w:rPr>
        <w:t>V</w:t>
      </w:r>
      <w:r w:rsidR="007E2272" w:rsidRPr="00B77100">
        <w:rPr>
          <w:u w:val="single"/>
        </w:rPr>
        <w:t xml:space="preserve">ision </w:t>
      </w:r>
      <w:r w:rsidRPr="00B77100">
        <w:rPr>
          <w:u w:val="single"/>
        </w:rPr>
        <w:t>L</w:t>
      </w:r>
      <w:bookmarkEnd w:id="34"/>
      <w:r w:rsidR="007E2272" w:rsidRPr="00B77100">
        <w:rPr>
          <w:u w:val="single"/>
        </w:rPr>
        <w:t>oss</w:t>
      </w:r>
      <w:bookmarkEnd w:id="35"/>
    </w:p>
    <w:p w14:paraId="0A011AC6" w14:textId="06B4A281" w:rsidR="005F0351" w:rsidRPr="00B77100" w:rsidRDefault="005F0351" w:rsidP="009E7A4A">
      <w:r w:rsidRPr="00B77100">
        <w:t>AAVL President: Doug Powell</w:t>
      </w:r>
    </w:p>
    <w:p w14:paraId="676CC93C" w14:textId="14344130" w:rsidR="005F0351" w:rsidRPr="00B77100" w:rsidRDefault="005F0351" w:rsidP="009E7A4A">
      <w:r w:rsidRPr="00B77100">
        <w:t>Convention Program Chair: Danette Dixon</w:t>
      </w:r>
    </w:p>
    <w:p w14:paraId="46FD99C6" w14:textId="347A9E5F" w:rsidR="005F0351" w:rsidRPr="00B77100" w:rsidRDefault="005F0351" w:rsidP="009E7A4A">
      <w:r w:rsidRPr="00B77100">
        <w:t>Affiliate Donation: $15</w:t>
      </w:r>
    </w:p>
    <w:p w14:paraId="70206C87" w14:textId="77777777" w:rsidR="005F0351" w:rsidRPr="00B77100" w:rsidRDefault="005F0351" w:rsidP="009E7A4A"/>
    <w:p w14:paraId="24F4D18D" w14:textId="1A518A55" w:rsidR="001C0FE0" w:rsidRPr="00B77100" w:rsidRDefault="001C0FE0" w:rsidP="009E7A4A">
      <w:pPr>
        <w:pStyle w:val="BodyText"/>
        <w:rPr>
          <w:b/>
          <w:bCs/>
        </w:rPr>
      </w:pPr>
      <w:r w:rsidRPr="00B77100">
        <w:rPr>
          <w:b/>
          <w:bCs/>
        </w:rPr>
        <w:t xml:space="preserve">Friday, June </w:t>
      </w:r>
      <w:r w:rsidR="005F0351" w:rsidRPr="00B77100">
        <w:rPr>
          <w:b/>
          <w:bCs/>
        </w:rPr>
        <w:t>1</w:t>
      </w:r>
      <w:r w:rsidRPr="00B77100">
        <w:rPr>
          <w:b/>
          <w:bCs/>
        </w:rPr>
        <w:t xml:space="preserve">7 </w:t>
      </w:r>
    </w:p>
    <w:p w14:paraId="2574A5BA" w14:textId="0B28D5CE" w:rsidR="005F0351" w:rsidRPr="00B77100" w:rsidRDefault="005F0351" w:rsidP="009E7A4A">
      <w:r>
        <w:t xml:space="preserve">5:00 pm </w:t>
      </w:r>
      <w:r w:rsidR="00F5559D">
        <w:t>-</w:t>
      </w:r>
      <w:r>
        <w:t xml:space="preserve"> </w:t>
      </w:r>
      <w:r w:rsidR="00D027CC">
        <w:t>6:45 pm</w:t>
      </w:r>
      <w:r>
        <w:t xml:space="preserve">: Boomers </w:t>
      </w:r>
      <w:r w:rsidR="661A366D">
        <w:t>vs.</w:t>
      </w:r>
      <w:r>
        <w:t xml:space="preserve"> NextGen; Virtual</w:t>
      </w:r>
      <w:r>
        <w:br/>
      </w:r>
      <w:r>
        <w:br/>
        <w:t xml:space="preserve">It’s the Generational Showdown of the year! Prepare for trivia questions that bridge the age gap. </w:t>
      </w:r>
      <w:r w:rsidRPr="00724E79">
        <w:rPr>
          <w:spacing w:val="-12"/>
        </w:rPr>
        <w:t>Prepare to be challenged and even learn a thing or two</w:t>
      </w:r>
      <w:r>
        <w:t xml:space="preserve">. </w:t>
      </w:r>
      <w:r>
        <w:br/>
      </w:r>
      <w:r w:rsidR="00533E2A">
        <w:t>Co-</w:t>
      </w:r>
      <w:r>
        <w:t>sponsored by the Alliance on Aging and Vision Loss and ACB Next Generation. Non-members welcome.</w:t>
      </w:r>
    </w:p>
    <w:p w14:paraId="32C42445" w14:textId="77777777" w:rsidR="001C0FE0" w:rsidRPr="00B77100" w:rsidRDefault="001C0FE0" w:rsidP="009E7A4A"/>
    <w:p w14:paraId="29B0437C" w14:textId="14A0CD5F" w:rsidR="001C0FE0" w:rsidRPr="00B77100" w:rsidRDefault="001C0FE0" w:rsidP="009E7A4A">
      <w:pPr>
        <w:pStyle w:val="BodyText"/>
        <w:rPr>
          <w:b/>
          <w:bCs/>
        </w:rPr>
      </w:pPr>
      <w:r w:rsidRPr="00B77100">
        <w:rPr>
          <w:b/>
          <w:bCs/>
        </w:rPr>
        <w:t xml:space="preserve">Sunday, July </w:t>
      </w:r>
      <w:r w:rsidR="005F0351" w:rsidRPr="00B77100">
        <w:rPr>
          <w:b/>
          <w:bCs/>
        </w:rPr>
        <w:t>2</w:t>
      </w:r>
      <w:r w:rsidRPr="00B77100">
        <w:rPr>
          <w:b/>
          <w:bCs/>
        </w:rPr>
        <w:t xml:space="preserve">6 </w:t>
      </w:r>
    </w:p>
    <w:p w14:paraId="6A19AC68" w14:textId="749889B2" w:rsidR="001C0FE0" w:rsidRPr="00B77100" w:rsidRDefault="001C0FE0" w:rsidP="009E7A4A">
      <w:r w:rsidRPr="00B77100">
        <w:t>12:15 pm - 1:00 pm</w:t>
      </w:r>
      <w:r w:rsidR="005F0351" w:rsidRPr="00B77100">
        <w:t>:</w:t>
      </w:r>
      <w:r w:rsidRPr="00B77100">
        <w:t xml:space="preserve"> AAVL Lunch</w:t>
      </w:r>
      <w:r w:rsidR="005F0351" w:rsidRPr="00B77100">
        <w:t xml:space="preserve">; </w:t>
      </w:r>
      <w:r w:rsidR="00CF4976" w:rsidRPr="00B77100">
        <w:t>OnSite</w:t>
      </w:r>
      <w:r w:rsidR="0071106F" w:rsidRPr="00B77100">
        <w:t xml:space="preserve">; </w:t>
      </w:r>
      <w:r w:rsidR="000D043C" w:rsidRPr="00B77100">
        <w:t xml:space="preserve">Sterling </w:t>
      </w:r>
      <w:r w:rsidR="00A94EB1" w:rsidRPr="00B77100">
        <w:t>6</w:t>
      </w:r>
    </w:p>
    <w:p w14:paraId="75F8131B" w14:textId="77777777" w:rsidR="001C0FE0" w:rsidRPr="00B77100" w:rsidRDefault="001C0FE0" w:rsidP="009E7A4A"/>
    <w:p w14:paraId="4901E047" w14:textId="6539BDB7" w:rsidR="001C0FE0" w:rsidRPr="00B77100" w:rsidRDefault="005F0351" w:rsidP="009E7A4A">
      <w:r>
        <w:t xml:space="preserve">1:00 pm </w:t>
      </w:r>
      <w:r w:rsidR="00F5559D">
        <w:t>-</w:t>
      </w:r>
      <w:r>
        <w:t xml:space="preserve"> 2:15 pm: AAVL Fall Prevention Stand Tall Stay Safe; Hybrid; </w:t>
      </w:r>
      <w:r w:rsidR="00A94EB1">
        <w:t>Sterling</w:t>
      </w:r>
      <w:r w:rsidR="000D043C">
        <w:t xml:space="preserve"> 3</w:t>
      </w:r>
      <w:r>
        <w:br/>
      </w:r>
      <w:r>
        <w:br/>
        <w:t xml:space="preserve">Larry Johnson, ACB member, San Antonio, TX, who has given workshops from 1 hour to 8 weeks on </w:t>
      </w:r>
      <w:r w:rsidR="616AD7E4">
        <w:t>f</w:t>
      </w:r>
      <w:r>
        <w:t>all</w:t>
      </w:r>
      <w:r w:rsidR="68C7555A">
        <w:t xml:space="preserve"> p</w:t>
      </w:r>
      <w:r>
        <w:t>revention, and Doug Powell, ACB member, Falls Church, VA, who is a 20+ year Tai Chi teacher, combine to give hints to improve your environment and exercises to improve your balance with special focus on people who are blind or have low vision.</w:t>
      </w:r>
    </w:p>
    <w:p w14:paraId="455D8ADF" w14:textId="1C689171" w:rsidR="00822438" w:rsidRDefault="00822438">
      <w:pPr>
        <w:rPr>
          <w:b/>
          <w:bCs/>
        </w:rPr>
      </w:pPr>
    </w:p>
    <w:p w14:paraId="4642086F" w14:textId="37B8BDFE" w:rsidR="001C0FE0" w:rsidRPr="00B77100" w:rsidRDefault="001C0FE0" w:rsidP="009E7A4A">
      <w:pPr>
        <w:pStyle w:val="BodyText"/>
        <w:rPr>
          <w:b/>
          <w:bCs/>
        </w:rPr>
      </w:pPr>
      <w:r w:rsidRPr="00B77100">
        <w:rPr>
          <w:b/>
          <w:bCs/>
        </w:rPr>
        <w:t xml:space="preserve">Tuesday, July </w:t>
      </w:r>
      <w:r w:rsidR="00670D43" w:rsidRPr="00B77100">
        <w:rPr>
          <w:b/>
          <w:bCs/>
        </w:rPr>
        <w:t>2</w:t>
      </w:r>
      <w:r w:rsidRPr="00B77100">
        <w:rPr>
          <w:b/>
          <w:bCs/>
        </w:rPr>
        <w:t xml:space="preserve">8 </w:t>
      </w:r>
    </w:p>
    <w:p w14:paraId="70787DA3" w14:textId="7B631920" w:rsidR="00670D43" w:rsidRDefault="00670D43" w:rsidP="009E7A4A">
      <w:r w:rsidRPr="00B77100">
        <w:t xml:space="preserve">1:00 pm </w:t>
      </w:r>
      <w:r w:rsidR="00F5559D" w:rsidRPr="00B77100">
        <w:t>-</w:t>
      </w:r>
      <w:r w:rsidRPr="00B77100">
        <w:t xml:space="preserve"> 2:15 pm: Joining Senior Organizations </w:t>
      </w:r>
      <w:r w:rsidRPr="00670D43">
        <w:t>Benefits and Pitfalls</w:t>
      </w:r>
      <w:r>
        <w:t xml:space="preserve">; Hybrid; </w:t>
      </w:r>
      <w:r w:rsidR="000D043C" w:rsidRPr="000D043C">
        <w:t>Mills 3</w:t>
      </w:r>
      <w:r w:rsidR="002903C7">
        <w:br/>
      </w:r>
      <w:r w:rsidR="00247F66">
        <w:br/>
      </w:r>
      <w:r w:rsidRPr="00670D43">
        <w:t>A panel of ACB members discusses the benefits and pitfalls of joining national organizations such as AARP and local entities like senior centers</w:t>
      </w:r>
      <w:r>
        <w:t>.</w:t>
      </w:r>
    </w:p>
    <w:p w14:paraId="37CBE71A" w14:textId="77777777" w:rsidR="001C0FE0" w:rsidRDefault="001C0FE0" w:rsidP="009E7A4A"/>
    <w:p w14:paraId="246DA3B1" w14:textId="545B1E08" w:rsidR="001C0FE0" w:rsidRPr="002D49ED" w:rsidRDefault="001C0FE0" w:rsidP="009E7A4A">
      <w:pPr>
        <w:pStyle w:val="Heading2"/>
        <w:rPr>
          <w:u w:val="single"/>
        </w:rPr>
      </w:pPr>
      <w:bookmarkStart w:id="36" w:name="_Toc198814961"/>
      <w:bookmarkStart w:id="37" w:name="_Toc232406142"/>
      <w:r w:rsidRPr="002D49ED">
        <w:rPr>
          <w:u w:val="single"/>
        </w:rPr>
        <w:t>ACB</w:t>
      </w:r>
      <w:r w:rsidR="007E2272" w:rsidRPr="002D49ED">
        <w:rPr>
          <w:u w:val="single"/>
        </w:rPr>
        <w:t xml:space="preserve"> </w:t>
      </w:r>
      <w:r w:rsidRPr="002D49ED">
        <w:rPr>
          <w:u w:val="single"/>
        </w:rPr>
        <w:t>D</w:t>
      </w:r>
      <w:r w:rsidR="007E2272" w:rsidRPr="002D49ED">
        <w:rPr>
          <w:u w:val="single"/>
        </w:rPr>
        <w:t xml:space="preserve">iabetics in </w:t>
      </w:r>
      <w:r w:rsidRPr="002D49ED">
        <w:rPr>
          <w:u w:val="single"/>
        </w:rPr>
        <w:t>A</w:t>
      </w:r>
      <w:bookmarkEnd w:id="36"/>
      <w:r w:rsidR="007E2272" w:rsidRPr="002D49ED">
        <w:rPr>
          <w:u w:val="single"/>
        </w:rPr>
        <w:t>ction</w:t>
      </w:r>
      <w:bookmarkEnd w:id="37"/>
    </w:p>
    <w:p w14:paraId="2FE9DE99" w14:textId="03015516" w:rsidR="00670D43" w:rsidRPr="00EB0486" w:rsidRDefault="00670D43" w:rsidP="009E7A4A">
      <w:r>
        <w:t>ACBDA</w:t>
      </w:r>
      <w:r w:rsidRPr="00EB0486">
        <w:t xml:space="preserve"> President: </w:t>
      </w:r>
      <w:r w:rsidR="00D1588D">
        <w:t>Larry Gassman</w:t>
      </w:r>
    </w:p>
    <w:p w14:paraId="3A0D65EE" w14:textId="27FD3103" w:rsidR="00670D43" w:rsidRPr="00EB0486" w:rsidRDefault="00670D43" w:rsidP="009E7A4A">
      <w:r w:rsidRPr="00EB0486">
        <w:t xml:space="preserve">Convention Program Chair: </w:t>
      </w:r>
      <w:r w:rsidR="00D1588D" w:rsidRPr="00D1588D">
        <w:t>Patricia Maddix</w:t>
      </w:r>
    </w:p>
    <w:p w14:paraId="159C8012" w14:textId="2F0C26D7" w:rsidR="00670D43" w:rsidRPr="00670D43" w:rsidRDefault="00670D43" w:rsidP="009E7A4A">
      <w:r w:rsidRPr="00EB0486">
        <w:t xml:space="preserve">Affiliate Donation: </w:t>
      </w:r>
      <w:r>
        <w:t>$15</w:t>
      </w:r>
    </w:p>
    <w:p w14:paraId="53002683" w14:textId="77777777" w:rsidR="00D1588D" w:rsidRDefault="00D1588D" w:rsidP="009E7A4A"/>
    <w:p w14:paraId="1D2D8F93" w14:textId="337849F6" w:rsidR="001C0FE0" w:rsidRPr="00B77100" w:rsidRDefault="001C0FE0" w:rsidP="009E7A4A">
      <w:pPr>
        <w:pStyle w:val="BodyText"/>
        <w:rPr>
          <w:b/>
          <w:bCs/>
        </w:rPr>
      </w:pPr>
      <w:r w:rsidRPr="00B77100">
        <w:rPr>
          <w:b/>
          <w:bCs/>
        </w:rPr>
        <w:t>Thursday, Ju</w:t>
      </w:r>
      <w:r w:rsidR="00D1588D" w:rsidRPr="00B77100">
        <w:rPr>
          <w:b/>
          <w:bCs/>
        </w:rPr>
        <w:t>ly</w:t>
      </w:r>
      <w:r w:rsidRPr="00B77100">
        <w:rPr>
          <w:b/>
          <w:bCs/>
        </w:rPr>
        <w:t xml:space="preserve"> </w:t>
      </w:r>
      <w:r w:rsidR="00D1588D" w:rsidRPr="00B77100">
        <w:rPr>
          <w:b/>
          <w:bCs/>
        </w:rPr>
        <w:t>1</w:t>
      </w:r>
      <w:r w:rsidRPr="00B77100">
        <w:rPr>
          <w:b/>
          <w:bCs/>
        </w:rPr>
        <w:t xml:space="preserve">6 </w:t>
      </w:r>
    </w:p>
    <w:p w14:paraId="47B0AC57" w14:textId="0179D1A4" w:rsidR="00D1588D" w:rsidRPr="00B77100" w:rsidRDefault="00D1588D" w:rsidP="009E7A4A">
      <w:r>
        <w:t xml:space="preserve">2:30 pm </w:t>
      </w:r>
      <w:r w:rsidR="00F5559D">
        <w:t>-</w:t>
      </w:r>
      <w:r>
        <w:t xml:space="preserve"> 3:45 pm: The Power of Small Behavior Changes to Reduce Your Risk of Diabetes; Virtual</w:t>
      </w:r>
      <w:r>
        <w:br/>
      </w:r>
      <w:r>
        <w:br/>
        <w:t xml:space="preserve">One out of every three adults in the United States </w:t>
      </w:r>
      <w:r w:rsidR="002903C7">
        <w:t>are</w:t>
      </w:r>
      <w:r>
        <w:t xml:space="preserve"> living with pre-diabetes and 50% of those people over age 65 have this condition. It is estimated that 90% of these people do not know it. There is a common misconception that a person can do very little at this point to avoid or delay progression to a diagnosis of Type 2 diabetes. Brenda Jagatic BScN, RN, Certified Diabetes Care &amp; Education Specialist</w:t>
      </w:r>
      <w:r w:rsidR="002903C7">
        <w:t>,</w:t>
      </w:r>
      <w:r>
        <w:t xml:space="preserve"> will be joining us to share information about small behavior changes that can have a huge impact on slowing or preventing the progression of this disease. The hints that she will be sharing regarding living a healthy lifestyle are also very beneficial for people who already have a diagnosis of diabetes or are just wanting to lead a more healthy life.</w:t>
      </w:r>
      <w:r>
        <w:br/>
      </w:r>
      <w:r>
        <w:br/>
        <w:t>We will also have two members of our group sharing their personal experiences with altering the course of their diabetes.</w:t>
      </w:r>
      <w:r>
        <w:br/>
      </w:r>
      <w:r>
        <w:br/>
        <w:t>Facilitator: Patricia Maddix, ACBDA Board member,</w:t>
      </w:r>
      <w:r w:rsidR="00247F66">
        <w:t xml:space="preserve"> </w:t>
      </w:r>
      <w:r>
        <w:t xml:space="preserve">Vancouver, WA </w:t>
      </w:r>
      <w:r>
        <w:br/>
      </w:r>
      <w:r>
        <w:br/>
        <w:t>Presenters: Brenda Jagatic</w:t>
      </w:r>
      <w:r w:rsidR="375657D3">
        <w:t>,</w:t>
      </w:r>
      <w:r>
        <w:t xml:space="preserve"> BScN, RN, Certified Diabetes Care &amp; Education Specialist President, HSH Lifestyles Healthier-Stronger-Happier, Marquette, MI; Jeff Bishop, ACBDA First Vice</w:t>
      </w:r>
      <w:r w:rsidR="236364D2">
        <w:t xml:space="preserve"> </w:t>
      </w:r>
      <w:r>
        <w:t>President</w:t>
      </w:r>
      <w:r w:rsidR="2738815A">
        <w:t>,</w:t>
      </w:r>
      <w:r>
        <w:t xml:space="preserve"> Tucson, AZ; Bonnie Robertson, ACBDA member, Minneapolis, MN</w:t>
      </w:r>
    </w:p>
    <w:p w14:paraId="77E9BECF" w14:textId="5F5454AF" w:rsidR="001C0FE0" w:rsidRPr="00B77100" w:rsidRDefault="001C0FE0" w:rsidP="009E7A4A"/>
    <w:p w14:paraId="0D8783A8" w14:textId="77777777" w:rsidR="00D6184B" w:rsidRDefault="00D6184B">
      <w:pPr>
        <w:rPr>
          <w:b/>
          <w:bCs/>
        </w:rPr>
      </w:pPr>
      <w:r>
        <w:rPr>
          <w:b/>
          <w:bCs/>
        </w:rPr>
        <w:br w:type="page"/>
      </w:r>
    </w:p>
    <w:p w14:paraId="578B8A2A" w14:textId="72A05FC8" w:rsidR="00D1588D" w:rsidRPr="00B77100" w:rsidRDefault="00D1588D" w:rsidP="009E7A4A">
      <w:pPr>
        <w:pStyle w:val="BodyText"/>
        <w:rPr>
          <w:b/>
          <w:bCs/>
        </w:rPr>
      </w:pPr>
      <w:r w:rsidRPr="00B77100">
        <w:rPr>
          <w:b/>
          <w:bCs/>
        </w:rPr>
        <w:t xml:space="preserve">Saturday, July 25 </w:t>
      </w:r>
    </w:p>
    <w:p w14:paraId="330E76FB" w14:textId="12EEC0B0" w:rsidR="00C70587" w:rsidRPr="00C70587" w:rsidRDefault="00C70587" w:rsidP="009E7A4A">
      <w:r w:rsidRPr="00B77100">
        <w:t>4</w:t>
      </w:r>
      <w:r w:rsidR="00D1588D" w:rsidRPr="00B77100">
        <w:t>:</w:t>
      </w:r>
      <w:r w:rsidRPr="00B77100">
        <w:t>0</w:t>
      </w:r>
      <w:r w:rsidR="00D1588D" w:rsidRPr="00B77100">
        <w:t xml:space="preserve">0 pm </w:t>
      </w:r>
      <w:r w:rsidR="00F5559D" w:rsidRPr="00B77100">
        <w:t>-</w:t>
      </w:r>
      <w:r w:rsidR="00D1588D" w:rsidRPr="00B77100">
        <w:t xml:space="preserve"> </w:t>
      </w:r>
      <w:r w:rsidRPr="00B77100">
        <w:t>5:</w:t>
      </w:r>
      <w:r w:rsidR="005746AA" w:rsidRPr="00B77100">
        <w:t>15</w:t>
      </w:r>
      <w:r w:rsidR="00D1588D" w:rsidRPr="00B77100">
        <w:t xml:space="preserve"> pm: </w:t>
      </w:r>
      <w:r w:rsidRPr="00B77100">
        <w:t xml:space="preserve">ACBDA </w:t>
      </w:r>
      <w:r w:rsidR="002903C7" w:rsidRPr="00B77100">
        <w:t>M</w:t>
      </w:r>
      <w:r w:rsidRPr="00B77100">
        <w:t>ixer</w:t>
      </w:r>
      <w:r w:rsidR="00D1588D" w:rsidRPr="00B77100">
        <w:t xml:space="preserve">; </w:t>
      </w:r>
      <w:r w:rsidR="00CF4976" w:rsidRPr="00B77100">
        <w:t>OnSite</w:t>
      </w:r>
      <w:r w:rsidRPr="00B77100">
        <w:t xml:space="preserve">; </w:t>
      </w:r>
      <w:r w:rsidR="002F5CD2" w:rsidRPr="00B77100">
        <w:t>Sterling 6</w:t>
      </w:r>
      <w:r w:rsidRPr="00B77100">
        <w:t>; $28 ($30)</w:t>
      </w:r>
      <w:r w:rsidR="002903C7" w:rsidRPr="00B77100">
        <w:br/>
      </w:r>
      <w:r w:rsidR="00247F66">
        <w:br/>
      </w:r>
      <w:r w:rsidRPr="00C70587">
        <w:t>Light refreshments and great conversation, join ACB Diabetics in Action in a relaxed setting.</w:t>
      </w:r>
    </w:p>
    <w:p w14:paraId="5D4A052E" w14:textId="77777777" w:rsidR="001C0FE0" w:rsidRDefault="001C0FE0" w:rsidP="009E7A4A"/>
    <w:p w14:paraId="46A68C89" w14:textId="2FC87942" w:rsidR="00C70587" w:rsidRPr="008F4B09" w:rsidRDefault="00C70587" w:rsidP="14638D2A">
      <w:pPr>
        <w:rPr>
          <w:b/>
          <w:bCs/>
        </w:rPr>
      </w:pPr>
      <w:r w:rsidRPr="14638D2A">
        <w:rPr>
          <w:b/>
          <w:bCs/>
        </w:rPr>
        <w:t xml:space="preserve">Monday, July 27 </w:t>
      </w:r>
    </w:p>
    <w:p w14:paraId="2428AFCF" w14:textId="781E4D33" w:rsidR="00C70587" w:rsidRDefault="00C70587" w:rsidP="009E7A4A">
      <w:r>
        <w:t xml:space="preserve">1:00 pm </w:t>
      </w:r>
      <w:r w:rsidR="00F5559D">
        <w:t>-</w:t>
      </w:r>
      <w:r>
        <w:t xml:space="preserve"> 2:15 pm: What Is Late and Great in Managing Type I and Type II Diabetes; Hybrid; </w:t>
      </w:r>
      <w:r w:rsidR="000D043C">
        <w:t>Sterling 3</w:t>
      </w:r>
      <w:r>
        <w:br/>
      </w:r>
      <w:r>
        <w:br/>
        <w:t>Cleveland-based diabetes professionals will discuss the latest changes/recommendations in managing Type I and Type II diabetes. So, come prepared to learn how to best manage your disease with confidence and independence!</w:t>
      </w:r>
      <w:r>
        <w:br/>
      </w:r>
      <w:r>
        <w:br/>
        <w:t>Facilitator: Tom Tobin, ACBDA member, Cleveland Heights, OH</w:t>
      </w:r>
      <w:r>
        <w:br/>
      </w:r>
      <w:r>
        <w:br/>
        <w:t xml:space="preserve">Presenters: Diana Isaacs, PharmD, BCPS, BCACP, BC-ADM, CDCES, FADCES, FCCP, Endocrine Clinical Pharmacy Specialist, Co-Director - Endocrine Disorders in Pregnancy at Cleveland Clinic Endocrinology &amp; Metabolism Institute, Cleveland, OH; James Montgomery, PharmD, BCACP Primary Care Clinical Pharmacy Specialist Cleveland Clinic </w:t>
      </w:r>
      <w:r w:rsidR="002903C7">
        <w:t>-</w:t>
      </w:r>
      <w:r>
        <w:t xml:space="preserve"> Solon Family Health Center, Cleveland, OH; Dr</w:t>
      </w:r>
      <w:r w:rsidR="269E7208">
        <w:t>.</w:t>
      </w:r>
      <w:r>
        <w:t xml:space="preserve"> Natalie Bellini</w:t>
      </w:r>
      <w:r w:rsidR="67BCCF76">
        <w:t>,</w:t>
      </w:r>
      <w:r>
        <w:t> DNP, FNP-BC, BC-ADM Program Director Diabetes Technology</w:t>
      </w:r>
      <w:r w:rsidR="00E86A13">
        <w:t xml:space="preserve"> </w:t>
      </w:r>
      <w:r>
        <w:t>University Hospitals Diabetes and Metabolic Care Center, Shaker Heights, OH</w:t>
      </w:r>
    </w:p>
    <w:p w14:paraId="14D36C4A" w14:textId="77777777" w:rsidR="003E5987" w:rsidRPr="00236131" w:rsidRDefault="003E5987" w:rsidP="009E7A4A">
      <w:pPr>
        <w:pStyle w:val="BodyText"/>
        <w:rPr>
          <w:b/>
          <w:bCs/>
        </w:rPr>
      </w:pPr>
    </w:p>
    <w:p w14:paraId="1EDE4DD5" w14:textId="40BD8456" w:rsidR="003E5987" w:rsidRPr="00236131" w:rsidRDefault="003E5987" w:rsidP="009E7A4A">
      <w:pPr>
        <w:pStyle w:val="BodyText"/>
        <w:rPr>
          <w:b/>
          <w:bCs/>
        </w:rPr>
      </w:pPr>
      <w:r w:rsidRPr="00236131">
        <w:rPr>
          <w:b/>
          <w:bCs/>
        </w:rPr>
        <w:t xml:space="preserve">Tuesday, July 28 </w:t>
      </w:r>
    </w:p>
    <w:p w14:paraId="2C8418F8" w14:textId="3D84A3B9" w:rsidR="003E5987" w:rsidRPr="008D59FB" w:rsidRDefault="003E5987" w:rsidP="009E7A4A">
      <w:r w:rsidRPr="00B77100">
        <w:t xml:space="preserve">1:00 pm </w:t>
      </w:r>
      <w:r w:rsidR="00F5559D" w:rsidRPr="00B77100">
        <w:t>-</w:t>
      </w:r>
      <w:r w:rsidRPr="00B77100">
        <w:t xml:space="preserve"> 2:15 pm: Turning Diabetes Stigma </w:t>
      </w:r>
      <w:r w:rsidR="00AB0D19" w:rsidRPr="00B77100">
        <w:t>into</w:t>
      </w:r>
      <w:r w:rsidRPr="00B77100">
        <w:t xml:space="preserve"> Strength; Hybrid; </w:t>
      </w:r>
      <w:r w:rsidR="000D043C" w:rsidRPr="00B77100">
        <w:t>Sterling 3</w:t>
      </w:r>
      <w:r w:rsidR="002903C7" w:rsidRPr="00B77100">
        <w:br/>
      </w:r>
      <w:r w:rsidR="00247F66">
        <w:br/>
      </w:r>
      <w:r w:rsidRPr="008D59FB">
        <w:t>Join us to listen to Shae Puckett from Diatribe share how Diatribe is working hard to build a world where people with diabetes are seen with dignity, approached with curiosity instead of judgment, and welcomed with compassion. Stigma can make people feel isolated and misunderstood. Have you ever encountered any of the following situations which are examples of diabetes stigma? People who assume that you caused your own diabetes, people telling you that you should not be eating what you are eating, people telling you that you should perform tasks to manage your diabetes, such as testing your blood glucose or taking insulin only in private, people who assume that you cannot do certain jobs because you have diabetes. In this presentation, we will discuss how, along with Diatribe and others, we can advocate for better understanding, acceptance and support of people who have diabetes.</w:t>
      </w:r>
      <w:r w:rsidR="00E86A13">
        <w:br/>
      </w:r>
      <w:r w:rsidR="00C6011D">
        <w:br/>
      </w:r>
      <w:r w:rsidR="00AB0D19">
        <w:t xml:space="preserve">Facilitator: Patricia Maddix, ACBDA Board Member, </w:t>
      </w:r>
      <w:r w:rsidR="00AB0D19" w:rsidRPr="00AB0D19">
        <w:t xml:space="preserve">Vancouver, WA </w:t>
      </w:r>
      <w:r w:rsidR="00C6011D">
        <w:br/>
      </w:r>
      <w:r w:rsidR="00247F66">
        <w:br/>
      </w:r>
      <w:r w:rsidRPr="008D59FB">
        <w:t xml:space="preserve">Presenter: Shae Puckett, M.S. dStigmatize Content </w:t>
      </w:r>
      <w:r w:rsidRPr="00C6011D">
        <w:rPr>
          <w:spacing w:val="-2"/>
        </w:rPr>
        <w:t xml:space="preserve">Manager </w:t>
      </w:r>
      <w:r w:rsidR="00F5559D">
        <w:rPr>
          <w:spacing w:val="-2"/>
        </w:rPr>
        <w:t>-</w:t>
      </w:r>
      <w:r w:rsidRPr="00C6011D">
        <w:rPr>
          <w:spacing w:val="-2"/>
        </w:rPr>
        <w:t xml:space="preserve"> The diaTribe Foundation, San Diego</w:t>
      </w:r>
      <w:r w:rsidR="00C6011D" w:rsidRPr="00C6011D">
        <w:rPr>
          <w:spacing w:val="-2"/>
        </w:rPr>
        <w:t>,</w:t>
      </w:r>
      <w:r w:rsidRPr="00C6011D">
        <w:rPr>
          <w:spacing w:val="-2"/>
        </w:rPr>
        <w:t xml:space="preserve"> CA</w:t>
      </w:r>
    </w:p>
    <w:p w14:paraId="2F763B6C" w14:textId="77777777" w:rsidR="001C0FE0" w:rsidRDefault="001C0FE0" w:rsidP="009E7A4A"/>
    <w:p w14:paraId="65D25C80" w14:textId="389EF064" w:rsidR="001C0FE0" w:rsidRPr="002D49ED" w:rsidRDefault="001C0FE0" w:rsidP="009E7A4A">
      <w:pPr>
        <w:pStyle w:val="Heading2"/>
        <w:rPr>
          <w:u w:val="single"/>
        </w:rPr>
      </w:pPr>
      <w:bookmarkStart w:id="38" w:name="_Toc198814962"/>
      <w:bookmarkStart w:id="39" w:name="_Toc232406143"/>
      <w:r w:rsidRPr="002D49ED">
        <w:rPr>
          <w:u w:val="single"/>
        </w:rPr>
        <w:t>ACB</w:t>
      </w:r>
      <w:r w:rsidR="007E2272" w:rsidRPr="002D49ED">
        <w:rPr>
          <w:u w:val="single"/>
        </w:rPr>
        <w:t xml:space="preserve"> </w:t>
      </w:r>
      <w:r w:rsidRPr="002D49ED">
        <w:rPr>
          <w:u w:val="single"/>
        </w:rPr>
        <w:t>F</w:t>
      </w:r>
      <w:bookmarkEnd w:id="38"/>
      <w:r w:rsidR="007E2272" w:rsidRPr="002D49ED">
        <w:rPr>
          <w:u w:val="single"/>
        </w:rPr>
        <w:t>amilies</w:t>
      </w:r>
      <w:bookmarkEnd w:id="39"/>
    </w:p>
    <w:p w14:paraId="66F35F52" w14:textId="42A8E756" w:rsidR="00191F4A" w:rsidRPr="00B77100" w:rsidRDefault="00191F4A" w:rsidP="009E7A4A">
      <w:r w:rsidRPr="00B77100">
        <w:t xml:space="preserve">ACBF President: </w:t>
      </w:r>
      <w:r w:rsidRPr="00B77100">
        <w:rPr>
          <w:lang w:val="en"/>
        </w:rPr>
        <w:t>Carla Ruschival</w:t>
      </w:r>
    </w:p>
    <w:p w14:paraId="219CAA87" w14:textId="14780BA4" w:rsidR="00191F4A" w:rsidRPr="00B77100" w:rsidRDefault="00191F4A" w:rsidP="009E7A4A">
      <w:r w:rsidRPr="00B77100">
        <w:t xml:space="preserve">Convention Program Chair: </w:t>
      </w:r>
      <w:r w:rsidR="000702BA" w:rsidRPr="00B77100">
        <w:rPr>
          <w:lang w:val="en"/>
        </w:rPr>
        <w:t>Carla Ruschival</w:t>
      </w:r>
    </w:p>
    <w:p w14:paraId="1246B970" w14:textId="325A61FD" w:rsidR="00191F4A" w:rsidRPr="00B77100" w:rsidRDefault="00191F4A" w:rsidP="009E7A4A">
      <w:r w:rsidRPr="00B77100">
        <w:t>Affiliate Donation: $10</w:t>
      </w:r>
    </w:p>
    <w:p w14:paraId="24D811AD" w14:textId="6001E35D" w:rsidR="00191F4A" w:rsidRPr="00B77100" w:rsidRDefault="00191F4A" w:rsidP="009E7A4A">
      <w:r w:rsidRPr="00B77100">
        <w:t>Register for ACB Families and be eligible to win great door prizes. Lots of fun and lots of winners!</w:t>
      </w:r>
    </w:p>
    <w:p w14:paraId="74547402" w14:textId="77777777" w:rsidR="00191F4A" w:rsidRPr="00B77100" w:rsidRDefault="00191F4A" w:rsidP="009E7A4A"/>
    <w:p w14:paraId="52337DAB" w14:textId="303C32D3" w:rsidR="001C0FE0" w:rsidRPr="00B77100" w:rsidRDefault="00191F4A" w:rsidP="009E7A4A">
      <w:pPr>
        <w:pStyle w:val="BodyText"/>
        <w:rPr>
          <w:b/>
          <w:bCs/>
        </w:rPr>
      </w:pPr>
      <w:r w:rsidRPr="00B77100">
        <w:rPr>
          <w:b/>
          <w:bCs/>
        </w:rPr>
        <w:t>Saturday</w:t>
      </w:r>
      <w:r w:rsidR="001C0FE0" w:rsidRPr="00B77100">
        <w:rPr>
          <w:b/>
          <w:bCs/>
        </w:rPr>
        <w:t>, Ju</w:t>
      </w:r>
      <w:r w:rsidRPr="00B77100">
        <w:rPr>
          <w:b/>
          <w:bCs/>
        </w:rPr>
        <w:t>ly</w:t>
      </w:r>
      <w:r w:rsidR="001C0FE0" w:rsidRPr="00B77100">
        <w:rPr>
          <w:b/>
          <w:bCs/>
        </w:rPr>
        <w:t xml:space="preserve"> </w:t>
      </w:r>
      <w:r w:rsidRPr="00B77100">
        <w:rPr>
          <w:b/>
          <w:bCs/>
        </w:rPr>
        <w:t>18</w:t>
      </w:r>
      <w:r w:rsidR="001C0FE0" w:rsidRPr="00B77100">
        <w:rPr>
          <w:b/>
          <w:bCs/>
        </w:rPr>
        <w:t xml:space="preserve"> </w:t>
      </w:r>
    </w:p>
    <w:p w14:paraId="6BA77D88" w14:textId="2489D656" w:rsidR="000C7067" w:rsidRDefault="00191F4A" w:rsidP="14638D2A">
      <w:pPr>
        <w:rPr>
          <w:lang w:val="ca-ES"/>
        </w:rPr>
      </w:pPr>
      <w:r>
        <w:t xml:space="preserve">11:30 am </w:t>
      </w:r>
      <w:r w:rsidR="00C6011D">
        <w:t>-</w:t>
      </w:r>
      <w:r>
        <w:t xml:space="preserve"> 12:45 pm: </w:t>
      </w:r>
      <w:r w:rsidR="00FC412F">
        <w:t>BRL and ACB Families Share Low-cost Braille Devices</w:t>
      </w:r>
      <w:r>
        <w:t>; Virtual</w:t>
      </w:r>
      <w:r>
        <w:br/>
      </w:r>
      <w:r>
        <w:br/>
        <w:t xml:space="preserve">Enhance your use of braille with four low-cost braille devices. The Braille Doodle is a device with raised braille letters and a method of drawing. The VersaSlate is a paperless slate and stylus. The Hable is a device with braille input that can connect to other devices. Braille Legos are a fun way to learn more about braille. </w:t>
      </w:r>
      <w:r>
        <w:br/>
      </w:r>
      <w:r>
        <w:br/>
      </w:r>
      <w:r w:rsidRPr="14638D2A">
        <w:rPr>
          <w:lang w:val="ca-ES"/>
        </w:rPr>
        <w:t>Presenters: Lucy Edm</w:t>
      </w:r>
      <w:r w:rsidR="234722C8" w:rsidRPr="14638D2A">
        <w:rPr>
          <w:lang w:val="ca-ES"/>
        </w:rPr>
        <w:t>o</w:t>
      </w:r>
      <w:r w:rsidRPr="14638D2A">
        <w:rPr>
          <w:lang w:val="ca-ES"/>
        </w:rPr>
        <w:t>nds, retired – Michigan Braille and Talking Book Library, Lansing</w:t>
      </w:r>
      <w:r w:rsidR="00C6011D" w:rsidRPr="14638D2A">
        <w:rPr>
          <w:lang w:val="ca-ES"/>
        </w:rPr>
        <w:t>,</w:t>
      </w:r>
      <w:r w:rsidRPr="14638D2A">
        <w:rPr>
          <w:lang w:val="ca-ES"/>
        </w:rPr>
        <w:t xml:space="preserve"> MI; Audr</w:t>
      </w:r>
      <w:r w:rsidR="375FDA26" w:rsidRPr="14638D2A">
        <w:rPr>
          <w:lang w:val="ca-ES"/>
        </w:rPr>
        <w:t>e</w:t>
      </w:r>
      <w:r w:rsidRPr="14638D2A">
        <w:rPr>
          <w:lang w:val="ca-ES"/>
        </w:rPr>
        <w:t>y Schading, Braille Instructor – Lighthouse Guild of New York; Shanell Matos, Assistive technology program leadership – Lighthouse Guild, New York.</w:t>
      </w:r>
      <w:r w:rsidR="00E86A13">
        <w:rPr>
          <w:lang w:val="ca-ES"/>
        </w:rPr>
        <w:br/>
      </w:r>
      <w:r>
        <w:br/>
      </w:r>
      <w:r w:rsidR="000C7067" w:rsidRPr="14638D2A">
        <w:rPr>
          <w:lang w:val="ca-ES"/>
        </w:rPr>
        <w:t>Co-sponsored by ACBF and BRL.</w:t>
      </w:r>
    </w:p>
    <w:p w14:paraId="2F9F56E4" w14:textId="77777777" w:rsidR="00B6415F" w:rsidRPr="00B77100" w:rsidRDefault="00B6415F" w:rsidP="14638D2A"/>
    <w:p w14:paraId="326A2D0E" w14:textId="131832A1" w:rsidR="00971A7E" w:rsidRPr="00B77100" w:rsidRDefault="00971A7E" w:rsidP="009E7A4A">
      <w:pPr>
        <w:rPr>
          <w:lang w:val="ca-ES"/>
        </w:rPr>
      </w:pPr>
      <w:r w:rsidRPr="00B77100">
        <w:t xml:space="preserve">5:30 pm </w:t>
      </w:r>
      <w:r w:rsidR="00F5559D" w:rsidRPr="00B77100">
        <w:t>-</w:t>
      </w:r>
      <w:r w:rsidRPr="00B77100">
        <w:t xml:space="preserve"> 6:45 pm: </w:t>
      </w:r>
      <w:r w:rsidRPr="00B77100">
        <w:rPr>
          <w:lang w:val="ca-ES"/>
        </w:rPr>
        <w:t>ACB Families Goes to Camp</w:t>
      </w:r>
      <w:r w:rsidRPr="00B77100">
        <w:t>; Virtual</w:t>
      </w:r>
      <w:r w:rsidR="00C6011D" w:rsidRPr="00B77100">
        <w:br/>
      </w:r>
      <w:r w:rsidR="00247F66" w:rsidRPr="00B77100">
        <w:br/>
      </w:r>
      <w:r w:rsidRPr="00B77100">
        <w:rPr>
          <w:lang w:val="ca-ES"/>
        </w:rPr>
        <w:t>It's summertime - time to sit around the virtual campfire and eat hotdogs and s'mores. Whether you're a kid or a kid at heart, camp is a special experience. Paul Edwards, storyteller extraordinaire from Jacksonville, FL, is back this year with campfire stories. A virtual treasure hunt, camp trivia, and easy snack ideas also fill this finale to the virtual convention week.</w:t>
      </w:r>
    </w:p>
    <w:p w14:paraId="7CCF1C8C" w14:textId="77777777" w:rsidR="00971A7E" w:rsidRPr="00B77100" w:rsidRDefault="00971A7E" w:rsidP="009E7A4A"/>
    <w:p w14:paraId="3BC3FAEA" w14:textId="77777777" w:rsidR="004E374A" w:rsidRDefault="004E374A">
      <w:pPr>
        <w:rPr>
          <w:b/>
          <w:bCs/>
        </w:rPr>
      </w:pPr>
      <w:r>
        <w:rPr>
          <w:b/>
          <w:bCs/>
        </w:rPr>
        <w:br w:type="page"/>
      </w:r>
    </w:p>
    <w:p w14:paraId="3F414599" w14:textId="3D8894DF" w:rsidR="001C0FE0" w:rsidRPr="00B77100" w:rsidRDefault="00971A7E" w:rsidP="009E7A4A">
      <w:pPr>
        <w:pStyle w:val="BodyText"/>
        <w:rPr>
          <w:b/>
          <w:bCs/>
        </w:rPr>
      </w:pPr>
      <w:r w:rsidRPr="00B77100">
        <w:rPr>
          <w:b/>
          <w:bCs/>
        </w:rPr>
        <w:t>Monday</w:t>
      </w:r>
      <w:r w:rsidR="001C0FE0" w:rsidRPr="00B77100">
        <w:rPr>
          <w:b/>
          <w:bCs/>
        </w:rPr>
        <w:t>, Ju</w:t>
      </w:r>
      <w:r w:rsidRPr="00B77100">
        <w:rPr>
          <w:b/>
          <w:bCs/>
        </w:rPr>
        <w:t>ly</w:t>
      </w:r>
      <w:r w:rsidR="001C0FE0" w:rsidRPr="00B77100">
        <w:rPr>
          <w:b/>
          <w:bCs/>
        </w:rPr>
        <w:t xml:space="preserve"> 2</w:t>
      </w:r>
      <w:r w:rsidRPr="00B77100">
        <w:rPr>
          <w:b/>
          <w:bCs/>
        </w:rPr>
        <w:t>7</w:t>
      </w:r>
      <w:r w:rsidR="001C0FE0" w:rsidRPr="00B77100">
        <w:rPr>
          <w:b/>
          <w:bCs/>
        </w:rPr>
        <w:t xml:space="preserve"> </w:t>
      </w:r>
    </w:p>
    <w:p w14:paraId="4617E037" w14:textId="5DD61B29" w:rsidR="001C0FE0" w:rsidRDefault="00971A7E" w:rsidP="14638D2A">
      <w:pPr>
        <w:rPr>
          <w:lang w:val="ca-ES"/>
        </w:rPr>
      </w:pPr>
      <w:r>
        <w:t xml:space="preserve">7:00 am </w:t>
      </w:r>
      <w:r w:rsidR="00F5559D">
        <w:t>-</w:t>
      </w:r>
      <w:r>
        <w:t xml:space="preserve"> 8:15 am: </w:t>
      </w:r>
      <w:r w:rsidRPr="14638D2A">
        <w:rPr>
          <w:lang w:val="ca-ES"/>
        </w:rPr>
        <w:t>ACB Families Breakfast</w:t>
      </w:r>
      <w:r w:rsidR="36BBBF10" w:rsidRPr="14638D2A">
        <w:rPr>
          <w:lang w:val="ca-ES"/>
        </w:rPr>
        <w:t>:</w:t>
      </w:r>
      <w:r w:rsidRPr="14638D2A">
        <w:rPr>
          <w:lang w:val="ca-ES"/>
        </w:rPr>
        <w:t xml:space="preserve"> Feel Better with Energy Medicine</w:t>
      </w:r>
      <w:r>
        <w:t xml:space="preserve">; Hybrid; </w:t>
      </w:r>
      <w:r w:rsidR="000D043C">
        <w:t>Sterling 3</w:t>
      </w:r>
      <w:r>
        <w:t>; $28 ($30)</w:t>
      </w:r>
      <w:r>
        <w:br/>
      </w:r>
      <w:r>
        <w:br/>
      </w:r>
      <w:r w:rsidRPr="14638D2A">
        <w:rPr>
          <w:lang w:val="ca-ES"/>
        </w:rPr>
        <w:t xml:space="preserve">Are there ways to feel better beyond or alongside our typical ways of prescription medicines? There are many ways, including hands-on or hands above the body, emotional freedom technique, Bach </w:t>
      </w:r>
      <w:r w:rsidR="24082A10" w:rsidRPr="14638D2A">
        <w:rPr>
          <w:lang w:val="ca-ES"/>
        </w:rPr>
        <w:t>f</w:t>
      </w:r>
      <w:r w:rsidRPr="14638D2A">
        <w:rPr>
          <w:lang w:val="ca-ES"/>
        </w:rPr>
        <w:t xml:space="preserve">lower </w:t>
      </w:r>
      <w:r w:rsidR="38B737ED" w:rsidRPr="14638D2A">
        <w:rPr>
          <w:lang w:val="ca-ES"/>
        </w:rPr>
        <w:t>r</w:t>
      </w:r>
      <w:r w:rsidRPr="14638D2A">
        <w:rPr>
          <w:lang w:val="ca-ES"/>
        </w:rPr>
        <w:t>emedies, homeopathy</w:t>
      </w:r>
      <w:r w:rsidR="33BB5705" w:rsidRPr="14638D2A">
        <w:rPr>
          <w:lang w:val="ca-ES"/>
        </w:rPr>
        <w:t>,</w:t>
      </w:r>
      <w:r w:rsidRPr="14638D2A">
        <w:rPr>
          <w:lang w:val="ca-ES"/>
        </w:rPr>
        <w:t xml:space="preserve"> and more. Debbie Hazelton from Dothan, AL has been involved with energy medicine for over 30 years. She is certified in the emotional freedom technique, in the Bach flower remedies, and is a Reiki master. She will explore many of these, giving a few techniques, websites and ways to find out more information. Questions will be taken as time allows.</w:t>
      </w:r>
    </w:p>
    <w:p w14:paraId="5E05D7AF" w14:textId="77777777" w:rsidR="00971A7E" w:rsidRPr="00B77100" w:rsidRDefault="00971A7E" w:rsidP="009E7A4A">
      <w:pPr>
        <w:rPr>
          <w:lang w:val="ca-ES"/>
        </w:rPr>
      </w:pPr>
    </w:p>
    <w:p w14:paraId="0588B36C" w14:textId="22A26656" w:rsidR="009A3C3E" w:rsidRPr="00B77100" w:rsidRDefault="00971A7E" w:rsidP="009E7A4A">
      <w:r w:rsidRPr="00B77100">
        <w:t xml:space="preserve">7:30 pm </w:t>
      </w:r>
      <w:r w:rsidR="00F5559D" w:rsidRPr="00B77100">
        <w:t>-</w:t>
      </w:r>
      <w:r w:rsidRPr="00B77100">
        <w:t xml:space="preserve"> 10:30 pm: </w:t>
      </w:r>
      <w:r w:rsidRPr="00B77100">
        <w:rPr>
          <w:lang w:val="ca-ES"/>
        </w:rPr>
        <w:t>Bingo - It's a Families Tradition</w:t>
      </w:r>
      <w:r w:rsidRPr="00B77100">
        <w:t xml:space="preserve">; </w:t>
      </w:r>
      <w:r w:rsidR="00A94EB1" w:rsidRPr="00B77100">
        <w:t>OnSite</w:t>
      </w:r>
      <w:r w:rsidRPr="00B77100">
        <w:t xml:space="preserve">; </w:t>
      </w:r>
      <w:r w:rsidR="000D043C" w:rsidRPr="00B77100">
        <w:t>Parkview</w:t>
      </w:r>
      <w:r w:rsidRPr="00B77100">
        <w:t>; $8 ($10)</w:t>
      </w:r>
      <w:r w:rsidR="00C6011D" w:rsidRPr="00B77100">
        <w:br/>
      </w:r>
      <w:r w:rsidR="00247F66" w:rsidRPr="00B77100">
        <w:br/>
      </w:r>
      <w:r w:rsidR="009A3C3E" w:rsidRPr="00B77100">
        <w:rPr>
          <w:lang w:val="ca-ES"/>
        </w:rPr>
        <w:t>Braille cards, large print cards, and lots of great prizes! Bring yourself, bring a friend, bring your family - fun for all ages! Doors open at 7:30; games begin at 8.</w:t>
      </w:r>
    </w:p>
    <w:p w14:paraId="760C8244" w14:textId="5EBBDA9F" w:rsidR="00A131A6" w:rsidRPr="00B77100" w:rsidRDefault="00A131A6" w:rsidP="009E7A4A"/>
    <w:p w14:paraId="58EE5B52" w14:textId="7B89CAAB" w:rsidR="001C0FE0" w:rsidRPr="00B77100" w:rsidRDefault="001C0FE0" w:rsidP="009E7A4A">
      <w:pPr>
        <w:pStyle w:val="Heading2"/>
        <w:rPr>
          <w:u w:val="single"/>
        </w:rPr>
      </w:pPr>
      <w:bookmarkStart w:id="40" w:name="_Toc198814963"/>
      <w:bookmarkStart w:id="41" w:name="_Toc232406144"/>
      <w:r w:rsidRPr="00B77100">
        <w:rPr>
          <w:u w:val="single"/>
        </w:rPr>
        <w:t>ACB</w:t>
      </w:r>
      <w:r w:rsidR="007E2272" w:rsidRPr="00B77100">
        <w:rPr>
          <w:u w:val="single"/>
        </w:rPr>
        <w:t xml:space="preserve"> </w:t>
      </w:r>
      <w:r w:rsidRPr="00B77100">
        <w:rPr>
          <w:u w:val="single"/>
        </w:rPr>
        <w:t>G</w:t>
      </w:r>
      <w:r w:rsidR="007E2272" w:rsidRPr="00B77100">
        <w:rPr>
          <w:u w:val="single"/>
        </w:rPr>
        <w:t xml:space="preserve">overnment </w:t>
      </w:r>
      <w:r w:rsidRPr="00B77100">
        <w:rPr>
          <w:u w:val="single"/>
        </w:rPr>
        <w:t>E</w:t>
      </w:r>
      <w:bookmarkEnd w:id="40"/>
      <w:r w:rsidR="007E2272" w:rsidRPr="00B77100">
        <w:rPr>
          <w:u w:val="single"/>
        </w:rPr>
        <w:t>mployees</w:t>
      </w:r>
      <w:bookmarkEnd w:id="41"/>
    </w:p>
    <w:p w14:paraId="3B9032AB" w14:textId="0E126DF0" w:rsidR="0010580E" w:rsidRPr="00B77100" w:rsidRDefault="0010580E" w:rsidP="009E7A4A">
      <w:r w:rsidRPr="00B77100">
        <w:t>ACB</w:t>
      </w:r>
      <w:r w:rsidR="00D027CC" w:rsidRPr="00B77100">
        <w:t>GE</w:t>
      </w:r>
      <w:r w:rsidRPr="00B77100">
        <w:t xml:space="preserve"> President: </w:t>
      </w:r>
      <w:r w:rsidRPr="00B77100">
        <w:rPr>
          <w:lang w:val="en"/>
        </w:rPr>
        <w:t>Pat Sheehan</w:t>
      </w:r>
    </w:p>
    <w:p w14:paraId="25F4AF6D" w14:textId="30B061A8" w:rsidR="0010580E" w:rsidRPr="00B77100" w:rsidRDefault="0010580E" w:rsidP="009E7A4A">
      <w:r w:rsidRPr="00B77100">
        <w:t xml:space="preserve">Convention Program Chair: </w:t>
      </w:r>
      <w:r w:rsidR="00A65C3C" w:rsidRPr="00B77100">
        <w:rPr>
          <w:lang w:val="en"/>
        </w:rPr>
        <w:t>Pat Sheehan</w:t>
      </w:r>
    </w:p>
    <w:p w14:paraId="4CA39B78" w14:textId="36FAB241" w:rsidR="0010580E" w:rsidRPr="00B77100" w:rsidRDefault="0010580E" w:rsidP="009E7A4A">
      <w:r w:rsidRPr="00B77100">
        <w:t>Affiliate Donation: $10</w:t>
      </w:r>
    </w:p>
    <w:p w14:paraId="13D7D1DA" w14:textId="77777777" w:rsidR="001C0FE0" w:rsidRPr="00B77100" w:rsidRDefault="001C0FE0" w:rsidP="009E7A4A"/>
    <w:p w14:paraId="599A418E" w14:textId="5AD42709" w:rsidR="001C0FE0" w:rsidRPr="00B77100" w:rsidRDefault="001C0FE0" w:rsidP="009E7A4A">
      <w:pPr>
        <w:pStyle w:val="Heading2"/>
        <w:rPr>
          <w:u w:val="single"/>
        </w:rPr>
      </w:pPr>
      <w:bookmarkStart w:id="42" w:name="_Toc198814964"/>
      <w:bookmarkStart w:id="43" w:name="_Toc232406145"/>
      <w:r w:rsidRPr="00B77100">
        <w:rPr>
          <w:u w:val="single"/>
        </w:rPr>
        <w:t>A</w:t>
      </w:r>
      <w:r w:rsidR="007E2272" w:rsidRPr="00B77100">
        <w:rPr>
          <w:u w:val="single"/>
        </w:rPr>
        <w:t xml:space="preserve">merican </w:t>
      </w:r>
      <w:r w:rsidRPr="00B77100">
        <w:rPr>
          <w:u w:val="single"/>
        </w:rPr>
        <w:t>C</w:t>
      </w:r>
      <w:r w:rsidR="007E2272" w:rsidRPr="00B77100">
        <w:rPr>
          <w:u w:val="single"/>
        </w:rPr>
        <w:t xml:space="preserve">ouncil of Blind </w:t>
      </w:r>
      <w:r w:rsidRPr="00B77100">
        <w:rPr>
          <w:u w:val="single"/>
        </w:rPr>
        <w:t>L</w:t>
      </w:r>
      <w:bookmarkEnd w:id="42"/>
      <w:r w:rsidR="007E2272" w:rsidRPr="00B77100">
        <w:rPr>
          <w:u w:val="single"/>
        </w:rPr>
        <w:t>ions</w:t>
      </w:r>
      <w:bookmarkEnd w:id="43"/>
    </w:p>
    <w:p w14:paraId="4A243F33" w14:textId="17FCDD53" w:rsidR="00D027CC" w:rsidRPr="00B77100" w:rsidRDefault="00D027CC" w:rsidP="009E7A4A">
      <w:r w:rsidRPr="00B77100">
        <w:t xml:space="preserve">ACBL President: </w:t>
      </w:r>
      <w:r w:rsidRPr="00B77100">
        <w:rPr>
          <w:lang w:val="ca-ES"/>
        </w:rPr>
        <w:t>Debbie Deatherage</w:t>
      </w:r>
    </w:p>
    <w:p w14:paraId="6B995D9E" w14:textId="75A8A92A" w:rsidR="00D027CC" w:rsidRPr="00B77100" w:rsidRDefault="00D027CC" w:rsidP="009E7A4A">
      <w:r w:rsidRPr="00B77100">
        <w:t xml:space="preserve">Convention Program Chair: </w:t>
      </w:r>
      <w:r w:rsidR="003A24D0" w:rsidRPr="00B77100">
        <w:rPr>
          <w:lang w:val="ca-ES"/>
        </w:rPr>
        <w:t>Debbie Deatherage</w:t>
      </w:r>
    </w:p>
    <w:p w14:paraId="486AF420" w14:textId="3D5AAEB3" w:rsidR="00D027CC" w:rsidRPr="00B77100" w:rsidRDefault="00D027CC" w:rsidP="009E7A4A">
      <w:r w:rsidRPr="00B77100">
        <w:t>Affiliate Donation: $10</w:t>
      </w:r>
      <w:r w:rsidR="00C6011D" w:rsidRPr="00B77100">
        <w:br/>
      </w:r>
    </w:p>
    <w:p w14:paraId="54CB653A" w14:textId="2628F46D" w:rsidR="00D027CC" w:rsidRPr="00B77100" w:rsidRDefault="00D027CC" w:rsidP="00247F66">
      <w:pPr>
        <w:ind w:left="0" w:firstLine="0"/>
      </w:pPr>
      <w:r w:rsidRPr="00B77100">
        <w:t>ACB Lions is a proud Topaz sponsor of the 65th annual ACB Conference and Convention. ACB Lions' sponsorship helps ACB scholarship winners to attend the convention, connects them with others interested in their areas of study, and gives them the opportunity to learn more about ACB. Support our good work; donate to ACB Lions when you register and be eligible to win our special door prizes. Winners will be drawn following the close of the Conference and Convention.</w:t>
      </w:r>
    </w:p>
    <w:p w14:paraId="158CECE4" w14:textId="77777777" w:rsidR="00D027CC" w:rsidRPr="00B77100" w:rsidRDefault="00D027CC" w:rsidP="009E7A4A"/>
    <w:p w14:paraId="0DD1C89E" w14:textId="1B3684AF" w:rsidR="001C0FE0" w:rsidRPr="00B77100" w:rsidRDefault="001C0FE0" w:rsidP="009E7A4A">
      <w:pPr>
        <w:pStyle w:val="BodyText"/>
        <w:rPr>
          <w:b/>
          <w:bCs/>
        </w:rPr>
      </w:pPr>
      <w:r w:rsidRPr="00B77100">
        <w:rPr>
          <w:b/>
          <w:bCs/>
        </w:rPr>
        <w:t>Thursday, Ju</w:t>
      </w:r>
      <w:r w:rsidR="00D027CC" w:rsidRPr="00B77100">
        <w:rPr>
          <w:b/>
          <w:bCs/>
        </w:rPr>
        <w:t>ly</w:t>
      </w:r>
      <w:r w:rsidRPr="00B77100">
        <w:rPr>
          <w:b/>
          <w:bCs/>
        </w:rPr>
        <w:t xml:space="preserve"> </w:t>
      </w:r>
      <w:r w:rsidR="00D027CC" w:rsidRPr="00B77100">
        <w:rPr>
          <w:b/>
          <w:bCs/>
        </w:rPr>
        <w:t>1</w:t>
      </w:r>
      <w:r w:rsidRPr="00B77100">
        <w:rPr>
          <w:b/>
          <w:bCs/>
        </w:rPr>
        <w:t xml:space="preserve">6 </w:t>
      </w:r>
    </w:p>
    <w:p w14:paraId="1A9E56ED" w14:textId="0425A5CC" w:rsidR="00D027CC" w:rsidRPr="00D027CC" w:rsidRDefault="00D027CC" w:rsidP="14638D2A">
      <w:pPr>
        <w:rPr>
          <w:lang w:val="ca-ES"/>
        </w:rPr>
      </w:pPr>
      <w:r w:rsidRPr="14638D2A">
        <w:rPr>
          <w:lang w:val="ca-ES"/>
        </w:rPr>
        <w:t xml:space="preserve">5:30 pm </w:t>
      </w:r>
      <w:r w:rsidR="00F5559D" w:rsidRPr="14638D2A">
        <w:rPr>
          <w:lang w:val="ca-ES"/>
        </w:rPr>
        <w:t>-</w:t>
      </w:r>
      <w:r w:rsidRPr="14638D2A">
        <w:rPr>
          <w:lang w:val="ca-ES"/>
        </w:rPr>
        <w:t xml:space="preserve"> 6:45 pm: ACBL Lessons in Leadership: Organizing Our Lions Club For Action After the Eaton Fire; Virtual</w:t>
      </w:r>
      <w:r>
        <w:br/>
      </w:r>
      <w:r>
        <w:br/>
      </w:r>
      <w:r w:rsidRPr="14638D2A">
        <w:rPr>
          <w:lang w:val="ca-ES"/>
        </w:rPr>
        <w:t xml:space="preserve">On January 7, 2025, the Eaton Fire began, ultimately destroying 9,000 homes and buildings, including the homes of five members of the Pasadena Host Lions Club. Donna and Mitch Pomerantz, Club Secretary and President respectively, will talk about their involvement in organizing the </w:t>
      </w:r>
      <w:r w:rsidR="2BA0977E" w:rsidRPr="14638D2A">
        <w:rPr>
          <w:lang w:val="ca-ES"/>
        </w:rPr>
        <w:t>c</w:t>
      </w:r>
      <w:r w:rsidRPr="14638D2A">
        <w:rPr>
          <w:lang w:val="ca-ES"/>
        </w:rPr>
        <w:t>lub’s response in assisting the Altadena, Northern Pasadena, and Sierra Madre communities to recover. A real-life story of action and leadership.</w:t>
      </w:r>
      <w:r>
        <w:br/>
      </w:r>
      <w:r>
        <w:br/>
      </w:r>
      <w:r w:rsidRPr="14638D2A">
        <w:rPr>
          <w:lang w:val="ca-ES"/>
        </w:rPr>
        <w:t>Presenters: Mitch Pomerantz, President, and Donna Pomerantz, Secretary, Pasadena Host Lions Club, Pasadena, CA</w:t>
      </w:r>
    </w:p>
    <w:p w14:paraId="52D4CA96" w14:textId="77777777" w:rsidR="001C0FE0" w:rsidRDefault="001C0FE0" w:rsidP="009E7A4A"/>
    <w:p w14:paraId="486CB74E" w14:textId="2C00A497" w:rsidR="001C0FE0" w:rsidRPr="00B77100" w:rsidRDefault="001C0FE0" w:rsidP="009E7A4A">
      <w:pPr>
        <w:pStyle w:val="BodyText"/>
        <w:rPr>
          <w:b/>
          <w:bCs/>
        </w:rPr>
      </w:pPr>
      <w:r w:rsidRPr="00B77100">
        <w:rPr>
          <w:b/>
          <w:bCs/>
        </w:rPr>
        <w:t xml:space="preserve">Sunday, July </w:t>
      </w:r>
      <w:r w:rsidR="00D027CC" w:rsidRPr="00B77100">
        <w:rPr>
          <w:b/>
          <w:bCs/>
        </w:rPr>
        <w:t>2</w:t>
      </w:r>
      <w:r w:rsidRPr="00B77100">
        <w:rPr>
          <w:b/>
          <w:bCs/>
        </w:rPr>
        <w:t xml:space="preserve">6 </w:t>
      </w:r>
    </w:p>
    <w:p w14:paraId="6B90652D" w14:textId="6CE3944A" w:rsidR="00D027CC" w:rsidRPr="00B77100" w:rsidRDefault="00D027CC" w:rsidP="009E7A4A">
      <w:pPr>
        <w:rPr>
          <w:lang w:val="ca-ES"/>
        </w:rPr>
      </w:pPr>
      <w:bookmarkStart w:id="44" w:name="_Toc198814965"/>
      <w:r w:rsidRPr="00B77100">
        <w:rPr>
          <w:lang w:val="ca-ES"/>
        </w:rPr>
        <w:t xml:space="preserve">4:30 pm </w:t>
      </w:r>
      <w:r w:rsidR="00F5559D" w:rsidRPr="00B77100">
        <w:rPr>
          <w:lang w:val="ca-ES"/>
        </w:rPr>
        <w:t>-</w:t>
      </w:r>
      <w:r w:rsidRPr="00B77100">
        <w:rPr>
          <w:lang w:val="ca-ES"/>
        </w:rPr>
        <w:t xml:space="preserve"> 6:00 pm: ACB Lions Roaring Good Time Happy Hour; </w:t>
      </w:r>
      <w:r w:rsidR="00CF4976" w:rsidRPr="00B77100">
        <w:rPr>
          <w:lang w:val="ca-ES"/>
        </w:rPr>
        <w:t>OnSite</w:t>
      </w:r>
      <w:r w:rsidR="003A24D0" w:rsidRPr="00B77100">
        <w:rPr>
          <w:lang w:val="ca-ES"/>
        </w:rPr>
        <w:t>;</w:t>
      </w:r>
      <w:r w:rsidRPr="00B77100">
        <w:rPr>
          <w:lang w:val="ca-ES"/>
        </w:rPr>
        <w:t xml:space="preserve"> </w:t>
      </w:r>
      <w:r w:rsidR="00D74892" w:rsidRPr="00B77100">
        <w:rPr>
          <w:lang w:val="ca-ES"/>
        </w:rPr>
        <w:t>Lobby</w:t>
      </w:r>
      <w:r w:rsidR="00C6011D" w:rsidRPr="00B77100">
        <w:rPr>
          <w:lang w:val="ca-ES"/>
        </w:rPr>
        <w:br/>
      </w:r>
      <w:r w:rsidR="00247F66" w:rsidRPr="00B77100">
        <w:rPr>
          <w:lang w:val="ca-ES"/>
        </w:rPr>
        <w:br/>
      </w:r>
      <w:r w:rsidRPr="00B77100">
        <w:rPr>
          <w:lang w:val="ca-ES"/>
        </w:rPr>
        <w:t>Join ACBL at the hotel bar to mix and mingle after a day of meetings, exhibits and other convention events. A great way to relax before the evening activities begin. Watch the convention newspaper or call Debbie Deatherage, ACBL President, at 502-594-9606 for further information on where to meet up with our group.</w:t>
      </w:r>
    </w:p>
    <w:p w14:paraId="4EE3F95B" w14:textId="77777777" w:rsidR="00D027CC" w:rsidRPr="00B77100" w:rsidRDefault="00D027CC" w:rsidP="009E7A4A">
      <w:pPr>
        <w:rPr>
          <w:lang w:val="ca-ES"/>
        </w:rPr>
      </w:pPr>
    </w:p>
    <w:p w14:paraId="1DAE45E6" w14:textId="37B811E9" w:rsidR="001C0FE0" w:rsidRPr="00B77100" w:rsidRDefault="001C0FE0" w:rsidP="009E7A4A">
      <w:pPr>
        <w:pStyle w:val="Heading2"/>
        <w:rPr>
          <w:u w:val="single"/>
        </w:rPr>
      </w:pPr>
      <w:bookmarkStart w:id="45" w:name="_Toc232406146"/>
      <w:r w:rsidRPr="00B77100">
        <w:rPr>
          <w:u w:val="single"/>
        </w:rPr>
        <w:t>ACB</w:t>
      </w:r>
      <w:r w:rsidR="007E2272" w:rsidRPr="00B77100">
        <w:rPr>
          <w:u w:val="single"/>
        </w:rPr>
        <w:t xml:space="preserve"> </w:t>
      </w:r>
      <w:r w:rsidRPr="00B77100">
        <w:rPr>
          <w:u w:val="single"/>
        </w:rPr>
        <w:t>N</w:t>
      </w:r>
      <w:r w:rsidR="007E2272" w:rsidRPr="00B77100">
        <w:rPr>
          <w:u w:val="single"/>
        </w:rPr>
        <w:t xml:space="preserve">ext </w:t>
      </w:r>
      <w:r w:rsidRPr="00B77100">
        <w:rPr>
          <w:u w:val="single"/>
        </w:rPr>
        <w:t>G</w:t>
      </w:r>
      <w:bookmarkEnd w:id="44"/>
      <w:r w:rsidR="007E2272" w:rsidRPr="00B77100">
        <w:rPr>
          <w:u w:val="single"/>
        </w:rPr>
        <w:t>eneration</w:t>
      </w:r>
      <w:bookmarkEnd w:id="45"/>
    </w:p>
    <w:p w14:paraId="32E8795B" w14:textId="05AEF25D" w:rsidR="00D027CC" w:rsidRPr="00B77100" w:rsidRDefault="00D027CC" w:rsidP="009E7A4A">
      <w:r w:rsidRPr="00B77100">
        <w:t>ACB</w:t>
      </w:r>
      <w:r w:rsidR="00272393" w:rsidRPr="00B77100">
        <w:t>NG</w:t>
      </w:r>
      <w:r w:rsidRPr="00B77100">
        <w:t xml:space="preserve"> President: Kristen Kelling</w:t>
      </w:r>
    </w:p>
    <w:p w14:paraId="1B846E14" w14:textId="417EA833" w:rsidR="00D027CC" w:rsidRPr="00B77100" w:rsidRDefault="00D027CC" w:rsidP="009E7A4A">
      <w:r w:rsidRPr="00B77100">
        <w:t>Convention Program Chair: Amanda Selm</w:t>
      </w:r>
    </w:p>
    <w:p w14:paraId="427FBCD3" w14:textId="77777777" w:rsidR="00D027CC" w:rsidRPr="00B77100" w:rsidRDefault="00D027CC" w:rsidP="009E7A4A">
      <w:r w:rsidRPr="00B77100">
        <w:t>Affiliate Donation: $10</w:t>
      </w:r>
    </w:p>
    <w:p w14:paraId="43027296" w14:textId="5D820FBC" w:rsidR="00D027CC" w:rsidRPr="00B77100" w:rsidRDefault="00D027CC" w:rsidP="00247F66">
      <w:pPr>
        <w:ind w:left="0" w:firstLine="0"/>
      </w:pPr>
      <w:r>
        <w:t>With your donation</w:t>
      </w:r>
      <w:r w:rsidR="1AF9B589">
        <w:t>,</w:t>
      </w:r>
      <w:r>
        <w:t xml:space="preserve"> you will be eligible to win door prizes.</w:t>
      </w:r>
    </w:p>
    <w:p w14:paraId="4AF852F8" w14:textId="77777777" w:rsidR="00247F66" w:rsidRPr="00B77100" w:rsidRDefault="00247F66" w:rsidP="00247F66">
      <w:pPr>
        <w:ind w:left="0" w:firstLine="0"/>
      </w:pPr>
    </w:p>
    <w:p w14:paraId="33B55836" w14:textId="48CC2770" w:rsidR="00533E2A" w:rsidRPr="00B77100" w:rsidRDefault="00533E2A" w:rsidP="009E7A4A">
      <w:pPr>
        <w:pStyle w:val="BodyText"/>
        <w:rPr>
          <w:b/>
          <w:bCs/>
        </w:rPr>
      </w:pPr>
      <w:r w:rsidRPr="00B77100">
        <w:rPr>
          <w:b/>
          <w:bCs/>
        </w:rPr>
        <w:t>Thursday, July 16</w:t>
      </w:r>
    </w:p>
    <w:p w14:paraId="633DE085" w14:textId="498539D6" w:rsidR="00C65DAE" w:rsidRDefault="00C65DAE" w:rsidP="009E7A4A">
      <w:r w:rsidRPr="14638D2A">
        <w:rPr>
          <w:lang w:val="ca-ES"/>
        </w:rPr>
        <w:t xml:space="preserve">11:30 am </w:t>
      </w:r>
      <w:r w:rsidR="00F5559D" w:rsidRPr="14638D2A">
        <w:rPr>
          <w:lang w:val="ca-ES"/>
        </w:rPr>
        <w:t>-</w:t>
      </w:r>
      <w:r w:rsidRPr="14638D2A">
        <w:rPr>
          <w:lang w:val="ca-ES"/>
        </w:rPr>
        <w:t xml:space="preserve"> 12:45 pm: </w:t>
      </w:r>
      <w:r>
        <w:t>Moving Forward from Job Loss</w:t>
      </w:r>
      <w:r w:rsidRPr="14638D2A">
        <w:rPr>
          <w:lang w:val="ca-ES"/>
        </w:rPr>
        <w:t>; Virtual</w:t>
      </w:r>
      <w:r>
        <w:br/>
      </w:r>
      <w:r>
        <w:br/>
        <w:t>Co-sponsored by ACBNG, ACBS and ACB Employment Committee</w:t>
      </w:r>
      <w:r w:rsidR="7B27CB75">
        <w:t xml:space="preserve">. </w:t>
      </w:r>
      <w:r w:rsidR="00E031F7">
        <w:t>For session details</w:t>
      </w:r>
      <w:r w:rsidR="2E4FEB31">
        <w:t>,</w:t>
      </w:r>
      <w:r w:rsidR="00E031F7">
        <w:t xml:space="preserve"> s</w:t>
      </w:r>
      <w:r w:rsidR="0080721C">
        <w:t>ee Employment Committee</w:t>
      </w:r>
      <w:r w:rsidR="00561B8D">
        <w:t>.</w:t>
      </w:r>
    </w:p>
    <w:p w14:paraId="6C37A239" w14:textId="77777777" w:rsidR="004E374A" w:rsidRPr="00B77100" w:rsidRDefault="004E374A" w:rsidP="009E7A4A">
      <w:pPr>
        <w:rPr>
          <w:lang w:val="ca-ES"/>
        </w:rPr>
      </w:pPr>
    </w:p>
    <w:p w14:paraId="41BC4CE4" w14:textId="1959176D" w:rsidR="001C0FE0" w:rsidRPr="00B77100" w:rsidRDefault="00D027CC" w:rsidP="009E7A4A">
      <w:pPr>
        <w:pStyle w:val="BodyText"/>
        <w:rPr>
          <w:b/>
          <w:bCs/>
        </w:rPr>
      </w:pPr>
      <w:r w:rsidRPr="00B77100">
        <w:rPr>
          <w:b/>
          <w:bCs/>
        </w:rPr>
        <w:t>Friday</w:t>
      </w:r>
      <w:r w:rsidR="001C0FE0" w:rsidRPr="00B77100">
        <w:rPr>
          <w:b/>
          <w:bCs/>
        </w:rPr>
        <w:t>, Ju</w:t>
      </w:r>
      <w:r w:rsidRPr="00B77100">
        <w:rPr>
          <w:b/>
          <w:bCs/>
        </w:rPr>
        <w:t>ly</w:t>
      </w:r>
      <w:r w:rsidR="001C0FE0" w:rsidRPr="00B77100">
        <w:rPr>
          <w:b/>
          <w:bCs/>
        </w:rPr>
        <w:t xml:space="preserve"> </w:t>
      </w:r>
      <w:r w:rsidRPr="00B77100">
        <w:rPr>
          <w:b/>
          <w:bCs/>
        </w:rPr>
        <w:t>17</w:t>
      </w:r>
    </w:p>
    <w:p w14:paraId="5C59CF43" w14:textId="109B5AC7" w:rsidR="0080721C" w:rsidRPr="00B77100" w:rsidRDefault="00FB43B6" w:rsidP="0080721C">
      <w:r w:rsidRPr="14638D2A">
        <w:rPr>
          <w:lang w:val="ca-ES"/>
        </w:rPr>
        <w:t xml:space="preserve">11:30 am </w:t>
      </w:r>
      <w:r w:rsidR="00F5559D" w:rsidRPr="14638D2A">
        <w:rPr>
          <w:lang w:val="ca-ES"/>
        </w:rPr>
        <w:t>-</w:t>
      </w:r>
      <w:r w:rsidRPr="14638D2A">
        <w:rPr>
          <w:lang w:val="ca-ES"/>
        </w:rPr>
        <w:t xml:space="preserve"> 12:45 pm: </w:t>
      </w:r>
      <w:r>
        <w:t>Workplace Etiquette</w:t>
      </w:r>
      <w:r w:rsidRPr="14638D2A">
        <w:rPr>
          <w:lang w:val="ca-ES"/>
        </w:rPr>
        <w:t>; Virtual</w:t>
      </w:r>
      <w:r>
        <w:br/>
      </w:r>
      <w:r>
        <w:br/>
        <w:t>Co-sponsored by ACBNG, ACBS, and ACB Employment Committee</w:t>
      </w:r>
      <w:r w:rsidR="5BFAFEC2">
        <w:t>. F</w:t>
      </w:r>
      <w:r w:rsidR="00E031F7">
        <w:t>or session details</w:t>
      </w:r>
      <w:r w:rsidR="0F5F8FD0">
        <w:t>,</w:t>
      </w:r>
      <w:r w:rsidR="00E031F7">
        <w:t xml:space="preserve"> s</w:t>
      </w:r>
      <w:r w:rsidR="0080721C">
        <w:t>ee Employment Committee</w:t>
      </w:r>
      <w:r w:rsidR="73464E77">
        <w:t>.</w:t>
      </w:r>
    </w:p>
    <w:p w14:paraId="763B4382" w14:textId="77777777" w:rsidR="00533E2A" w:rsidRPr="00B77100" w:rsidRDefault="00533E2A" w:rsidP="009E7A4A">
      <w:pPr>
        <w:rPr>
          <w:lang w:val="ca-ES"/>
        </w:rPr>
      </w:pPr>
    </w:p>
    <w:p w14:paraId="1A4241C8" w14:textId="27C98289" w:rsidR="00D027CC" w:rsidRPr="00B77100" w:rsidRDefault="00D027CC" w:rsidP="009E7A4A">
      <w:r w:rsidRPr="00B77100">
        <w:rPr>
          <w:lang w:val="ca-ES"/>
        </w:rPr>
        <w:t xml:space="preserve">1:00 pm </w:t>
      </w:r>
      <w:r w:rsidR="00F5559D" w:rsidRPr="00B77100">
        <w:rPr>
          <w:lang w:val="ca-ES"/>
        </w:rPr>
        <w:t>-</w:t>
      </w:r>
      <w:r w:rsidRPr="00B77100">
        <w:rPr>
          <w:lang w:val="ca-ES"/>
        </w:rPr>
        <w:t xml:space="preserve"> 2:15 pm: </w:t>
      </w:r>
      <w:r w:rsidRPr="00B77100">
        <w:t>Why You Need a Better Money Plan and How YNABs Five Questions Can Help Your Finances Soar</w:t>
      </w:r>
      <w:r w:rsidRPr="00B77100">
        <w:rPr>
          <w:lang w:val="ca-ES"/>
        </w:rPr>
        <w:t>; Virtual</w:t>
      </w:r>
      <w:r w:rsidR="00782C70" w:rsidRPr="00B77100">
        <w:rPr>
          <w:lang w:val="ca-ES"/>
        </w:rPr>
        <w:br/>
      </w:r>
      <w:r w:rsidR="007B1198" w:rsidRPr="00B77100">
        <w:rPr>
          <w:lang w:val="ca-ES"/>
        </w:rPr>
        <w:br/>
      </w:r>
      <w:r w:rsidRPr="00B77100">
        <w:t xml:space="preserve">Does your budget look good on paper but fall apart in real life? Join Moe Carpenter, AFC and Certified YNAB Spendfulness Coach, to discover a better way to manage your money. We’ll examine YNAB’s five questions and how they can help you build a stronger plan, spend more mindfully, and make your finances truly soar to new heights. </w:t>
      </w:r>
    </w:p>
    <w:p w14:paraId="564A6CF4" w14:textId="77777777" w:rsidR="00D027CC" w:rsidRDefault="00D027CC" w:rsidP="009E7A4A"/>
    <w:p w14:paraId="6E0C4294" w14:textId="39E7246F" w:rsidR="007C7CAC" w:rsidRPr="00B77100" w:rsidRDefault="007C7CAC" w:rsidP="009E7A4A">
      <w:r>
        <w:t xml:space="preserve">5:00 pm </w:t>
      </w:r>
      <w:r w:rsidR="00F5559D">
        <w:t>-</w:t>
      </w:r>
      <w:r>
        <w:t xml:space="preserve"> 6:45 pm: Boomers </w:t>
      </w:r>
      <w:r w:rsidR="29979E4F">
        <w:t>vs.</w:t>
      </w:r>
      <w:r>
        <w:t xml:space="preserve"> NextGen; Virtual</w:t>
      </w:r>
      <w:r>
        <w:br/>
      </w:r>
      <w:r>
        <w:br/>
        <w:t xml:space="preserve">It’s the Generational Showdown of the year! Prepare for trivia questions that bridge the age gap. Prepare to be challenged and even learn a thing or two. </w:t>
      </w:r>
      <w:r>
        <w:br/>
      </w:r>
      <w:r>
        <w:br/>
      </w:r>
      <w:r w:rsidR="00533E2A">
        <w:t>Co-</w:t>
      </w:r>
      <w:r>
        <w:t xml:space="preserve">sponsored by </w:t>
      </w:r>
      <w:r w:rsidR="00533E2A">
        <w:t xml:space="preserve">AAVL and ACBNG. </w:t>
      </w:r>
      <w:r>
        <w:t>Non-members welcome.</w:t>
      </w:r>
    </w:p>
    <w:p w14:paraId="6099D714" w14:textId="77777777" w:rsidR="007C7CAC" w:rsidRPr="00B77100" w:rsidRDefault="007C7CAC" w:rsidP="009E7A4A">
      <w:pPr>
        <w:pStyle w:val="BodyText"/>
        <w:rPr>
          <w:b/>
          <w:bCs/>
        </w:rPr>
      </w:pPr>
    </w:p>
    <w:p w14:paraId="6E6B2587" w14:textId="71ECED8A" w:rsidR="001C0FE0" w:rsidRPr="00B77100" w:rsidRDefault="001C0FE0" w:rsidP="009E7A4A">
      <w:pPr>
        <w:pStyle w:val="BodyText"/>
        <w:rPr>
          <w:b/>
          <w:bCs/>
        </w:rPr>
      </w:pPr>
      <w:r w:rsidRPr="00B77100">
        <w:rPr>
          <w:b/>
          <w:bCs/>
        </w:rPr>
        <w:t>Friday, Ju</w:t>
      </w:r>
      <w:r w:rsidR="007C7CAC" w:rsidRPr="00B77100">
        <w:rPr>
          <w:b/>
          <w:bCs/>
        </w:rPr>
        <w:t>ly</w:t>
      </w:r>
      <w:r w:rsidRPr="00B77100">
        <w:rPr>
          <w:b/>
          <w:bCs/>
        </w:rPr>
        <w:t xml:space="preserve"> 2</w:t>
      </w:r>
      <w:r w:rsidR="007C7CAC" w:rsidRPr="00B77100">
        <w:rPr>
          <w:b/>
          <w:bCs/>
        </w:rPr>
        <w:t>4</w:t>
      </w:r>
    </w:p>
    <w:p w14:paraId="48930A4B" w14:textId="6E1E09C2" w:rsidR="00A131A6" w:rsidRPr="00B77100" w:rsidRDefault="007C7CAC" w:rsidP="14638D2A">
      <w:r w:rsidRPr="14638D2A">
        <w:rPr>
          <w:lang w:val="ca-ES"/>
        </w:rPr>
        <w:t xml:space="preserve">5:30 pm </w:t>
      </w:r>
      <w:r w:rsidR="00F5559D" w:rsidRPr="14638D2A">
        <w:rPr>
          <w:lang w:val="ca-ES"/>
        </w:rPr>
        <w:t>-</w:t>
      </w:r>
      <w:r w:rsidRPr="14638D2A">
        <w:rPr>
          <w:lang w:val="ca-ES"/>
        </w:rPr>
        <w:t xml:space="preserve"> 6:45 pm: </w:t>
      </w:r>
      <w:r>
        <w:t>Leadership Linkup 2.0</w:t>
      </w:r>
      <w:r w:rsidR="00702967">
        <w:t>;</w:t>
      </w:r>
      <w:r>
        <w:t xml:space="preserve"> Ready Set Network</w:t>
      </w:r>
      <w:r w:rsidRPr="14638D2A">
        <w:rPr>
          <w:lang w:val="ca-ES"/>
        </w:rPr>
        <w:t xml:space="preserve">; </w:t>
      </w:r>
      <w:r w:rsidR="00CF4976" w:rsidRPr="14638D2A">
        <w:rPr>
          <w:lang w:val="ca-ES"/>
        </w:rPr>
        <w:t>OnSite</w:t>
      </w:r>
      <w:r w:rsidR="005D384E" w:rsidRPr="14638D2A">
        <w:rPr>
          <w:lang w:val="ca-ES"/>
        </w:rPr>
        <w:t>; Sterling 6</w:t>
      </w:r>
      <w:r>
        <w:br/>
      </w:r>
      <w:r>
        <w:br/>
      </w:r>
      <w:r w:rsidR="00FE7221">
        <w:t>Step into the Leadership arena and network with leaders of the American Council of the Blind. This is your opportunity to connect directly with the heart of ACB leadership. You will be paired with an emerging leader and move through fast-paced and meaningful conversations with dynamic ACB leaders all in one room. This is an invitation</w:t>
      </w:r>
      <w:r w:rsidR="718F0CB5">
        <w:t>-</w:t>
      </w:r>
      <w:r w:rsidR="00FE7221">
        <w:t xml:space="preserve">only event, and signing up ahead is required as space is limited. </w:t>
      </w:r>
      <w:r>
        <w:br/>
      </w:r>
      <w:hyperlink r:id="rId17">
        <w:r w:rsidR="00FE7221" w:rsidRPr="14638D2A">
          <w:rPr>
            <w:rStyle w:val="Hyperlink"/>
            <w:color w:val="auto"/>
            <w:u w:val="none"/>
          </w:rPr>
          <w:t>ACBNextGen@gmail.com</w:t>
        </w:r>
      </w:hyperlink>
      <w:r w:rsidR="00FE7221">
        <w:t xml:space="preserve">. Please be sure to include your name, email address, and phone number when signing up. Location details will be shared with confirmed participants prior to the event. </w:t>
      </w:r>
      <w:r w:rsidR="00533E2A">
        <w:t>Co-</w:t>
      </w:r>
      <w:r>
        <w:t xml:space="preserve">sponsored by </w:t>
      </w:r>
      <w:r w:rsidR="00533E2A">
        <w:t>ACBNG</w:t>
      </w:r>
      <w:r>
        <w:t xml:space="preserve"> and ACB’s Berl Colley Leadership </w:t>
      </w:r>
      <w:r w:rsidR="004F16DA">
        <w:t>Committee</w:t>
      </w:r>
      <w:r w:rsidR="52522861">
        <w:t>.</w:t>
      </w:r>
    </w:p>
    <w:p w14:paraId="0E4DAFF7" w14:textId="77777777" w:rsidR="00E031F7" w:rsidRPr="00B77100" w:rsidRDefault="00E031F7" w:rsidP="009E7A4A"/>
    <w:p w14:paraId="0BC0E773" w14:textId="61DE3F40" w:rsidR="00D2172E" w:rsidRPr="00B77100" w:rsidRDefault="00D2172E" w:rsidP="009E7A4A">
      <w:pPr>
        <w:rPr>
          <w:lang w:val="ca-ES"/>
        </w:rPr>
      </w:pPr>
      <w:r w:rsidRPr="00B77100">
        <w:rPr>
          <w:lang w:val="ca-ES"/>
        </w:rPr>
        <w:t xml:space="preserve">7:00 pm </w:t>
      </w:r>
      <w:r w:rsidR="00F5559D" w:rsidRPr="00B77100">
        <w:rPr>
          <w:lang w:val="ca-ES"/>
        </w:rPr>
        <w:t>-</w:t>
      </w:r>
      <w:r w:rsidRPr="00B77100">
        <w:rPr>
          <w:lang w:val="ca-ES"/>
        </w:rPr>
        <w:t xml:space="preserve"> 9:00 pm: </w:t>
      </w:r>
      <w:r w:rsidRPr="00B77100">
        <w:t>Rise Together Convention Kickoff</w:t>
      </w:r>
      <w:r w:rsidRPr="00B77100">
        <w:rPr>
          <w:lang w:val="ca-ES"/>
        </w:rPr>
        <w:t xml:space="preserve">; </w:t>
      </w:r>
      <w:r w:rsidR="00CF4976" w:rsidRPr="00B77100">
        <w:rPr>
          <w:lang w:val="ca-ES"/>
        </w:rPr>
        <w:t>OnSite</w:t>
      </w:r>
      <w:r w:rsidRPr="00B77100">
        <w:rPr>
          <w:lang w:val="ca-ES"/>
        </w:rPr>
        <w:t xml:space="preserve">; </w:t>
      </w:r>
      <w:r w:rsidR="005D384E" w:rsidRPr="00B77100">
        <w:rPr>
          <w:lang w:val="ca-ES"/>
        </w:rPr>
        <w:t>Gateway East</w:t>
      </w:r>
      <w:r w:rsidR="00782C70" w:rsidRPr="00B77100">
        <w:rPr>
          <w:lang w:val="ca-ES"/>
        </w:rPr>
        <w:br/>
      </w:r>
      <w:r w:rsidR="007B1198" w:rsidRPr="00B77100">
        <w:rPr>
          <w:lang w:val="ca-ES"/>
        </w:rPr>
        <w:br/>
      </w:r>
      <w:r w:rsidRPr="00B77100">
        <w:t>Get ready to kick off the ACB Conference and Convention with energy, connection, and excitement! Join ACB Next Generation and ACB Students for a high-energy Convention Kickoff that brings together the spirit of a pep rally with the fun of a dance</w:t>
      </w:r>
      <w:r w:rsidR="002A377B" w:rsidRPr="00B77100">
        <w:t xml:space="preserve"> </w:t>
      </w:r>
      <w:r w:rsidR="00782C70" w:rsidRPr="00B77100">
        <w:t>-</w:t>
      </w:r>
      <w:r w:rsidR="002A377B" w:rsidRPr="00B77100">
        <w:t xml:space="preserve"> </w:t>
      </w:r>
      <w:r w:rsidRPr="00B77100">
        <w:t>all</w:t>
      </w:r>
      <w:r w:rsidR="002A377B" w:rsidRPr="00B77100">
        <w:t xml:space="preserve"> </w:t>
      </w:r>
      <w:r w:rsidRPr="00B77100">
        <w:t xml:space="preserve">packed into two unforgettable hours. This interactive event is designed to uplift, energize, and connect attendees from across the ACB community. Hear from some of your favorite ACB leaders as they share words of encouragement and inspiration to start your convention experience strong. Then, get up and get moving with fun, audio-described dances that everyone can enjoy: no experience needed, just bring your enthusiasm! Throughout the event, you’ll also have plenty of opportunities to socialize with friends, meet new people, and build meaningful connections. Whether you’re a first-time attendee or a longtime member, this is the perfect way to jumpstart </w:t>
      </w:r>
      <w:r w:rsidRPr="00D2172E">
        <w:t xml:space="preserve">your convention experience. Come ready to move, connect, and </w:t>
      </w:r>
      <w:r w:rsidRPr="00B77100">
        <w:t>celebrate.</w:t>
      </w:r>
    </w:p>
    <w:p w14:paraId="14470151" w14:textId="77777777" w:rsidR="00D2172E" w:rsidRPr="00B77100" w:rsidRDefault="00D2172E" w:rsidP="009E7A4A">
      <w:pPr>
        <w:rPr>
          <w:lang w:val="ca-ES"/>
        </w:rPr>
      </w:pPr>
    </w:p>
    <w:p w14:paraId="4BFEA7ED" w14:textId="458FF56E" w:rsidR="001C0FE0" w:rsidRPr="00B77100" w:rsidRDefault="001C0FE0" w:rsidP="009E7A4A">
      <w:pPr>
        <w:pStyle w:val="BodyText"/>
        <w:rPr>
          <w:b/>
          <w:bCs/>
        </w:rPr>
      </w:pPr>
      <w:r w:rsidRPr="00B77100">
        <w:rPr>
          <w:b/>
          <w:bCs/>
        </w:rPr>
        <w:t>Saturday, Ju</w:t>
      </w:r>
      <w:r w:rsidR="00D2172E" w:rsidRPr="00B77100">
        <w:rPr>
          <w:b/>
          <w:bCs/>
        </w:rPr>
        <w:t>ly 25</w:t>
      </w:r>
    </w:p>
    <w:p w14:paraId="4616EDD5" w14:textId="068202F1" w:rsidR="004F16DA" w:rsidRPr="00B77100" w:rsidRDefault="00D2172E" w:rsidP="004F16DA">
      <w:r w:rsidRPr="00B77100">
        <w:rPr>
          <w:lang w:val="ca-ES"/>
        </w:rPr>
        <w:t xml:space="preserve">5:00 pm </w:t>
      </w:r>
      <w:r w:rsidR="00F5559D" w:rsidRPr="00B77100">
        <w:rPr>
          <w:lang w:val="ca-ES"/>
        </w:rPr>
        <w:t>-</w:t>
      </w:r>
      <w:r w:rsidRPr="00B77100">
        <w:rPr>
          <w:lang w:val="ca-ES"/>
        </w:rPr>
        <w:t xml:space="preserve"> 6:15 pm: </w:t>
      </w:r>
      <w:r w:rsidRPr="00B77100">
        <w:t>Stepping into Social Confidence</w:t>
      </w:r>
      <w:r w:rsidRPr="00B77100">
        <w:rPr>
          <w:lang w:val="ca-ES"/>
        </w:rPr>
        <w:t xml:space="preserve">; </w:t>
      </w:r>
      <w:r w:rsidR="002F0B1C" w:rsidRPr="00B77100">
        <w:rPr>
          <w:lang w:val="ca-ES"/>
        </w:rPr>
        <w:t>Hybrid</w:t>
      </w:r>
      <w:r w:rsidRPr="00B77100">
        <w:rPr>
          <w:lang w:val="ca-ES"/>
        </w:rPr>
        <w:t xml:space="preserve">; </w:t>
      </w:r>
      <w:r w:rsidR="005D384E" w:rsidRPr="00B77100">
        <w:rPr>
          <w:lang w:val="ca-ES"/>
        </w:rPr>
        <w:t>Mills 3</w:t>
      </w:r>
      <w:r w:rsidR="004F16DA" w:rsidRPr="00B77100">
        <w:rPr>
          <w:lang w:val="ca-ES"/>
        </w:rPr>
        <w:br/>
      </w:r>
      <w:r w:rsidR="004F16DA" w:rsidRPr="00B77100">
        <w:rPr>
          <w:lang w:val="ca-ES"/>
        </w:rPr>
        <w:br/>
      </w:r>
      <w:r w:rsidR="004F16DA" w:rsidRPr="00B77100">
        <w:t>Join ACB Next Generation, ACB Students, and the Alliance on Aging and Vision Loss for an interactive, in-person session focused on navigating real-life social situations with confidence. From work gatherings and family events to community activities and social outings, this session will explore practical strategies for handling a variety of environments. Through guided activities and group discussion, participants will practice introductions, conversations, and ways to navigate common challenges without relying on visual cues. This session is designed to help you build confidence, strengthen communication skills, and feel more comfortable engaging in social spaces of all kinds.</w:t>
      </w:r>
    </w:p>
    <w:p w14:paraId="78AECEEE" w14:textId="77777777" w:rsidR="004F16DA" w:rsidRPr="00B77100" w:rsidRDefault="004F16DA" w:rsidP="004F16DA"/>
    <w:p w14:paraId="67967CBE" w14:textId="02A4853E" w:rsidR="001C0FE0" w:rsidRPr="00B77100" w:rsidRDefault="00D2172E" w:rsidP="009E7A4A">
      <w:r w:rsidRPr="00B77100">
        <w:rPr>
          <w:b/>
          <w:bCs/>
        </w:rPr>
        <w:t>Sunday, July 26</w:t>
      </w:r>
    </w:p>
    <w:p w14:paraId="7DF98FFD" w14:textId="1FBF12DE" w:rsidR="00097A69" w:rsidRPr="00B77100" w:rsidRDefault="00D2172E" w:rsidP="009E7A4A">
      <w:r w:rsidRPr="14638D2A">
        <w:rPr>
          <w:lang w:val="ca-ES"/>
        </w:rPr>
        <w:t xml:space="preserve">5:00 pm </w:t>
      </w:r>
      <w:r w:rsidR="00F5559D" w:rsidRPr="14638D2A">
        <w:rPr>
          <w:lang w:val="ca-ES"/>
        </w:rPr>
        <w:t>-</w:t>
      </w:r>
      <w:r w:rsidRPr="14638D2A">
        <w:rPr>
          <w:lang w:val="ca-ES"/>
        </w:rPr>
        <w:t xml:space="preserve"> 6:15 pm: </w:t>
      </w:r>
      <w:r w:rsidR="00097A69">
        <w:t>Becoming WELL: What We Can Do to Help Build Each Other Up in Life and Community</w:t>
      </w:r>
      <w:r w:rsidRPr="14638D2A">
        <w:rPr>
          <w:lang w:val="ca-ES"/>
        </w:rPr>
        <w:t xml:space="preserve">; </w:t>
      </w:r>
      <w:r w:rsidR="00097A69" w:rsidRPr="14638D2A">
        <w:rPr>
          <w:lang w:val="ca-ES"/>
        </w:rPr>
        <w:t xml:space="preserve">Hybrid; </w:t>
      </w:r>
      <w:r w:rsidR="005D384E" w:rsidRPr="14638D2A">
        <w:rPr>
          <w:lang w:val="ca-ES"/>
        </w:rPr>
        <w:t>Mills 3</w:t>
      </w:r>
      <w:r>
        <w:br/>
      </w:r>
      <w:r w:rsidR="00097A69">
        <w:t>WELL is an acronym that stands for wisdom, encouragement, listening, and learning. Life can be demanding and exhausting, but even in the midst of busy days and personal challenges, you can still be W.E.L.L. and treat others well too. These four areas can help guide us in how we show up for one another, strengthen our relationships, and create meaningful connections within our communities. Join us as we explore practical ways to lead with wisdom, offer encouragement, truly listen, and remain open to learning from the people around us. Together, we’ll discover how these simple yet powerful practices can help us build each other up, foster belonging, and create a stronger, more supportive community.  </w:t>
      </w:r>
    </w:p>
    <w:p w14:paraId="0039F712" w14:textId="77777777" w:rsidR="00533E2A" w:rsidRPr="00B77100" w:rsidRDefault="00533E2A" w:rsidP="009E7A4A"/>
    <w:p w14:paraId="5527BD05" w14:textId="74050912" w:rsidR="001C0FE0" w:rsidRPr="00B77100" w:rsidRDefault="00533E2A" w:rsidP="009E7A4A">
      <w:pPr>
        <w:rPr>
          <w:b/>
          <w:bCs/>
        </w:rPr>
      </w:pPr>
      <w:r w:rsidRPr="00B77100">
        <w:rPr>
          <w:b/>
          <w:bCs/>
        </w:rPr>
        <w:t>Monday</w:t>
      </w:r>
      <w:r w:rsidR="001C0FE0" w:rsidRPr="00B77100">
        <w:rPr>
          <w:b/>
          <w:bCs/>
        </w:rPr>
        <w:t xml:space="preserve">, July </w:t>
      </w:r>
      <w:r w:rsidRPr="00B77100">
        <w:rPr>
          <w:b/>
          <w:bCs/>
        </w:rPr>
        <w:t>27</w:t>
      </w:r>
    </w:p>
    <w:p w14:paraId="39DDC1E1" w14:textId="328D8FFF" w:rsidR="001C0FE0" w:rsidRPr="00B77100" w:rsidRDefault="00533E2A" w:rsidP="009E7A4A">
      <w:pPr>
        <w:rPr>
          <w:lang w:val="ca-ES"/>
        </w:rPr>
      </w:pPr>
      <w:r w:rsidRPr="14638D2A">
        <w:rPr>
          <w:lang w:val="ca-ES"/>
        </w:rPr>
        <w:t xml:space="preserve">3:00 pm </w:t>
      </w:r>
      <w:r w:rsidR="00F5559D" w:rsidRPr="14638D2A">
        <w:rPr>
          <w:lang w:val="ca-ES"/>
        </w:rPr>
        <w:t>-</w:t>
      </w:r>
      <w:r w:rsidRPr="14638D2A">
        <w:rPr>
          <w:lang w:val="ca-ES"/>
        </w:rPr>
        <w:t xml:space="preserve"> </w:t>
      </w:r>
      <w:r w:rsidR="00CD26D8" w:rsidRPr="14638D2A">
        <w:rPr>
          <w:lang w:val="ca-ES"/>
        </w:rPr>
        <w:t>4</w:t>
      </w:r>
      <w:r w:rsidRPr="14638D2A">
        <w:rPr>
          <w:lang w:val="ca-ES"/>
        </w:rPr>
        <w:t xml:space="preserve">:15 pm: </w:t>
      </w:r>
      <w:r>
        <w:t>Interviewing Skills Workshop</w:t>
      </w:r>
      <w:r w:rsidRPr="14638D2A">
        <w:rPr>
          <w:lang w:val="ca-ES"/>
        </w:rPr>
        <w:t xml:space="preserve">; </w:t>
      </w:r>
      <w:r w:rsidR="00CF4976" w:rsidRPr="14638D2A">
        <w:rPr>
          <w:lang w:val="ca-ES"/>
        </w:rPr>
        <w:t>OnSite</w:t>
      </w:r>
      <w:r w:rsidR="00623752" w:rsidRPr="14638D2A">
        <w:rPr>
          <w:lang w:val="ca-ES"/>
        </w:rPr>
        <w:t>;</w:t>
      </w:r>
      <w:r w:rsidRPr="14638D2A">
        <w:rPr>
          <w:lang w:val="ca-ES"/>
        </w:rPr>
        <w:t xml:space="preserve"> </w:t>
      </w:r>
      <w:r w:rsidR="00DC6B47" w:rsidRPr="14638D2A">
        <w:rPr>
          <w:lang w:val="ca-ES"/>
        </w:rPr>
        <w:t>Mills 5</w:t>
      </w:r>
      <w:r>
        <w:br/>
      </w:r>
      <w:r>
        <w:br/>
        <w:t>Co-sponsored by ACBNG</w:t>
      </w:r>
      <w:r w:rsidR="00B13241">
        <w:t>, ACBS</w:t>
      </w:r>
      <w:r>
        <w:t xml:space="preserve"> and ACB Employment Committee.</w:t>
      </w:r>
      <w:r w:rsidR="462F049A">
        <w:t xml:space="preserve"> </w:t>
      </w:r>
      <w:r w:rsidR="00E031F7">
        <w:t>For session details</w:t>
      </w:r>
      <w:r w:rsidR="2856CFB2">
        <w:t>,</w:t>
      </w:r>
      <w:r w:rsidR="00E031F7">
        <w:t xml:space="preserve"> s</w:t>
      </w:r>
      <w:r w:rsidR="00D65F96">
        <w:t>ee ACB Employment Committee</w:t>
      </w:r>
      <w:r w:rsidR="2856CFB2">
        <w:t>.</w:t>
      </w:r>
      <w:r w:rsidR="00D65F96">
        <w:t xml:space="preserve"> </w:t>
      </w:r>
    </w:p>
    <w:p w14:paraId="2BA02588" w14:textId="77777777" w:rsidR="001C0FE0" w:rsidRDefault="001C0FE0" w:rsidP="009E7A4A"/>
    <w:p w14:paraId="39CCACB2" w14:textId="73299737" w:rsidR="001C0FE0" w:rsidRPr="002D49ED" w:rsidRDefault="001C0FE0" w:rsidP="009E7A4A">
      <w:pPr>
        <w:pStyle w:val="Heading2"/>
        <w:rPr>
          <w:u w:val="single"/>
        </w:rPr>
      </w:pPr>
      <w:bookmarkStart w:id="46" w:name="_Toc198814966"/>
      <w:bookmarkStart w:id="47" w:name="_Toc232406147"/>
      <w:r w:rsidRPr="002D49ED">
        <w:rPr>
          <w:u w:val="single"/>
        </w:rPr>
        <w:t>ACB</w:t>
      </w:r>
      <w:r w:rsidR="007E2272" w:rsidRPr="002D49ED">
        <w:rPr>
          <w:u w:val="single"/>
        </w:rPr>
        <w:t xml:space="preserve"> </w:t>
      </w:r>
      <w:r w:rsidRPr="002D49ED">
        <w:rPr>
          <w:u w:val="single"/>
        </w:rPr>
        <w:t>R</w:t>
      </w:r>
      <w:r w:rsidR="007E2272" w:rsidRPr="002D49ED">
        <w:rPr>
          <w:u w:val="single"/>
        </w:rPr>
        <w:t xml:space="preserve">adio </w:t>
      </w:r>
      <w:r w:rsidRPr="002D49ED">
        <w:rPr>
          <w:u w:val="single"/>
        </w:rPr>
        <w:t>A</w:t>
      </w:r>
      <w:bookmarkEnd w:id="46"/>
      <w:r w:rsidR="007E2272" w:rsidRPr="002D49ED">
        <w:rPr>
          <w:u w:val="single"/>
        </w:rPr>
        <w:t>mateurs</w:t>
      </w:r>
      <w:bookmarkEnd w:id="47"/>
    </w:p>
    <w:p w14:paraId="5DBEADBE" w14:textId="2668D137" w:rsidR="00B908B6" w:rsidRPr="00EB0486" w:rsidRDefault="00B908B6" w:rsidP="009E7A4A">
      <w:r>
        <w:t>ACB</w:t>
      </w:r>
      <w:r w:rsidR="00E84F13">
        <w:t>RA</w:t>
      </w:r>
      <w:r w:rsidRPr="00EB0486">
        <w:t xml:space="preserve"> President: </w:t>
      </w:r>
      <w:r w:rsidRPr="00B908B6">
        <w:t>Harvey He</w:t>
      </w:r>
      <w:r w:rsidR="00782C70">
        <w:t>a</w:t>
      </w:r>
      <w:r w:rsidRPr="00B908B6">
        <w:t>gy</w:t>
      </w:r>
    </w:p>
    <w:p w14:paraId="771C47A8" w14:textId="08105584" w:rsidR="00B908B6" w:rsidRPr="00D027CC" w:rsidRDefault="00B908B6" w:rsidP="009E7A4A">
      <w:r w:rsidRPr="00D027CC">
        <w:t xml:space="preserve">Convention Program Chair: </w:t>
      </w:r>
      <w:r w:rsidRPr="00B908B6">
        <w:t>Marcia Moses</w:t>
      </w:r>
    </w:p>
    <w:p w14:paraId="12F5FEFB" w14:textId="082CE3C4" w:rsidR="00B908B6" w:rsidRDefault="00B908B6" w:rsidP="009E7A4A">
      <w:r w:rsidRPr="00EB0486">
        <w:t xml:space="preserve">Affiliate Donation: </w:t>
      </w:r>
      <w:r>
        <w:t>$5</w:t>
      </w:r>
    </w:p>
    <w:p w14:paraId="69C8F728" w14:textId="77777777" w:rsidR="00B908B6" w:rsidRPr="00B77100" w:rsidRDefault="00B908B6" w:rsidP="009E7A4A"/>
    <w:p w14:paraId="7C09FDC7" w14:textId="2BD84972" w:rsidR="001C0FE0" w:rsidRPr="00B77100" w:rsidRDefault="001C0FE0" w:rsidP="009E7A4A">
      <w:pPr>
        <w:rPr>
          <w:b/>
          <w:bCs/>
        </w:rPr>
      </w:pPr>
      <w:r w:rsidRPr="00B77100">
        <w:rPr>
          <w:b/>
          <w:bCs/>
        </w:rPr>
        <w:t>Thursday, Ju</w:t>
      </w:r>
      <w:r w:rsidR="00B908B6" w:rsidRPr="00B77100">
        <w:rPr>
          <w:b/>
          <w:bCs/>
        </w:rPr>
        <w:t>ly 16</w:t>
      </w:r>
    </w:p>
    <w:p w14:paraId="62609D22" w14:textId="707F6761" w:rsidR="00B908B6" w:rsidRPr="00B77100" w:rsidRDefault="00B908B6" w:rsidP="009E7A4A">
      <w:r w:rsidRPr="00B77100">
        <w:rPr>
          <w:lang w:val="ca-ES"/>
        </w:rPr>
        <w:t>1</w:t>
      </w:r>
      <w:r w:rsidR="00181B2A" w:rsidRPr="00B77100">
        <w:rPr>
          <w:lang w:val="ca-ES"/>
        </w:rPr>
        <w:t xml:space="preserve">:00 </w:t>
      </w:r>
      <w:r w:rsidRPr="00B77100">
        <w:rPr>
          <w:lang w:val="ca-ES"/>
        </w:rPr>
        <w:t xml:space="preserve">pm </w:t>
      </w:r>
      <w:r w:rsidR="00F5559D" w:rsidRPr="00B77100">
        <w:rPr>
          <w:lang w:val="ca-ES"/>
        </w:rPr>
        <w:t>-</w:t>
      </w:r>
      <w:r w:rsidRPr="00B77100">
        <w:rPr>
          <w:lang w:val="ca-ES"/>
        </w:rPr>
        <w:t xml:space="preserve"> 2:15 pm: </w:t>
      </w:r>
      <w:r w:rsidRPr="00B77100">
        <w:t>Amateur Digital Communications and the SharkRF M1KE Radioless Hotspot</w:t>
      </w:r>
      <w:r w:rsidRPr="00B77100">
        <w:rPr>
          <w:lang w:val="ca-ES"/>
        </w:rPr>
        <w:t>; Virtual</w:t>
      </w:r>
      <w:r w:rsidR="00FA4630" w:rsidRPr="00B77100">
        <w:rPr>
          <w:lang w:val="ca-ES"/>
        </w:rPr>
        <w:br/>
      </w:r>
      <w:r w:rsidR="007B1198" w:rsidRPr="00B77100">
        <w:rPr>
          <w:lang w:val="ca-ES"/>
        </w:rPr>
        <w:br/>
      </w:r>
      <w:r w:rsidRPr="00B77100">
        <w:t>A brief discussion of amateur digital communication modes and a presentation on the SharkRF M1KE radioless digital hotspot.</w:t>
      </w:r>
      <w:r w:rsidR="00FA4630" w:rsidRPr="00B77100">
        <w:br/>
      </w:r>
      <w:r w:rsidR="007B1198" w:rsidRPr="00B77100">
        <w:br/>
      </w:r>
      <w:r w:rsidRPr="00B77100">
        <w:t>Presenter: John McCann, ACBRA board member, Tucson</w:t>
      </w:r>
      <w:r w:rsidR="00FA4630" w:rsidRPr="00B77100">
        <w:t>,</w:t>
      </w:r>
      <w:r w:rsidRPr="00B77100">
        <w:t xml:space="preserve"> AZ</w:t>
      </w:r>
    </w:p>
    <w:p w14:paraId="5D74B21F" w14:textId="77777777" w:rsidR="001C0FE0" w:rsidRPr="00B77100" w:rsidRDefault="001C0FE0" w:rsidP="009E7A4A">
      <w:pPr>
        <w:rPr>
          <w:lang w:val="ca-ES"/>
        </w:rPr>
      </w:pPr>
    </w:p>
    <w:p w14:paraId="60E23337" w14:textId="68331D35" w:rsidR="001C0FE0" w:rsidRPr="00B77100" w:rsidRDefault="001C0FE0" w:rsidP="009E7A4A">
      <w:pPr>
        <w:pStyle w:val="Heading2"/>
        <w:rPr>
          <w:u w:val="single"/>
        </w:rPr>
      </w:pPr>
      <w:bookmarkStart w:id="48" w:name="_Toc198814967"/>
      <w:bookmarkStart w:id="49" w:name="_Toc232406148"/>
      <w:r w:rsidRPr="00B77100">
        <w:rPr>
          <w:u w:val="single"/>
        </w:rPr>
        <w:t>ACB</w:t>
      </w:r>
      <w:r w:rsidR="007E2272" w:rsidRPr="00B77100">
        <w:rPr>
          <w:u w:val="single"/>
        </w:rPr>
        <w:t xml:space="preserve"> </w:t>
      </w:r>
      <w:r w:rsidRPr="00B77100">
        <w:rPr>
          <w:u w:val="single"/>
        </w:rPr>
        <w:t>S</w:t>
      </w:r>
      <w:bookmarkEnd w:id="48"/>
      <w:r w:rsidR="007E2272" w:rsidRPr="00B77100">
        <w:rPr>
          <w:u w:val="single"/>
        </w:rPr>
        <w:t>tudents</w:t>
      </w:r>
      <w:bookmarkEnd w:id="49"/>
    </w:p>
    <w:p w14:paraId="4015372C" w14:textId="05BF2D27" w:rsidR="00EF2B70" w:rsidRPr="00B77100" w:rsidRDefault="00EF2B70" w:rsidP="009E7A4A">
      <w:r w:rsidRPr="00B77100">
        <w:t>ACB</w:t>
      </w:r>
      <w:r w:rsidR="00F2566B" w:rsidRPr="00B77100">
        <w:t>S</w:t>
      </w:r>
      <w:r w:rsidRPr="00B77100">
        <w:t xml:space="preserve"> President: Ricardo Salazar</w:t>
      </w:r>
    </w:p>
    <w:p w14:paraId="08F2669C" w14:textId="50C5C42F" w:rsidR="00EF2B70" w:rsidRPr="00B77100" w:rsidRDefault="00EF2B70" w:rsidP="009E7A4A">
      <w:r w:rsidRPr="00B77100">
        <w:t>Convention Program Chair: Ricardo Salazar</w:t>
      </w:r>
    </w:p>
    <w:p w14:paraId="5657170F" w14:textId="1A1CE8F8" w:rsidR="00EF2B70" w:rsidRPr="00B77100" w:rsidRDefault="00EF2B70" w:rsidP="009E7A4A">
      <w:r w:rsidRPr="00B77100">
        <w:t>Affiliate Donation: $15</w:t>
      </w:r>
    </w:p>
    <w:p w14:paraId="2B72E6BB" w14:textId="77777777" w:rsidR="00B13241" w:rsidRPr="00B77100" w:rsidRDefault="00B13241" w:rsidP="009E7A4A"/>
    <w:p w14:paraId="05F3CCEA" w14:textId="77777777" w:rsidR="004E7CB1" w:rsidRDefault="004E7CB1">
      <w:pPr>
        <w:rPr>
          <w:b/>
          <w:bCs/>
        </w:rPr>
      </w:pPr>
      <w:r>
        <w:rPr>
          <w:b/>
          <w:bCs/>
        </w:rPr>
        <w:br w:type="page"/>
      </w:r>
    </w:p>
    <w:p w14:paraId="43F56F32" w14:textId="09F137BC" w:rsidR="00EF2B70" w:rsidRPr="00B77100" w:rsidRDefault="00EF2B70" w:rsidP="009E7A4A">
      <w:pPr>
        <w:rPr>
          <w:b/>
          <w:bCs/>
        </w:rPr>
      </w:pPr>
      <w:r w:rsidRPr="00B77100">
        <w:rPr>
          <w:b/>
          <w:bCs/>
        </w:rPr>
        <w:t>Thursday, July 16</w:t>
      </w:r>
    </w:p>
    <w:p w14:paraId="77FBBC7B" w14:textId="2BA0A2BD" w:rsidR="00A131A6" w:rsidRPr="00B77100" w:rsidRDefault="00EF2B70" w:rsidP="14638D2A">
      <w:r w:rsidRPr="14638D2A">
        <w:rPr>
          <w:lang w:val="ca-ES"/>
        </w:rPr>
        <w:t xml:space="preserve">10:00 am </w:t>
      </w:r>
      <w:r w:rsidR="00F5559D" w:rsidRPr="14638D2A">
        <w:rPr>
          <w:lang w:val="ca-ES"/>
        </w:rPr>
        <w:t>-</w:t>
      </w:r>
      <w:r w:rsidRPr="14638D2A">
        <w:rPr>
          <w:lang w:val="ca-ES"/>
        </w:rPr>
        <w:t xml:space="preserve"> 11:15 am: </w:t>
      </w:r>
      <w:r>
        <w:t xml:space="preserve">Exploring AI </w:t>
      </w:r>
      <w:r w:rsidR="6FA2154E">
        <w:t>T</w:t>
      </w:r>
      <w:r>
        <w:t>ools</w:t>
      </w:r>
      <w:r w:rsidR="708334A1">
        <w:t>:</w:t>
      </w:r>
      <w:r>
        <w:t xml:space="preserve"> </w:t>
      </w:r>
      <w:r w:rsidR="00DC6B47">
        <w:t>O</w:t>
      </w:r>
      <w:r>
        <w:t xml:space="preserve">pportunities and </w:t>
      </w:r>
      <w:r w:rsidR="00DC6B47">
        <w:t>R</w:t>
      </w:r>
      <w:r>
        <w:t xml:space="preserve">isks for </w:t>
      </w:r>
      <w:r w:rsidR="00DC6B47">
        <w:t>B</w:t>
      </w:r>
      <w:r>
        <w:t xml:space="preserve">lind </w:t>
      </w:r>
      <w:r w:rsidR="00DC6B47">
        <w:t>S</w:t>
      </w:r>
      <w:r>
        <w:t xml:space="preserve">tudents and </w:t>
      </w:r>
      <w:r w:rsidR="00DC6B47">
        <w:t>B</w:t>
      </w:r>
      <w:r>
        <w:t>eyond</w:t>
      </w:r>
      <w:r w:rsidRPr="14638D2A">
        <w:rPr>
          <w:lang w:val="ca-ES"/>
        </w:rPr>
        <w:t>; Virtual</w:t>
      </w:r>
      <w:r>
        <w:br/>
      </w:r>
      <w:r>
        <w:br/>
        <w:t>Join us for an engaging and practical conversation on how artificial intelligence is transforming accessibility, education, and opportunities for blind students. This session will demystify how AI works, explore its real benefits and risks, and share actionable strategies students can use right now to learn, create, and lead with confidence.</w:t>
      </w:r>
      <w:r>
        <w:br/>
        <w:t>Featuring special guests Ming Fang, faculty member, Florida International University, and Prashant Rajpal, author of Ethical AI Journey Implementing Responsible AI within Real Organizations</w:t>
      </w:r>
      <w:r w:rsidR="00FA4630">
        <w:t>.</w:t>
      </w:r>
      <w:r>
        <w:t xml:space="preserve"> </w:t>
      </w:r>
      <w:r w:rsidR="00FA4630">
        <w:t>T</w:t>
      </w:r>
      <w:r>
        <w:t>he discussion will highlight responsible AI use, ethical considerations, and real-world applications that empower blind students to shape the future rather than fear it.</w:t>
      </w:r>
      <w:r>
        <w:br/>
        <w:t>Participants can expect practical tips, real examples, and an open conversation designed to build confidence, awareness, and innovation.</w:t>
      </w:r>
      <w:r>
        <w:br/>
      </w:r>
      <w:r>
        <w:br/>
        <w:t>Presenters: Ricardo Salazar, ACBS President, Miami</w:t>
      </w:r>
      <w:r w:rsidR="00FA4630">
        <w:t>,</w:t>
      </w:r>
      <w:r>
        <w:t xml:space="preserve"> FL; Kit Rajpal, ACBS First Vice President, Austin</w:t>
      </w:r>
      <w:r w:rsidR="00FA4630">
        <w:t>,</w:t>
      </w:r>
      <w:r>
        <w:t xml:space="preserve"> TX; Dr. Ming Fang, faculty member, Florida International University, Miami</w:t>
      </w:r>
      <w:r w:rsidR="00FA4630">
        <w:t>,</w:t>
      </w:r>
      <w:r>
        <w:t xml:space="preserve"> </w:t>
      </w:r>
      <w:r w:rsidR="004A2142">
        <w:t>FL; Prashant</w:t>
      </w:r>
      <w:r>
        <w:t xml:space="preserve"> Rajpal, Author, Austin</w:t>
      </w:r>
      <w:r w:rsidR="00FA4630">
        <w:t>,</w:t>
      </w:r>
      <w:r>
        <w:t xml:space="preserve"> TX</w:t>
      </w:r>
    </w:p>
    <w:p w14:paraId="754FD34A" w14:textId="77777777" w:rsidR="00B13241" w:rsidRPr="00B77100" w:rsidRDefault="00B13241" w:rsidP="009E7A4A"/>
    <w:p w14:paraId="24947681" w14:textId="2303C12A" w:rsidR="00FA4630" w:rsidRPr="00B77100" w:rsidRDefault="00B13241" w:rsidP="009E7A4A">
      <w:pPr>
        <w:rPr>
          <w:lang w:val="ca-ES"/>
        </w:rPr>
      </w:pPr>
      <w:r w:rsidRPr="00B77100">
        <w:rPr>
          <w:lang w:val="ca-ES"/>
        </w:rPr>
        <w:t xml:space="preserve">11:30 am </w:t>
      </w:r>
      <w:r w:rsidR="00F5559D" w:rsidRPr="00B77100">
        <w:rPr>
          <w:lang w:val="ca-ES"/>
        </w:rPr>
        <w:t>-</w:t>
      </w:r>
      <w:r w:rsidRPr="00B77100">
        <w:rPr>
          <w:lang w:val="ca-ES"/>
        </w:rPr>
        <w:t xml:space="preserve"> </w:t>
      </w:r>
      <w:r w:rsidR="00C65DAE" w:rsidRPr="00B77100">
        <w:rPr>
          <w:lang w:val="ca-ES"/>
        </w:rPr>
        <w:t>12:45</w:t>
      </w:r>
      <w:r w:rsidRPr="00B77100">
        <w:rPr>
          <w:lang w:val="ca-ES"/>
        </w:rPr>
        <w:t xml:space="preserve"> pm: </w:t>
      </w:r>
      <w:r w:rsidRPr="00B77100">
        <w:t>Moving Forward from Job Loss</w:t>
      </w:r>
      <w:r w:rsidRPr="00B77100">
        <w:rPr>
          <w:lang w:val="ca-ES"/>
        </w:rPr>
        <w:t>; Virtual</w:t>
      </w:r>
    </w:p>
    <w:p w14:paraId="756EF03A" w14:textId="68034248" w:rsidR="00B13241" w:rsidRDefault="00FA4630" w:rsidP="009E7A4A">
      <w:pPr>
        <w:rPr>
          <w:lang w:val="ca-ES"/>
        </w:rPr>
      </w:pPr>
      <w:r>
        <w:br/>
      </w:r>
      <w:r w:rsidR="00B13241">
        <w:t>Co-sponsored by ACBNG, ACBS and ACB Employment Committee.</w:t>
      </w:r>
      <w:r w:rsidR="1F5C47EC">
        <w:t xml:space="preserve"> </w:t>
      </w:r>
      <w:r w:rsidR="004E7CB1">
        <w:br/>
      </w:r>
      <w:r w:rsidR="004E7CB1">
        <w:br/>
      </w:r>
      <w:r w:rsidR="00E031F7">
        <w:t>For session details</w:t>
      </w:r>
      <w:r w:rsidR="4272D12C">
        <w:t>,</w:t>
      </w:r>
      <w:r w:rsidR="00E031F7">
        <w:t xml:space="preserve"> s</w:t>
      </w:r>
      <w:r w:rsidR="0080721C">
        <w:t>ee Employment Committee</w:t>
      </w:r>
      <w:r w:rsidR="7B47D935">
        <w:t>,</w:t>
      </w:r>
      <w:r w:rsidR="0080721C">
        <w:t xml:space="preserve"> </w:t>
      </w:r>
    </w:p>
    <w:p w14:paraId="39BFAF59" w14:textId="77777777" w:rsidR="00EF2B70" w:rsidRDefault="00EF2B70" w:rsidP="009E7A4A">
      <w:pPr>
        <w:rPr>
          <w:lang w:val="ca-ES"/>
        </w:rPr>
      </w:pPr>
    </w:p>
    <w:p w14:paraId="21910839" w14:textId="2899980B" w:rsidR="00EF2B70" w:rsidRPr="00B77100" w:rsidRDefault="00EF2B70" w:rsidP="009E7A4A">
      <w:pPr>
        <w:rPr>
          <w:b/>
          <w:bCs/>
        </w:rPr>
      </w:pPr>
      <w:r w:rsidRPr="00B77100">
        <w:rPr>
          <w:b/>
          <w:bCs/>
        </w:rPr>
        <w:t>Friday, July 17</w:t>
      </w:r>
    </w:p>
    <w:p w14:paraId="6D72F19D" w14:textId="3C55F61E" w:rsidR="00B13241" w:rsidRPr="00B77100" w:rsidRDefault="00FB43B6" w:rsidP="009E7A4A">
      <w:r w:rsidRPr="14638D2A">
        <w:rPr>
          <w:lang w:val="ca-ES"/>
        </w:rPr>
        <w:t>11:</w:t>
      </w:r>
      <w:r w:rsidR="00B13241" w:rsidRPr="14638D2A">
        <w:rPr>
          <w:lang w:val="ca-ES"/>
        </w:rPr>
        <w:t xml:space="preserve">30 am </w:t>
      </w:r>
      <w:r w:rsidR="00F5559D" w:rsidRPr="14638D2A">
        <w:rPr>
          <w:lang w:val="ca-ES"/>
        </w:rPr>
        <w:t>-</w:t>
      </w:r>
      <w:r w:rsidR="00B13241" w:rsidRPr="14638D2A">
        <w:rPr>
          <w:lang w:val="ca-ES"/>
        </w:rPr>
        <w:t xml:space="preserve"> </w:t>
      </w:r>
      <w:r w:rsidR="00C65DAE" w:rsidRPr="14638D2A">
        <w:rPr>
          <w:lang w:val="ca-ES"/>
        </w:rPr>
        <w:t>12:45 pm</w:t>
      </w:r>
      <w:r w:rsidR="00B13241" w:rsidRPr="14638D2A">
        <w:rPr>
          <w:lang w:val="ca-ES"/>
        </w:rPr>
        <w:t xml:space="preserve">: </w:t>
      </w:r>
      <w:r w:rsidR="00B13241">
        <w:t>Workplace Etiquette</w:t>
      </w:r>
      <w:r w:rsidR="00B13241" w:rsidRPr="14638D2A">
        <w:rPr>
          <w:lang w:val="ca-ES"/>
        </w:rPr>
        <w:t>; Virtual</w:t>
      </w:r>
      <w:r>
        <w:br/>
      </w:r>
      <w:r>
        <w:br/>
      </w:r>
      <w:r w:rsidR="00B13241">
        <w:t>Co-sponsored by ACBNG, ACBS, and ACB Employment Committee</w:t>
      </w:r>
      <w:r w:rsidR="29D70B9B">
        <w:t xml:space="preserve">. </w:t>
      </w:r>
      <w:r w:rsidR="008E2226">
        <w:br/>
      </w:r>
      <w:r w:rsidR="008E2226">
        <w:br/>
      </w:r>
      <w:r w:rsidR="00E031F7">
        <w:t>For session details</w:t>
      </w:r>
      <w:r w:rsidR="7046154A">
        <w:t>,</w:t>
      </w:r>
      <w:r w:rsidR="00E031F7">
        <w:t xml:space="preserve"> s</w:t>
      </w:r>
      <w:r w:rsidR="0080721C">
        <w:t>ee Employment Committee</w:t>
      </w:r>
      <w:r w:rsidR="28B82636">
        <w:t>.</w:t>
      </w:r>
    </w:p>
    <w:p w14:paraId="510977BA" w14:textId="77777777" w:rsidR="00B13241" w:rsidRPr="00B77100" w:rsidRDefault="00B13241" w:rsidP="009E7A4A"/>
    <w:p w14:paraId="49BE54BB" w14:textId="689D8226" w:rsidR="00EF2B70" w:rsidRPr="00B77100" w:rsidRDefault="00EF2B70" w:rsidP="009E7A4A">
      <w:r>
        <w:t>4</w:t>
      </w:r>
      <w:r w:rsidRPr="14638D2A">
        <w:rPr>
          <w:lang w:val="ca-ES"/>
        </w:rPr>
        <w:t xml:space="preserve">:00 pm </w:t>
      </w:r>
      <w:r w:rsidR="00F5559D" w:rsidRPr="14638D2A">
        <w:rPr>
          <w:lang w:val="ca-ES"/>
        </w:rPr>
        <w:t>-</w:t>
      </w:r>
      <w:r w:rsidRPr="14638D2A">
        <w:rPr>
          <w:lang w:val="ca-ES"/>
        </w:rPr>
        <w:t xml:space="preserve"> 6:45 pm: </w:t>
      </w:r>
      <w:r>
        <w:t xml:space="preserve">Film Preview </w:t>
      </w:r>
      <w:r w:rsidR="00F5559D">
        <w:t>-</w:t>
      </w:r>
      <w:r>
        <w:t xml:space="preserve"> Brailled It</w:t>
      </w:r>
      <w:r w:rsidRPr="14638D2A">
        <w:rPr>
          <w:lang w:val="ca-ES"/>
        </w:rPr>
        <w:t>; Virtual</w:t>
      </w:r>
      <w:r>
        <w:br/>
      </w:r>
      <w:r>
        <w:br/>
        <w:t xml:space="preserve">Every year, the best under-18 braille readers and writers in the English-speaking world come to Los Angeles to compete in the Braille Challenge. Empowering them to become filmmakers, BRAILLED IT gives these kids cameras and has them document the event on their own. Their often-disorienting cinematography challenges sighted audiences to follow the action on their terms, with audio description and binaural sound helping audiences understand this unique cinematic world through </w:t>
      </w:r>
      <w:r w:rsidR="00E37F75">
        <w:t>nonvisual</w:t>
      </w:r>
      <w:r>
        <w:t xml:space="preserve"> cues. Ultimately, the kids' honest, personal, and emotional footage makes the human drama of their experience - and the true power of literacy - accessible for all.</w:t>
      </w:r>
      <w:r>
        <w:br/>
      </w:r>
      <w:r>
        <w:br/>
      </w:r>
      <w:r w:rsidR="006C788F">
        <w:t xml:space="preserve">Moderators: Dianna Leonard, ACB Audio Description Project Coordinator, Virginia Beach, VA; and Ricardo Salazar, President, ACB Students, Miami, FL </w:t>
      </w:r>
      <w:r>
        <w:br/>
      </w:r>
      <w:r>
        <w:br/>
      </w:r>
      <w:r w:rsidR="006C788F">
        <w:t>Post Film Panelists: David Grabias, film director, Los Angeles, CA; Lynn Wu (Student), Los Angeles County, CA</w:t>
      </w:r>
      <w:r>
        <w:br/>
      </w:r>
      <w:r>
        <w:br/>
        <w:t>Co-sponsored by ACBS and the Audio Description Project Committee.</w:t>
      </w:r>
    </w:p>
    <w:p w14:paraId="16DBACC5" w14:textId="77777777" w:rsidR="00EF2B70" w:rsidRPr="00B77100" w:rsidRDefault="00EF2B70" w:rsidP="009E7A4A"/>
    <w:p w14:paraId="47154A75" w14:textId="5EA56723" w:rsidR="00EF2B70" w:rsidRPr="00B77100" w:rsidRDefault="00EF2B70" w:rsidP="009E7A4A">
      <w:pPr>
        <w:rPr>
          <w:b/>
          <w:bCs/>
        </w:rPr>
      </w:pPr>
      <w:r w:rsidRPr="00B77100">
        <w:rPr>
          <w:b/>
          <w:bCs/>
        </w:rPr>
        <w:t>Saturday, July 18</w:t>
      </w:r>
    </w:p>
    <w:p w14:paraId="5129B5C1" w14:textId="48CFA7FA" w:rsidR="00EF2B70" w:rsidRDefault="00EF2B70" w:rsidP="14638D2A">
      <w:r w:rsidRPr="14638D2A">
        <w:rPr>
          <w:lang w:val="ca-ES"/>
        </w:rPr>
        <w:t xml:space="preserve">11:30 am </w:t>
      </w:r>
      <w:r w:rsidR="00F5559D" w:rsidRPr="14638D2A">
        <w:rPr>
          <w:lang w:val="ca-ES"/>
        </w:rPr>
        <w:t>-</w:t>
      </w:r>
      <w:r w:rsidRPr="14638D2A">
        <w:rPr>
          <w:lang w:val="ca-ES"/>
        </w:rPr>
        <w:t xml:space="preserve"> 12:45 pm: </w:t>
      </w:r>
      <w:r>
        <w:t xml:space="preserve">Strong </w:t>
      </w:r>
      <w:r w:rsidR="489FFB66">
        <w:t>M</w:t>
      </w:r>
      <w:r>
        <w:t>inds</w:t>
      </w:r>
      <w:r w:rsidR="0065371F">
        <w:t>,</w:t>
      </w:r>
      <w:r>
        <w:t xml:space="preserve"> </w:t>
      </w:r>
      <w:r w:rsidR="767C9A1A">
        <w:t>S</w:t>
      </w:r>
      <w:r>
        <w:t xml:space="preserve">afer </w:t>
      </w:r>
      <w:r w:rsidR="7428A94F">
        <w:t>L</w:t>
      </w:r>
      <w:r>
        <w:t xml:space="preserve">ives </w:t>
      </w:r>
      <w:r w:rsidR="00D449B9">
        <w:t>-</w:t>
      </w:r>
      <w:r>
        <w:t xml:space="preserve"> </w:t>
      </w:r>
      <w:r w:rsidR="07EB2835">
        <w:t>M</w:t>
      </w:r>
      <w:r>
        <w:t xml:space="preserve">ental </w:t>
      </w:r>
      <w:r w:rsidR="542132FF">
        <w:t>H</w:t>
      </w:r>
      <w:r>
        <w:t xml:space="preserve">ealth and </w:t>
      </w:r>
      <w:r w:rsidR="7F2A2DF6">
        <w:t>S</w:t>
      </w:r>
      <w:r>
        <w:t>elf-</w:t>
      </w:r>
      <w:r w:rsidR="0CA188F0">
        <w:t>D</w:t>
      </w:r>
      <w:r>
        <w:t xml:space="preserve">efense </w:t>
      </w:r>
      <w:r w:rsidR="0CA188F0">
        <w:t>F</w:t>
      </w:r>
      <w:r>
        <w:t>undamentals 1</w:t>
      </w:r>
      <w:r w:rsidRPr="14638D2A">
        <w:rPr>
          <w:lang w:val="ca-ES"/>
        </w:rPr>
        <w:t>; Virtual</w:t>
      </w:r>
      <w:r>
        <w:br/>
      </w:r>
      <w:r>
        <w:br/>
      </w:r>
      <w:r w:rsidR="008E2226">
        <w:br/>
      </w:r>
      <w:r>
        <w:t>Build confidence from the inside out in this engaging virtual session that explores the powerful connection between mental well</w:t>
      </w:r>
      <w:r w:rsidR="2E315B22">
        <w:t>-</w:t>
      </w:r>
      <w:r>
        <w:t>being and personal safety. In the first half, participants will learn practical strategies to manage fear, set boundaries, and develop assertiveness skills that support emotional resilience in everyday situations. The second half introduces the fundamentals of self-defense, focusing on awareness, prevention, and simple protective responses that can increase confidence and independence.</w:t>
      </w:r>
      <w:r w:rsidR="530A97D4">
        <w:t xml:space="preserve"> </w:t>
      </w:r>
      <w:r>
        <w:br/>
        <w:t>Led by Amy Wilson, founder of the Safety Positive Foundation, this session combines psychological insight with real world safety education to help participants feel empowered, prepared, and deserving of safety and respect. Participants will leave with actionable tools they can begin applying immediately in school, work, travel, and social environments.</w:t>
      </w:r>
      <w:r>
        <w:br/>
      </w:r>
      <w:r>
        <w:br/>
        <w:t>Presenters: Amy Wilson</w:t>
      </w:r>
      <w:r w:rsidR="006E2814">
        <w:t>, founder of the Safety Positive Foundation, Warrensburg, MO</w:t>
      </w:r>
      <w:r w:rsidR="00D449B9" w:rsidRPr="14638D2A">
        <w:rPr>
          <w:color w:val="7030A0"/>
        </w:rPr>
        <w:t>;</w:t>
      </w:r>
      <w:r w:rsidRPr="14638D2A">
        <w:rPr>
          <w:color w:val="7030A0"/>
        </w:rPr>
        <w:t xml:space="preserve"> </w:t>
      </w:r>
      <w:r>
        <w:t>Ricardo Salazar, president, ACBS, Miami, FL; Gregg Wandsneider, ACBS board member, Waukesha, WI</w:t>
      </w:r>
      <w:r>
        <w:br/>
      </w:r>
    </w:p>
    <w:p w14:paraId="39033F63" w14:textId="08456EBC" w:rsidR="00450918" w:rsidRPr="00B77100" w:rsidRDefault="00450918" w:rsidP="009E7A4A">
      <w:r>
        <w:t>4:00 pm - 5:15 pm: ACBS Business Meeting</w:t>
      </w:r>
    </w:p>
    <w:p w14:paraId="1FAC4C1C" w14:textId="2E11AAB3" w:rsidR="00EF2B70" w:rsidRPr="00B77100" w:rsidRDefault="00EF2B70" w:rsidP="009E7A4A">
      <w:pPr>
        <w:rPr>
          <w:b/>
          <w:bCs/>
        </w:rPr>
      </w:pPr>
      <w:r w:rsidRPr="00B77100">
        <w:rPr>
          <w:b/>
          <w:bCs/>
        </w:rPr>
        <w:t>Friday, July 24</w:t>
      </w:r>
    </w:p>
    <w:p w14:paraId="04E24494" w14:textId="20E4E5D3" w:rsidR="00EF2B70" w:rsidRPr="00B77100" w:rsidRDefault="00EF2B70" w:rsidP="009E7A4A">
      <w:pPr>
        <w:rPr>
          <w:lang w:val="ca-ES"/>
        </w:rPr>
      </w:pPr>
      <w:r w:rsidRPr="14638D2A">
        <w:rPr>
          <w:lang w:val="ca-ES"/>
        </w:rPr>
        <w:t xml:space="preserve">5:00 pm </w:t>
      </w:r>
      <w:r w:rsidR="00F5559D" w:rsidRPr="14638D2A">
        <w:rPr>
          <w:lang w:val="ca-ES"/>
        </w:rPr>
        <w:t>-</w:t>
      </w:r>
      <w:r w:rsidRPr="14638D2A">
        <w:rPr>
          <w:lang w:val="ca-ES"/>
        </w:rPr>
        <w:t xml:space="preserve"> 6:15 pm: </w:t>
      </w:r>
      <w:r>
        <w:t xml:space="preserve">Strong </w:t>
      </w:r>
      <w:r w:rsidR="00DB2118">
        <w:t>M</w:t>
      </w:r>
      <w:r>
        <w:t>inds</w:t>
      </w:r>
      <w:r w:rsidR="00DB2118">
        <w:t>,</w:t>
      </w:r>
      <w:r>
        <w:t xml:space="preserve"> </w:t>
      </w:r>
      <w:r w:rsidR="00DB2118">
        <w:t>S</w:t>
      </w:r>
      <w:r>
        <w:t xml:space="preserve">afer </w:t>
      </w:r>
      <w:r w:rsidR="00DB2118">
        <w:t>L</w:t>
      </w:r>
      <w:r>
        <w:t xml:space="preserve">ives </w:t>
      </w:r>
      <w:r w:rsidR="00F5559D">
        <w:t>-</w:t>
      </w:r>
      <w:r>
        <w:t xml:space="preserve"> </w:t>
      </w:r>
      <w:r w:rsidR="00DB2118">
        <w:t>M</w:t>
      </w:r>
      <w:r>
        <w:t xml:space="preserve">ental </w:t>
      </w:r>
      <w:r w:rsidR="00DB2118">
        <w:t>H</w:t>
      </w:r>
      <w:r>
        <w:t xml:space="preserve">ealth and </w:t>
      </w:r>
      <w:r w:rsidR="00DB2118">
        <w:t>S</w:t>
      </w:r>
      <w:r>
        <w:t>elf-</w:t>
      </w:r>
      <w:r w:rsidR="09E2A628">
        <w:t>D</w:t>
      </w:r>
      <w:r>
        <w:t xml:space="preserve">efense </w:t>
      </w:r>
      <w:r w:rsidR="00DB2118">
        <w:t>F</w:t>
      </w:r>
      <w:r>
        <w:t>undamentals 2</w:t>
      </w:r>
      <w:r w:rsidRPr="14638D2A">
        <w:rPr>
          <w:lang w:val="ca-ES"/>
        </w:rPr>
        <w:t xml:space="preserve">; </w:t>
      </w:r>
      <w:r w:rsidR="00FE7221" w:rsidRPr="14638D2A">
        <w:rPr>
          <w:lang w:val="ca-ES"/>
        </w:rPr>
        <w:t>Hybrid</w:t>
      </w:r>
      <w:r w:rsidRPr="14638D2A">
        <w:rPr>
          <w:lang w:val="ca-ES"/>
        </w:rPr>
        <w:t xml:space="preserve">; </w:t>
      </w:r>
      <w:r w:rsidR="009F60C1" w:rsidRPr="14638D2A">
        <w:rPr>
          <w:lang w:val="ca-ES"/>
        </w:rPr>
        <w:t>Mills 3</w:t>
      </w:r>
      <w:r>
        <w:br/>
      </w:r>
      <w:r>
        <w:br/>
        <w:t>Take your confidence to the</w:t>
      </w:r>
      <w:r w:rsidR="00E37F75">
        <w:t xml:space="preserve"> next</w:t>
      </w:r>
      <w:r>
        <w:t xml:space="preserve"> level in this dynamic in-person session</w:t>
      </w:r>
      <w:r w:rsidR="00E37F75">
        <w:t xml:space="preserve"> </w:t>
      </w:r>
      <w:r>
        <w:t>focused on practical self-defense skills you can use in real life. Building</w:t>
      </w:r>
      <w:r w:rsidR="00E37F75">
        <w:t xml:space="preserve"> </w:t>
      </w:r>
      <w:r>
        <w:t>on the fundamentals introduced in the virtual session,</w:t>
      </w:r>
      <w:r w:rsidR="00E37F75">
        <w:t xml:space="preserve"> </w:t>
      </w:r>
      <w:r>
        <w:t>participants will</w:t>
      </w:r>
      <w:r w:rsidR="00E37F75">
        <w:t xml:space="preserve"> </w:t>
      </w:r>
      <w:r>
        <w:t>engage in guided, interactive exercises designed to strengthen awareness,</w:t>
      </w:r>
      <w:r w:rsidR="00E37F75">
        <w:t xml:space="preserve"> </w:t>
      </w:r>
      <w:r>
        <w:t>reaction time, personal boundaries, and assertive communication in</w:t>
      </w:r>
      <w:r w:rsidR="00E37F75">
        <w:t xml:space="preserve"> </w:t>
      </w:r>
      <w:r>
        <w:t>challenging situations.</w:t>
      </w:r>
      <w:r>
        <w:br/>
        <w:t>This hands-on experience emphasizes</w:t>
      </w:r>
      <w:r w:rsidR="00E37F75">
        <w:t xml:space="preserve"> e</w:t>
      </w:r>
      <w:r>
        <w:t>mpowerment, safety planning, and</w:t>
      </w:r>
      <w:r w:rsidR="00E37F75">
        <w:t xml:space="preserve"> </w:t>
      </w:r>
      <w:r>
        <w:t>realistic strategies for navigating everyday environments with greater</w:t>
      </w:r>
      <w:r w:rsidR="00E37F75">
        <w:t xml:space="preserve"> </w:t>
      </w:r>
      <w:r>
        <w:t>confidence. Participants will have the opportunity to practice simple</w:t>
      </w:r>
      <w:r w:rsidR="00E37F75">
        <w:t xml:space="preserve"> </w:t>
      </w:r>
      <w:r>
        <w:t>defensive techniques, explore scenario-based responses, and develop both</w:t>
      </w:r>
      <w:r w:rsidR="00E37F75">
        <w:t xml:space="preserve"> </w:t>
      </w:r>
      <w:r>
        <w:t>physical and mental readiness.</w:t>
      </w:r>
      <w:r>
        <w:br/>
      </w:r>
      <w:r>
        <w:br/>
        <w:t>Presenters: Amy Wilson</w:t>
      </w:r>
      <w:r w:rsidR="51A575A8">
        <w:t>;</w:t>
      </w:r>
      <w:r>
        <w:t xml:space="preserve"> Ricardo Salazar, ACBS president, Miami</w:t>
      </w:r>
      <w:r w:rsidR="009F60C1">
        <w:t>,</w:t>
      </w:r>
      <w:r>
        <w:t xml:space="preserve"> FL; Gregg Wandsneider, ACBS board member, Waukesha, WI</w:t>
      </w:r>
    </w:p>
    <w:p w14:paraId="2D727988" w14:textId="77777777" w:rsidR="00EF2B70" w:rsidRPr="00B77100" w:rsidRDefault="00EF2B70" w:rsidP="009E7A4A">
      <w:pPr>
        <w:rPr>
          <w:lang w:val="ca-ES"/>
        </w:rPr>
      </w:pPr>
    </w:p>
    <w:p w14:paraId="06A813D0" w14:textId="77777777" w:rsidR="008E2226" w:rsidRDefault="008E2226">
      <w:pPr>
        <w:rPr>
          <w:b/>
          <w:bCs/>
        </w:rPr>
      </w:pPr>
      <w:r>
        <w:rPr>
          <w:b/>
          <w:bCs/>
        </w:rPr>
        <w:br w:type="page"/>
      </w:r>
    </w:p>
    <w:p w14:paraId="5487783B" w14:textId="616BFBCF" w:rsidR="00C669DD" w:rsidRPr="00B77100" w:rsidRDefault="00505F84" w:rsidP="009E7A4A">
      <w:pPr>
        <w:rPr>
          <w:b/>
          <w:bCs/>
        </w:rPr>
      </w:pPr>
      <w:r w:rsidRPr="00B77100">
        <w:rPr>
          <w:b/>
          <w:bCs/>
        </w:rPr>
        <w:t>Monday, July 27</w:t>
      </w:r>
    </w:p>
    <w:p w14:paraId="33F957F8" w14:textId="40E52813" w:rsidR="00644BE6" w:rsidRDefault="00644BE6" w:rsidP="009E7A4A">
      <w:r w:rsidRPr="14638D2A">
        <w:rPr>
          <w:lang w:val="ca-ES"/>
        </w:rPr>
        <w:t xml:space="preserve">3:00 pm </w:t>
      </w:r>
      <w:r w:rsidR="00F5559D" w:rsidRPr="14638D2A">
        <w:rPr>
          <w:lang w:val="ca-ES"/>
        </w:rPr>
        <w:t>-</w:t>
      </w:r>
      <w:r w:rsidRPr="14638D2A">
        <w:rPr>
          <w:lang w:val="ca-ES"/>
        </w:rPr>
        <w:t xml:space="preserve"> </w:t>
      </w:r>
      <w:r w:rsidR="00CD26D8" w:rsidRPr="14638D2A">
        <w:rPr>
          <w:lang w:val="ca-ES"/>
        </w:rPr>
        <w:t>4</w:t>
      </w:r>
      <w:r w:rsidRPr="14638D2A">
        <w:rPr>
          <w:lang w:val="ca-ES"/>
        </w:rPr>
        <w:t xml:space="preserve">:15 pm: </w:t>
      </w:r>
      <w:r>
        <w:t>Interviewing Skills Workshop</w:t>
      </w:r>
      <w:r w:rsidRPr="14638D2A">
        <w:rPr>
          <w:lang w:val="ca-ES"/>
        </w:rPr>
        <w:t xml:space="preserve">; </w:t>
      </w:r>
      <w:r w:rsidR="00CF4976" w:rsidRPr="14638D2A">
        <w:rPr>
          <w:lang w:val="ca-ES"/>
        </w:rPr>
        <w:t>OnSite</w:t>
      </w:r>
      <w:r w:rsidR="00A205B3" w:rsidRPr="14638D2A">
        <w:rPr>
          <w:lang w:val="ca-ES"/>
        </w:rPr>
        <w:t>;</w:t>
      </w:r>
      <w:r w:rsidRPr="14638D2A">
        <w:rPr>
          <w:lang w:val="ca-ES"/>
        </w:rPr>
        <w:t xml:space="preserve"> </w:t>
      </w:r>
      <w:r w:rsidR="00DC6B47" w:rsidRPr="14638D2A">
        <w:rPr>
          <w:lang w:val="ca-ES"/>
        </w:rPr>
        <w:t>Mills 5</w:t>
      </w:r>
      <w:r>
        <w:br/>
      </w:r>
      <w:r>
        <w:br/>
        <w:t>Co-sponsored by ACBNG, ACBS and ACB Employment Committee.</w:t>
      </w:r>
      <w:r w:rsidR="68D4CECB">
        <w:t xml:space="preserve"> </w:t>
      </w:r>
      <w:r w:rsidR="009F63AC">
        <w:br/>
      </w:r>
      <w:r w:rsidR="009F63AC">
        <w:br/>
      </w:r>
      <w:r w:rsidR="00E031F7">
        <w:t>For session details</w:t>
      </w:r>
      <w:r w:rsidR="0EDF7A6F">
        <w:t>,</w:t>
      </w:r>
      <w:r w:rsidR="00E031F7">
        <w:t xml:space="preserve"> s</w:t>
      </w:r>
      <w:r w:rsidR="00D65F96">
        <w:t>ee ACB Employment Committee</w:t>
      </w:r>
      <w:r w:rsidR="20B1A39D">
        <w:t>.</w:t>
      </w:r>
    </w:p>
    <w:p w14:paraId="3FC5D0CC" w14:textId="77777777" w:rsidR="009F63AC" w:rsidRDefault="009F63AC" w:rsidP="009E7A4A"/>
    <w:p w14:paraId="6FF897C9" w14:textId="664F1DFA" w:rsidR="00505F84" w:rsidRPr="00B77100" w:rsidRDefault="00505F84" w:rsidP="009E7A4A">
      <w:pPr>
        <w:rPr>
          <w:lang w:val="ca-ES"/>
        </w:rPr>
      </w:pPr>
      <w:r w:rsidRPr="14638D2A">
        <w:rPr>
          <w:lang w:val="ca-ES"/>
        </w:rPr>
        <w:t xml:space="preserve">5:00 pm </w:t>
      </w:r>
      <w:r w:rsidR="00F5559D" w:rsidRPr="14638D2A">
        <w:rPr>
          <w:lang w:val="ca-ES"/>
        </w:rPr>
        <w:t>-</w:t>
      </w:r>
      <w:r w:rsidRPr="14638D2A">
        <w:rPr>
          <w:lang w:val="ca-ES"/>
        </w:rPr>
        <w:t xml:space="preserve"> 6:15 pm: </w:t>
      </w:r>
      <w:r>
        <w:t>Health</w:t>
      </w:r>
      <w:r w:rsidR="00C60A06">
        <w:t>,</w:t>
      </w:r>
      <w:r>
        <w:t xml:space="preserve"> Knowledge</w:t>
      </w:r>
      <w:r w:rsidR="00C60A06">
        <w:t>,</w:t>
      </w:r>
      <w:r>
        <w:t xml:space="preserve"> Accessibility and Empowerment</w:t>
      </w:r>
      <w:r w:rsidR="009F60C1">
        <w:t>;</w:t>
      </w:r>
      <w:r>
        <w:t xml:space="preserve"> Navigating HIV Awareness with Confidence</w:t>
      </w:r>
      <w:r w:rsidRPr="14638D2A">
        <w:rPr>
          <w:lang w:val="ca-ES"/>
        </w:rPr>
        <w:t xml:space="preserve">; </w:t>
      </w:r>
      <w:r w:rsidR="00E12E28" w:rsidRPr="14638D2A">
        <w:rPr>
          <w:lang w:val="ca-ES"/>
        </w:rPr>
        <w:t>Hybrid;</w:t>
      </w:r>
      <w:r w:rsidRPr="14638D2A">
        <w:rPr>
          <w:lang w:val="ca-ES"/>
        </w:rPr>
        <w:t xml:space="preserve"> </w:t>
      </w:r>
      <w:r w:rsidR="005D384E" w:rsidRPr="14638D2A">
        <w:rPr>
          <w:lang w:val="ca-ES"/>
        </w:rPr>
        <w:t>Mills 3</w:t>
      </w:r>
      <w:r>
        <w:br/>
      </w:r>
      <w:r>
        <w:br/>
        <w:t>This session offers a safe and informative space to explore HIV awareness, sexual and reproductive health, accessibility, and personal empowerment. Participants will receive clear, science-based information that helps reduce stigma, build confidence, and support informed decision-making about health and wellbeing.</w:t>
      </w:r>
      <w:r>
        <w:br/>
        <w:t>Led by Tia Irish, Director of Pozitive Ey</w:t>
      </w:r>
      <w:r w:rsidR="009F60C1">
        <w:t>E’</w:t>
      </w:r>
      <w:r>
        <w:t>s, and Alecia Tramel-McIntyre, founder of Positive People Network Inc. and a nationally recognized advocate living with HIV for more than 30 years</w:t>
      </w:r>
      <w:r w:rsidR="009F60C1">
        <w:t>. T</w:t>
      </w:r>
      <w:r>
        <w:t>he session combines professional expertise with lived experience. Attendees will gain practical knowledge about accessing healthcare resources, understanding their rights, and advocating for their needs with confidence and dignity.</w:t>
      </w:r>
      <w:r>
        <w:br/>
      </w:r>
      <w:r>
        <w:br/>
        <w:t>Presenters: Alecia Tramel-McIntyre, founder of Positive People Network Inc.</w:t>
      </w:r>
      <w:r w:rsidR="25DA608B">
        <w:t>,</w:t>
      </w:r>
      <w:r>
        <w:t xml:space="preserve"> Miami, FL; Tia Irish, Director, Pozitive Eyes, Miami</w:t>
      </w:r>
      <w:r w:rsidR="64766677">
        <w:t>,</w:t>
      </w:r>
      <w:r>
        <w:t xml:space="preserve"> FL; Ricardo Salazar, ACBS President, Miami</w:t>
      </w:r>
      <w:r w:rsidR="00A7326B">
        <w:t>,</w:t>
      </w:r>
      <w:r>
        <w:t xml:space="preserve"> FL; Gregg Wandsneider, ACBS board member, Waukesha, WI</w:t>
      </w:r>
    </w:p>
    <w:p w14:paraId="411C2C37" w14:textId="77777777" w:rsidR="00EF2B70" w:rsidRPr="00B77100" w:rsidRDefault="00EF2B70" w:rsidP="009E7A4A">
      <w:pPr>
        <w:rPr>
          <w:lang w:val="ca-ES"/>
        </w:rPr>
      </w:pPr>
    </w:p>
    <w:p w14:paraId="0F7AAA8E" w14:textId="62D833BF" w:rsidR="001C0FE0" w:rsidRPr="00B77100" w:rsidRDefault="001C0FE0" w:rsidP="009E7A4A">
      <w:pPr>
        <w:pStyle w:val="Heading2"/>
        <w:rPr>
          <w:u w:val="single"/>
        </w:rPr>
      </w:pPr>
      <w:bookmarkStart w:id="50" w:name="_Toc198814968"/>
      <w:bookmarkStart w:id="51" w:name="_Toc232406149"/>
      <w:r w:rsidRPr="00B77100">
        <w:rPr>
          <w:u w:val="single"/>
        </w:rPr>
        <w:t>B</w:t>
      </w:r>
      <w:r w:rsidR="007E2272" w:rsidRPr="00B77100">
        <w:rPr>
          <w:u w:val="single"/>
        </w:rPr>
        <w:t xml:space="preserve">lind </w:t>
      </w:r>
      <w:r w:rsidRPr="00B77100">
        <w:rPr>
          <w:u w:val="single"/>
        </w:rPr>
        <w:t>I</w:t>
      </w:r>
      <w:r w:rsidR="007E2272" w:rsidRPr="00B77100">
        <w:rPr>
          <w:u w:val="single"/>
        </w:rPr>
        <w:t xml:space="preserve">nformation </w:t>
      </w:r>
      <w:r w:rsidRPr="00B77100">
        <w:rPr>
          <w:u w:val="single"/>
        </w:rPr>
        <w:t>T</w:t>
      </w:r>
      <w:r w:rsidR="007E2272" w:rsidRPr="00B77100">
        <w:rPr>
          <w:u w:val="single"/>
        </w:rPr>
        <w:t xml:space="preserve">echnology </w:t>
      </w:r>
      <w:r w:rsidRPr="00B77100">
        <w:rPr>
          <w:u w:val="single"/>
        </w:rPr>
        <w:t>S</w:t>
      </w:r>
      <w:bookmarkEnd w:id="50"/>
      <w:r w:rsidR="007E2272" w:rsidRPr="00B77100">
        <w:rPr>
          <w:u w:val="single"/>
        </w:rPr>
        <w:t>olutions</w:t>
      </w:r>
      <w:bookmarkEnd w:id="51"/>
    </w:p>
    <w:p w14:paraId="36D0031F" w14:textId="386A2674" w:rsidR="00F2566B" w:rsidRPr="00B77100" w:rsidRDefault="00786199" w:rsidP="009E7A4A">
      <w:r w:rsidRPr="00B77100">
        <w:t>BITS</w:t>
      </w:r>
      <w:r w:rsidR="00F2566B" w:rsidRPr="00B77100">
        <w:t xml:space="preserve"> President: </w:t>
      </w:r>
      <w:r w:rsidRPr="00B77100">
        <w:t>Jeff Bishop</w:t>
      </w:r>
    </w:p>
    <w:p w14:paraId="65149739" w14:textId="68DF5B6F" w:rsidR="00F2566B" w:rsidRPr="00B77100" w:rsidRDefault="00F2566B" w:rsidP="009E7A4A">
      <w:r w:rsidRPr="00B77100">
        <w:t xml:space="preserve">Convention Program Chair: </w:t>
      </w:r>
      <w:r w:rsidR="00786199" w:rsidRPr="00B77100">
        <w:t>Brad Snyder</w:t>
      </w:r>
    </w:p>
    <w:p w14:paraId="61FA532D" w14:textId="3718015C" w:rsidR="00F2566B" w:rsidRDefault="00F2566B" w:rsidP="009E7A4A">
      <w:r w:rsidRPr="00B77100">
        <w:t>Affiliate Donation: $</w:t>
      </w:r>
      <w:r w:rsidR="00786199" w:rsidRPr="00B77100">
        <w:t>10</w:t>
      </w:r>
    </w:p>
    <w:p w14:paraId="236A688A" w14:textId="584F31FF" w:rsidR="00181B2A" w:rsidRPr="00B77100" w:rsidRDefault="00181B2A" w:rsidP="00D77AA7">
      <w:r>
        <w:t xml:space="preserve">Those who donate will be entered into a drawing for a $100 Amazon Gift Card, to be awarded at the BITS </w:t>
      </w:r>
      <w:r w:rsidR="646CAD94">
        <w:t>a</w:t>
      </w:r>
      <w:r>
        <w:t xml:space="preserve">nnual </w:t>
      </w:r>
      <w:r w:rsidR="16787863">
        <w:t>m</w:t>
      </w:r>
      <w:r>
        <w:t>eeting in December.</w:t>
      </w:r>
    </w:p>
    <w:p w14:paraId="14B00E20" w14:textId="77777777" w:rsidR="004740EC" w:rsidRPr="00B77100" w:rsidRDefault="004740EC" w:rsidP="009E7A4A"/>
    <w:p w14:paraId="24A72915" w14:textId="5077882D" w:rsidR="006B0ADD" w:rsidRPr="00B77100" w:rsidRDefault="006B0ADD" w:rsidP="000A45F2">
      <w:pPr>
        <w:ind w:left="0" w:firstLine="0"/>
      </w:pPr>
      <w:r w:rsidRPr="00B77100">
        <w:t>Individuals who register for 4 or more in-person sessions will receive a $50 gift card from BITS.</w:t>
      </w:r>
    </w:p>
    <w:p w14:paraId="35025DAA" w14:textId="77777777" w:rsidR="00F2566B" w:rsidRPr="00B77100" w:rsidRDefault="00F2566B" w:rsidP="009E7A4A"/>
    <w:p w14:paraId="6FEDC467" w14:textId="16F5B919" w:rsidR="001C0FE0" w:rsidRPr="00B77100" w:rsidRDefault="001C0FE0" w:rsidP="009E7A4A">
      <w:pPr>
        <w:rPr>
          <w:b/>
          <w:bCs/>
        </w:rPr>
      </w:pPr>
      <w:r w:rsidRPr="00B77100">
        <w:rPr>
          <w:b/>
          <w:bCs/>
        </w:rPr>
        <w:t>Thursday, Ju</w:t>
      </w:r>
      <w:r w:rsidR="00181B2A" w:rsidRPr="00B77100">
        <w:rPr>
          <w:b/>
          <w:bCs/>
        </w:rPr>
        <w:t>ly</w:t>
      </w:r>
      <w:r w:rsidRPr="00B77100">
        <w:rPr>
          <w:b/>
          <w:bCs/>
        </w:rPr>
        <w:t xml:space="preserve"> </w:t>
      </w:r>
      <w:r w:rsidR="00B52951" w:rsidRPr="00B77100">
        <w:rPr>
          <w:b/>
          <w:bCs/>
        </w:rPr>
        <w:t>1</w:t>
      </w:r>
      <w:r w:rsidRPr="00B77100">
        <w:rPr>
          <w:b/>
          <w:bCs/>
        </w:rPr>
        <w:t>6</w:t>
      </w:r>
    </w:p>
    <w:p w14:paraId="263AE12B" w14:textId="592B19A8" w:rsidR="00181B2A" w:rsidRPr="00B77100" w:rsidRDefault="00181B2A" w:rsidP="14638D2A">
      <w:r w:rsidRPr="14638D2A">
        <w:rPr>
          <w:lang w:val="ca-ES"/>
        </w:rPr>
        <w:t xml:space="preserve">10:00 am </w:t>
      </w:r>
      <w:r w:rsidR="00853EC0" w:rsidRPr="14638D2A">
        <w:rPr>
          <w:lang w:val="ca-ES"/>
        </w:rPr>
        <w:t>-</w:t>
      </w:r>
      <w:r w:rsidRPr="14638D2A">
        <w:rPr>
          <w:lang w:val="ca-ES"/>
        </w:rPr>
        <w:t xml:space="preserve"> </w:t>
      </w:r>
      <w:r w:rsidR="00840506" w:rsidRPr="14638D2A">
        <w:rPr>
          <w:lang w:val="ca-ES"/>
        </w:rPr>
        <w:t>11:15 am</w:t>
      </w:r>
      <w:r w:rsidRPr="14638D2A">
        <w:rPr>
          <w:lang w:val="ca-ES"/>
        </w:rPr>
        <w:t xml:space="preserve">: </w:t>
      </w:r>
      <w:r>
        <w:t>Smart Living</w:t>
      </w:r>
      <w:r w:rsidR="00853EC0">
        <w:t>,</w:t>
      </w:r>
      <w:r>
        <w:t xml:space="preserve"> Stronger Access Appliances</w:t>
      </w:r>
      <w:r w:rsidR="00853EC0">
        <w:t>,</w:t>
      </w:r>
      <w:r>
        <w:t xml:space="preserve"> Community</w:t>
      </w:r>
      <w:r w:rsidR="00853EC0">
        <w:t>,</w:t>
      </w:r>
      <w:r>
        <w:t xml:space="preserve"> and Advocacy</w:t>
      </w:r>
      <w:r w:rsidRPr="14638D2A">
        <w:rPr>
          <w:lang w:val="ca-ES"/>
        </w:rPr>
        <w:t>; Virtual</w:t>
      </w:r>
      <w:r>
        <w:br/>
      </w:r>
      <w:r>
        <w:br/>
        <w:t>Be part of a conversation about appliances and accessibility and why inclusive design must extend into every part of daily life. Our presentation will highlight the launch of the Appliance Portal, efforts to connect with the community through YouTube, and the importance of bringing greater awareness to vendors, advocates, and consumers alike. By sharing experiences, building visibility, and speaking with a stronger collective voice, we can help drive meaningful progress in accessibility and advocacy.</w:t>
      </w:r>
      <w:r w:rsidR="00D77AA7">
        <w:br/>
      </w:r>
      <w:r>
        <w:br/>
        <w:t>Presenters: Larry Watkinson</w:t>
      </w:r>
      <w:r w:rsidR="00F92390">
        <w:t xml:space="preserve">, </w:t>
      </w:r>
      <w:r>
        <w:t>Technology Project Manager</w:t>
      </w:r>
      <w:r w:rsidR="00F92390">
        <w:t xml:space="preserve">, </w:t>
      </w:r>
      <w:r>
        <w:t>Olympia, WA</w:t>
      </w:r>
      <w:r w:rsidR="00F92390">
        <w:t xml:space="preserve">; </w:t>
      </w:r>
      <w:r>
        <w:t>Jeff Bishop</w:t>
      </w:r>
      <w:r w:rsidR="00F92390">
        <w:t xml:space="preserve">, </w:t>
      </w:r>
      <w:r>
        <w:t>President</w:t>
      </w:r>
      <w:r w:rsidR="026E1CCD">
        <w:t>,</w:t>
      </w:r>
      <w:r>
        <w:t xml:space="preserve"> Blind</w:t>
      </w:r>
      <w:r w:rsidR="00F92390">
        <w:t xml:space="preserve"> </w:t>
      </w:r>
      <w:r>
        <w:t>Information Technology Solutions (BITS)</w:t>
      </w:r>
      <w:r w:rsidR="00F92390">
        <w:t xml:space="preserve">, </w:t>
      </w:r>
      <w:r>
        <w:t>Application Developer</w:t>
      </w:r>
      <w:r w:rsidR="00F92390">
        <w:t xml:space="preserve">, </w:t>
      </w:r>
      <w:r>
        <w:t>Tucson, AZ</w:t>
      </w:r>
      <w:r w:rsidR="00F92390">
        <w:t xml:space="preserve">; </w:t>
      </w:r>
      <w:r>
        <w:t>Lucia Greco</w:t>
      </w:r>
      <w:r w:rsidR="00F92390">
        <w:t>, Accessibility</w:t>
      </w:r>
      <w:r>
        <w:t> </w:t>
      </w:r>
      <w:r w:rsidR="00F92390">
        <w:t xml:space="preserve">Evangelist, </w:t>
      </w:r>
      <w:r>
        <w:t>Berkeley, CA</w:t>
      </w:r>
    </w:p>
    <w:p w14:paraId="5C0F8AEC" w14:textId="77777777" w:rsidR="001C0FE0" w:rsidRPr="00B77100" w:rsidRDefault="001C0FE0" w:rsidP="009E7A4A">
      <w:pPr>
        <w:rPr>
          <w:lang w:val="ca-ES"/>
        </w:rPr>
      </w:pPr>
    </w:p>
    <w:p w14:paraId="081EA68E" w14:textId="6932B1D7" w:rsidR="0024757E" w:rsidRPr="00B77100" w:rsidRDefault="0024757E" w:rsidP="14638D2A">
      <w:r w:rsidRPr="14638D2A">
        <w:rPr>
          <w:lang w:val="ca-ES"/>
        </w:rPr>
        <w:t xml:space="preserve">1:00 pm </w:t>
      </w:r>
      <w:r w:rsidR="00B8109B" w:rsidRPr="14638D2A">
        <w:rPr>
          <w:lang w:val="ca-ES"/>
        </w:rPr>
        <w:t>-</w:t>
      </w:r>
      <w:r w:rsidRPr="14638D2A">
        <w:rPr>
          <w:lang w:val="ca-ES"/>
        </w:rPr>
        <w:t xml:space="preserve"> 2:15 pm: </w:t>
      </w:r>
      <w:r>
        <w:t xml:space="preserve">Capturing </w:t>
      </w:r>
      <w:r w:rsidR="0024303D">
        <w:t>t</w:t>
      </w:r>
      <w:r>
        <w:t xml:space="preserve">he World Through Photography </w:t>
      </w:r>
      <w:r w:rsidR="7FFAC930">
        <w:t>w</w:t>
      </w:r>
      <w:r>
        <w:t>ith Confidence</w:t>
      </w:r>
      <w:r w:rsidRPr="14638D2A">
        <w:rPr>
          <w:lang w:val="ca-ES"/>
        </w:rPr>
        <w:t>; Virtual</w:t>
      </w:r>
      <w:r>
        <w:br/>
      </w:r>
      <w:r>
        <w:br/>
        <w:t>Many of us carry smartphones or wearable devices with built-in cameras, but if you are blind or visually impaired, using them may feel unfamiliar or even intimidating. This session is designed for smart device beginners or intermediate users and will start with the basics of how to take photos using accessible features. We will explore simple techniques to help you understand what’s in your pictures using description tools and apps. By the end, you’ll feel more confident capturing and sharing moments in ways that work for you.</w:t>
      </w:r>
      <w:r>
        <w:br/>
      </w:r>
      <w:r>
        <w:br/>
        <w:t>Presenters: Kelly Ford, Software Developer, Madison, WI; Ann McKay-Bacon, Teacher Consultant for the Blind and Vision Impaired, Detroit, MI</w:t>
      </w:r>
    </w:p>
    <w:p w14:paraId="2CEE3DFE" w14:textId="77777777" w:rsidR="00B52951" w:rsidRPr="00B77100" w:rsidRDefault="00B52951" w:rsidP="009E7A4A"/>
    <w:p w14:paraId="654C7CD1" w14:textId="2C0DCCCD" w:rsidR="00B52951" w:rsidRPr="00B77100" w:rsidRDefault="00B52951" w:rsidP="009E7A4A">
      <w:pPr>
        <w:rPr>
          <w:b/>
          <w:bCs/>
        </w:rPr>
      </w:pPr>
      <w:r w:rsidRPr="00B77100">
        <w:rPr>
          <w:b/>
          <w:bCs/>
        </w:rPr>
        <w:t>Friday, July 17</w:t>
      </w:r>
    </w:p>
    <w:p w14:paraId="6A08992D" w14:textId="4EF235BE" w:rsidR="00B52951" w:rsidRPr="00B77100" w:rsidRDefault="00B52951" w:rsidP="009E7A4A">
      <w:pPr>
        <w:rPr>
          <w:lang w:val="ca-ES"/>
        </w:rPr>
      </w:pPr>
      <w:r w:rsidRPr="00B77100">
        <w:rPr>
          <w:lang w:val="ca-ES"/>
        </w:rPr>
        <w:t xml:space="preserve">10:00 am </w:t>
      </w:r>
      <w:r w:rsidR="00B8109B" w:rsidRPr="00B77100">
        <w:rPr>
          <w:lang w:val="ca-ES"/>
        </w:rPr>
        <w:t>-</w:t>
      </w:r>
      <w:r w:rsidRPr="00B77100">
        <w:rPr>
          <w:lang w:val="ca-ES"/>
        </w:rPr>
        <w:t xml:space="preserve"> </w:t>
      </w:r>
      <w:r w:rsidR="00840506" w:rsidRPr="00B77100">
        <w:rPr>
          <w:lang w:val="ca-ES"/>
        </w:rPr>
        <w:t>11:15 am</w:t>
      </w:r>
      <w:r w:rsidRPr="00B77100">
        <w:rPr>
          <w:lang w:val="ca-ES"/>
        </w:rPr>
        <w:t xml:space="preserve">: </w:t>
      </w:r>
      <w:r w:rsidRPr="00B77100">
        <w:t>What’s new with the Monarch</w:t>
      </w:r>
      <w:r w:rsidRPr="00B77100">
        <w:rPr>
          <w:lang w:val="ca-ES"/>
        </w:rPr>
        <w:t>; Virtual</w:t>
      </w:r>
      <w:r w:rsidR="0024303D" w:rsidRPr="00B77100">
        <w:rPr>
          <w:lang w:val="ca-ES"/>
        </w:rPr>
        <w:br/>
      </w:r>
      <w:r w:rsidR="004740EC" w:rsidRPr="00B77100">
        <w:rPr>
          <w:lang w:val="ca-ES"/>
        </w:rPr>
        <w:br/>
      </w:r>
      <w:r w:rsidRPr="00B77100">
        <w:t>Come learn about the Monarch multi-line Braille display from the American Printing house for the blind. Discover all about tactile graphics, Monarch apps, and the Monarch RISE project.</w:t>
      </w:r>
      <w:r w:rsidR="0024303D" w:rsidRPr="00B77100">
        <w:br/>
      </w:r>
      <w:r w:rsidR="004740EC" w:rsidRPr="00B77100">
        <w:br/>
      </w:r>
      <w:r w:rsidRPr="00B77100">
        <w:t>Presenters: Katie Frederick, Digital Engagement and Accessibility Specialist, Monarch Projects, American Printing House for the Blind (APH), Worthington, OH; Jennifer Wenzel, Technology Product Specialist, American Printing House for the Blind, Louisville, KY</w:t>
      </w:r>
    </w:p>
    <w:p w14:paraId="34CE3177" w14:textId="77777777" w:rsidR="00B52951" w:rsidRPr="00B77100" w:rsidRDefault="00B52951" w:rsidP="009E7A4A">
      <w:pPr>
        <w:rPr>
          <w:lang w:val="ca-ES"/>
        </w:rPr>
      </w:pPr>
    </w:p>
    <w:p w14:paraId="509563A9" w14:textId="5CF73E07" w:rsidR="00B52951" w:rsidRPr="00B77100" w:rsidRDefault="00B52951" w:rsidP="009E7A4A">
      <w:pPr>
        <w:rPr>
          <w:lang w:val="ca-ES"/>
        </w:rPr>
      </w:pPr>
      <w:r w:rsidRPr="14638D2A">
        <w:rPr>
          <w:lang w:val="ca-ES"/>
        </w:rPr>
        <w:t xml:space="preserve">1:00 pm </w:t>
      </w:r>
      <w:r w:rsidR="00B8109B" w:rsidRPr="14638D2A">
        <w:rPr>
          <w:lang w:val="ca-ES"/>
        </w:rPr>
        <w:t>-</w:t>
      </w:r>
      <w:r w:rsidRPr="14638D2A">
        <w:rPr>
          <w:lang w:val="ca-ES"/>
        </w:rPr>
        <w:t xml:space="preserve"> 2:15 pm: </w:t>
      </w:r>
      <w:r>
        <w:t xml:space="preserve">Microsoft Narrator </w:t>
      </w:r>
      <w:r w:rsidR="00B8109B">
        <w:t>-</w:t>
      </w:r>
      <w:r>
        <w:t xml:space="preserve"> A Tool For Making </w:t>
      </w:r>
      <w:r w:rsidR="0024303D">
        <w:t>t</w:t>
      </w:r>
      <w:r>
        <w:t xml:space="preserve">he Transition From Low Vision </w:t>
      </w:r>
      <w:r w:rsidR="0024303D">
        <w:t>t</w:t>
      </w:r>
      <w:r>
        <w:t>o No Vision</w:t>
      </w:r>
      <w:r w:rsidRPr="14638D2A">
        <w:rPr>
          <w:lang w:val="ca-ES"/>
        </w:rPr>
        <w:t>; Virtual</w:t>
      </w:r>
      <w:r>
        <w:br/>
      </w:r>
      <w:r>
        <w:br/>
        <w:t xml:space="preserve">If </w:t>
      </w:r>
      <w:r w:rsidR="1D66EC9C">
        <w:t>u</w:t>
      </w:r>
      <w:r>
        <w:t>sing screen magnification and a mouse with your Windows PC is no longer working effectively for you due to ongoing vision loss, there is an available alternative. Microsoft Narrator, a free screen reader built into the Windows operating system, can enable you to read the contents displayed on your computer</w:t>
      </w:r>
      <w:r w:rsidR="00CD26D8">
        <w:t>’</w:t>
      </w:r>
      <w:r>
        <w:t xml:space="preserve">s screen, as well as hear the text in documents, email, and webpages, as well as any other content on your computer screen. In this presentation, we will show you how to put this powerful tool to work for you, and help you maintain your independence, as your vision continues to </w:t>
      </w:r>
      <w:r w:rsidR="258E2136">
        <w:t>t</w:t>
      </w:r>
      <w:r>
        <w:t xml:space="preserve">ransition from </w:t>
      </w:r>
      <w:r w:rsidR="4B3A47D1">
        <w:t>l</w:t>
      </w:r>
      <w:r>
        <w:t xml:space="preserve">ow </w:t>
      </w:r>
      <w:r w:rsidR="7E47AF05">
        <w:t>v</w:t>
      </w:r>
      <w:r>
        <w:t xml:space="preserve">ision to </w:t>
      </w:r>
      <w:r w:rsidR="6FEECF05">
        <w:t>n</w:t>
      </w:r>
      <w:r>
        <w:t xml:space="preserve">o </w:t>
      </w:r>
      <w:r w:rsidR="6FEECF05">
        <w:t>v</w:t>
      </w:r>
      <w:r>
        <w:t>ision.</w:t>
      </w:r>
      <w:r>
        <w:br/>
      </w:r>
      <w:r>
        <w:br/>
        <w:t>Presenters: Brad Snyder, Assistive Technology Specialist, Dallas, T</w:t>
      </w:r>
      <w:r w:rsidR="00B8109B">
        <w:t>X</w:t>
      </w:r>
      <w:r>
        <w:t>; Myrna Votta, Instructor of Assistive Technology, New York Metropolitan Area</w:t>
      </w:r>
    </w:p>
    <w:p w14:paraId="33496C14" w14:textId="77777777" w:rsidR="001C0FE0" w:rsidRPr="00B77100" w:rsidRDefault="001C0FE0" w:rsidP="009E7A4A"/>
    <w:p w14:paraId="22C41901" w14:textId="40C2F36D" w:rsidR="001C0FE0" w:rsidRPr="00B77100" w:rsidRDefault="001C0FE0" w:rsidP="009E7A4A">
      <w:pPr>
        <w:rPr>
          <w:b/>
          <w:bCs/>
        </w:rPr>
      </w:pPr>
      <w:r w:rsidRPr="00B77100">
        <w:rPr>
          <w:b/>
          <w:bCs/>
        </w:rPr>
        <w:t xml:space="preserve">Saturday, </w:t>
      </w:r>
      <w:r w:rsidR="00B52951" w:rsidRPr="00B77100">
        <w:rPr>
          <w:b/>
          <w:bCs/>
        </w:rPr>
        <w:t>July 18</w:t>
      </w:r>
    </w:p>
    <w:p w14:paraId="6F343A0A" w14:textId="032D9890" w:rsidR="00B52951" w:rsidRPr="00B77100" w:rsidRDefault="00B52951" w:rsidP="14638D2A">
      <w:r w:rsidRPr="14638D2A">
        <w:rPr>
          <w:lang w:val="ca-ES"/>
        </w:rPr>
        <w:t xml:space="preserve">10:00 am </w:t>
      </w:r>
      <w:r w:rsidR="00B8109B" w:rsidRPr="14638D2A">
        <w:rPr>
          <w:lang w:val="ca-ES"/>
        </w:rPr>
        <w:t>-</w:t>
      </w:r>
      <w:r w:rsidRPr="14638D2A">
        <w:rPr>
          <w:lang w:val="ca-ES"/>
        </w:rPr>
        <w:t xml:space="preserve"> </w:t>
      </w:r>
      <w:r w:rsidR="00840506" w:rsidRPr="14638D2A">
        <w:rPr>
          <w:lang w:val="ca-ES"/>
        </w:rPr>
        <w:t>11</w:t>
      </w:r>
      <w:r w:rsidRPr="14638D2A">
        <w:rPr>
          <w:lang w:val="ca-ES"/>
        </w:rPr>
        <w:t xml:space="preserve">:15 </w:t>
      </w:r>
      <w:r w:rsidR="00840506" w:rsidRPr="14638D2A">
        <w:rPr>
          <w:lang w:val="ca-ES"/>
        </w:rPr>
        <w:t>a</w:t>
      </w:r>
      <w:r w:rsidRPr="14638D2A">
        <w:rPr>
          <w:lang w:val="ca-ES"/>
        </w:rPr>
        <w:t xml:space="preserve">m: </w:t>
      </w:r>
      <w:r>
        <w:t xml:space="preserve">Trends in AI and </w:t>
      </w:r>
      <w:r w:rsidR="481F6E4A">
        <w:t>M</w:t>
      </w:r>
      <w:r>
        <w:t xml:space="preserve">aking </w:t>
      </w:r>
      <w:r w:rsidR="3382327B">
        <w:t>I</w:t>
      </w:r>
      <w:r>
        <w:t xml:space="preserve">t </w:t>
      </w:r>
      <w:r w:rsidR="0500D850">
        <w:t>A</w:t>
      </w:r>
      <w:r>
        <w:t>ccessible</w:t>
      </w:r>
      <w:r w:rsidRPr="14638D2A">
        <w:rPr>
          <w:lang w:val="ca-ES"/>
        </w:rPr>
        <w:t>; Virtual</w:t>
      </w:r>
      <w:r>
        <w:br/>
      </w:r>
      <w:r>
        <w:br/>
        <w:t xml:space="preserve">Blind Information Technology Solutions, along with a panel of experts, will explore the latest trends in AI from a blind and low vision perspective. The session will highlight how tools like ChatGPT, Copilot, Gemini, Claude, and Accessibility Agents are expanding access, creativity, and innovation. Attendees will learn how blind and low vision people are not only using these </w:t>
      </w:r>
      <w:r w:rsidR="0024303D">
        <w:t>technologies but</w:t>
      </w:r>
      <w:r>
        <w:t xml:space="preserve"> also helping shape what comes next. It will be a practical and engaging look at how accessible AI is changing the world around us.</w:t>
      </w:r>
      <w:r>
        <w:br/>
      </w:r>
      <w:r>
        <w:br/>
        <w:t>Presenters: Larry Watkinson, Technology Project Manager, Olympia, WA; Jeff Bishop, President</w:t>
      </w:r>
      <w:r w:rsidR="4A761679">
        <w:t>,</w:t>
      </w:r>
      <w:r>
        <w:t xml:space="preserve"> Blind Information Technology Solutions (BITS), Application Developer, Tucson, AZ; Kayla Bentas, Technology Project Coordinator, Peabody, MA</w:t>
      </w:r>
    </w:p>
    <w:p w14:paraId="0110A7A5" w14:textId="77777777" w:rsidR="00423BDF" w:rsidRPr="00B77100" w:rsidRDefault="00423BDF" w:rsidP="009E7A4A"/>
    <w:p w14:paraId="660CC45B" w14:textId="3B5B52FF" w:rsidR="00423BDF" w:rsidRPr="00B52951" w:rsidRDefault="00423BDF" w:rsidP="14638D2A">
      <w:pPr>
        <w:rPr>
          <w:lang w:val="ca-ES"/>
        </w:rPr>
      </w:pPr>
      <w:r w:rsidRPr="14638D2A">
        <w:rPr>
          <w:lang w:val="ca-ES"/>
        </w:rPr>
        <w:t xml:space="preserve">1:00 pm </w:t>
      </w:r>
      <w:r w:rsidR="00B8109B" w:rsidRPr="14638D2A">
        <w:rPr>
          <w:lang w:val="ca-ES"/>
        </w:rPr>
        <w:t>-</w:t>
      </w:r>
      <w:r w:rsidRPr="14638D2A">
        <w:rPr>
          <w:lang w:val="ca-ES"/>
        </w:rPr>
        <w:t xml:space="preserve"> 2:15 pm: </w:t>
      </w:r>
      <w:r>
        <w:t>Trends</w:t>
      </w:r>
      <w:r w:rsidR="0276B63B">
        <w:t>:</w:t>
      </w:r>
      <w:r>
        <w:t xml:space="preserve"> Accessible </w:t>
      </w:r>
      <w:r w:rsidR="797FE50E">
        <w:t>B</w:t>
      </w:r>
      <w:r>
        <w:t>logging with Substack</w:t>
      </w:r>
      <w:r w:rsidRPr="14638D2A">
        <w:rPr>
          <w:lang w:val="ca-ES"/>
        </w:rPr>
        <w:t>; Virtual</w:t>
      </w:r>
      <w:r>
        <w:br/>
      </w:r>
      <w:r>
        <w:br/>
        <w:t>Substack is an accessible web-based platform designed to allow you to unleash your imagination for creative writing. In this presentation, we will explore this exciting platform, and hear from 3 users, who will share their experiences using Substack as a creative way to reach a wide audience.</w:t>
      </w:r>
      <w:r>
        <w:br/>
        <w:t xml:space="preserve">Presenters: Tyson Ernst, Access </w:t>
      </w:r>
      <w:r w:rsidR="4E92174E">
        <w:t>T</w:t>
      </w:r>
      <w:r>
        <w:t xml:space="preserve">echnology </w:t>
      </w:r>
      <w:r w:rsidR="353F0549">
        <w:t>E</w:t>
      </w:r>
      <w:r>
        <w:t>ducator, Washington State Department of Services for the Blind, Seattle, WA; Kaila Allen</w:t>
      </w:r>
      <w:r w:rsidR="0024303D">
        <w:t>,</w:t>
      </w:r>
      <w:r>
        <w:t xml:space="preserve"> Mindfulness, Wellness, &amp; Somatic Coach, Creative Guidance LLC, Mesa, AZ; Taylor Arndt, Mobile Applications Developer, Techopolis Online Solutions</w:t>
      </w:r>
      <w:r w:rsidR="00756247">
        <w:t>,</w:t>
      </w:r>
      <w:r>
        <w:t xml:space="preserve"> Austin, TX</w:t>
      </w:r>
    </w:p>
    <w:p w14:paraId="6BFE7303" w14:textId="77777777" w:rsidR="00EB6018" w:rsidRDefault="00EB6018" w:rsidP="00D65F96">
      <w:pPr>
        <w:ind w:left="0" w:firstLine="0"/>
      </w:pPr>
    </w:p>
    <w:p w14:paraId="797F8DCC" w14:textId="6A551864" w:rsidR="006B0ADD" w:rsidRPr="00B77100" w:rsidRDefault="006B0ADD" w:rsidP="009E7A4A">
      <w:pPr>
        <w:rPr>
          <w:b/>
          <w:bCs/>
        </w:rPr>
      </w:pPr>
      <w:r w:rsidRPr="00B77100">
        <w:rPr>
          <w:b/>
          <w:bCs/>
        </w:rPr>
        <w:t>Monday, July 27</w:t>
      </w:r>
    </w:p>
    <w:p w14:paraId="21CE502C" w14:textId="028E5BB3" w:rsidR="00FE477B" w:rsidRPr="00B77100" w:rsidRDefault="00981D84" w:rsidP="009E7A4A">
      <w:r>
        <w:t xml:space="preserve">9:00 am – 12:00 pm: </w:t>
      </w:r>
      <w:r w:rsidR="007D6539">
        <w:t>Get Your Tech Assistance with BITS; OnSite; Mills 8</w:t>
      </w:r>
      <w:r>
        <w:br/>
      </w:r>
      <w:r>
        <w:br/>
      </w:r>
      <w:r w:rsidR="00FE477B">
        <w:t>The Blind Information Technology Solutions (BITS) team is available to provide help and</w:t>
      </w:r>
      <w:r w:rsidR="005D384E">
        <w:t xml:space="preserve"> </w:t>
      </w:r>
      <w:r w:rsidR="00FE477B">
        <w:t>support.  BITS can help with your smart phone, computer</w:t>
      </w:r>
      <w:r w:rsidR="6173B4BD">
        <w:t>,</w:t>
      </w:r>
      <w:r w:rsidR="00FE477B">
        <w:t xml:space="preserve"> or help with connecting to hotel Wi-Fi.</w:t>
      </w:r>
      <w:r>
        <w:br/>
      </w:r>
      <w:r>
        <w:br/>
      </w:r>
      <w:r w:rsidR="00FE477B">
        <w:t xml:space="preserve">The BITS team will be available from 9:00 </w:t>
      </w:r>
      <w:r w:rsidR="0024303D">
        <w:t>am</w:t>
      </w:r>
      <w:r w:rsidR="00FE477B">
        <w:t xml:space="preserve"> to </w:t>
      </w:r>
      <w:r w:rsidR="12CDFACD">
        <w:t>n</w:t>
      </w:r>
      <w:r w:rsidR="00FE477B">
        <w:t>oon, Monday</w:t>
      </w:r>
      <w:r w:rsidR="1347B65E">
        <w:t>,</w:t>
      </w:r>
      <w:r w:rsidR="00FE477B">
        <w:t xml:space="preserve"> July 27 through Thursday</w:t>
      </w:r>
      <w:r w:rsidR="5F5E3870">
        <w:t>,</w:t>
      </w:r>
      <w:r w:rsidR="00FE477B">
        <w:t xml:space="preserve"> July 30, or stop by the BITS booth in the exhibit hall for more information.</w:t>
      </w:r>
    </w:p>
    <w:p w14:paraId="5F2E8359" w14:textId="77777777" w:rsidR="00FE477B" w:rsidRPr="00B77100" w:rsidRDefault="00FE477B" w:rsidP="009E7A4A"/>
    <w:p w14:paraId="5788ABC4" w14:textId="433DD1C9" w:rsidR="006B0ADD" w:rsidRPr="00B77100" w:rsidRDefault="006B0ADD" w:rsidP="009E7A4A">
      <w:r w:rsidRPr="14638D2A">
        <w:rPr>
          <w:lang w:val="ca-ES"/>
        </w:rPr>
        <w:t xml:space="preserve">1:00 pm </w:t>
      </w:r>
      <w:r w:rsidR="00B8109B" w:rsidRPr="14638D2A">
        <w:rPr>
          <w:lang w:val="ca-ES"/>
        </w:rPr>
        <w:t>-</w:t>
      </w:r>
      <w:r w:rsidRPr="14638D2A">
        <w:rPr>
          <w:lang w:val="ca-ES"/>
        </w:rPr>
        <w:t xml:space="preserve"> 2:3</w:t>
      </w:r>
      <w:r w:rsidR="00554523" w:rsidRPr="14638D2A">
        <w:rPr>
          <w:lang w:val="ca-ES"/>
        </w:rPr>
        <w:t>0</w:t>
      </w:r>
      <w:r w:rsidRPr="14638D2A">
        <w:rPr>
          <w:lang w:val="ca-ES"/>
        </w:rPr>
        <w:t xml:space="preserve"> pm: </w:t>
      </w:r>
      <w:r>
        <w:t>From Blank Page to Polished Professional: Mastering Microsoft Word via Keyboard</w:t>
      </w:r>
      <w:r w:rsidRPr="14638D2A">
        <w:rPr>
          <w:lang w:val="ca-ES"/>
        </w:rPr>
        <w:t xml:space="preserve">; </w:t>
      </w:r>
      <w:r w:rsidR="00CF4976" w:rsidRPr="14638D2A">
        <w:rPr>
          <w:lang w:val="ca-ES"/>
        </w:rPr>
        <w:t>OnSite</w:t>
      </w:r>
      <w:r w:rsidRPr="14638D2A">
        <w:rPr>
          <w:lang w:val="ca-ES"/>
        </w:rPr>
        <w:t xml:space="preserve">; </w:t>
      </w:r>
      <w:r w:rsidR="005D384E" w:rsidRPr="14638D2A">
        <w:rPr>
          <w:lang w:val="ca-ES"/>
        </w:rPr>
        <w:t>Mills 8</w:t>
      </w:r>
      <w:r w:rsidRPr="14638D2A">
        <w:rPr>
          <w:lang w:val="ca-ES"/>
        </w:rPr>
        <w:t>; $50</w:t>
      </w:r>
      <w:r>
        <w:br/>
      </w:r>
      <w:r>
        <w:br/>
        <w:t xml:space="preserve">Unlock the full power of Microsoft Word without ever reaching for a mouse. This </w:t>
      </w:r>
      <w:r w:rsidR="0024303D">
        <w:t>90-minute</w:t>
      </w:r>
      <w:r>
        <w:t xml:space="preserve"> intensive session guides attendees through the entire document lifecycle, starting the moment you hit Ctrl+N. We will transition from basic text entry to advanced formatting, including the use of styles, headers, and sophisticated layout commands. Designed specifically for screen reader users and low-vision attendees, this session emphasizes efficiency and the art of producing "visual-ready" professional documents using only keyboard shortcuts. We will also explore the new Agent Mode in Word, demonstrating how this interactive AI agent acts as a real-time collaborator to summarize feedback, draft complex sections, and refine your document's structure through simple conversational prompts. Whether you choose to follow along in real-time or listen and learn, you will leave with a robust toolkit for total document mastery.</w:t>
      </w:r>
      <w:r>
        <w:br/>
      </w:r>
      <w:r>
        <w:br/>
        <w:t>Presenter: Jeff Bishop, President</w:t>
      </w:r>
      <w:r w:rsidR="16B15A09">
        <w:t>,</w:t>
      </w:r>
      <w:r>
        <w:t xml:space="preserve"> Blind Information Technology Solutions (BITS), Application Developer, Tucson, AZ</w:t>
      </w:r>
    </w:p>
    <w:p w14:paraId="7B99509F" w14:textId="77777777" w:rsidR="00554523" w:rsidRPr="00B77100" w:rsidRDefault="00554523" w:rsidP="009E7A4A"/>
    <w:p w14:paraId="3C4FAD6C" w14:textId="7B24C1F5" w:rsidR="00554523" w:rsidRDefault="00554523" w:rsidP="14638D2A">
      <w:pPr>
        <w:rPr>
          <w:lang w:val="ca-ES"/>
        </w:rPr>
      </w:pPr>
      <w:r w:rsidRPr="14638D2A">
        <w:rPr>
          <w:lang w:val="ca-ES"/>
        </w:rPr>
        <w:t xml:space="preserve">1:00 pm </w:t>
      </w:r>
      <w:r w:rsidR="00B8109B" w:rsidRPr="14638D2A">
        <w:rPr>
          <w:lang w:val="ca-ES"/>
        </w:rPr>
        <w:t>-</w:t>
      </w:r>
      <w:r w:rsidRPr="14638D2A">
        <w:rPr>
          <w:lang w:val="ca-ES"/>
        </w:rPr>
        <w:t xml:space="preserve"> 2:30 pm: </w:t>
      </w:r>
      <w:r>
        <w:t>From Blank Page to Polished Professional</w:t>
      </w:r>
      <w:r w:rsidR="5FD00308">
        <w:t>:</w:t>
      </w:r>
      <w:r>
        <w:t xml:space="preserve"> Mastering Google Docs via Keyboard</w:t>
      </w:r>
      <w:r w:rsidRPr="14638D2A">
        <w:rPr>
          <w:lang w:val="ca-ES"/>
        </w:rPr>
        <w:t xml:space="preserve">; </w:t>
      </w:r>
      <w:r w:rsidR="00CF4976" w:rsidRPr="14638D2A">
        <w:rPr>
          <w:lang w:val="ca-ES"/>
        </w:rPr>
        <w:t>OnSite</w:t>
      </w:r>
      <w:r w:rsidRPr="14638D2A">
        <w:rPr>
          <w:lang w:val="ca-ES"/>
        </w:rPr>
        <w:t xml:space="preserve">; </w:t>
      </w:r>
      <w:r w:rsidR="005D384E" w:rsidRPr="14638D2A">
        <w:rPr>
          <w:lang w:val="ca-ES"/>
        </w:rPr>
        <w:t>Mills 9</w:t>
      </w:r>
      <w:r w:rsidRPr="14638D2A">
        <w:rPr>
          <w:lang w:val="ca-ES"/>
        </w:rPr>
        <w:t>; $50</w:t>
      </w:r>
      <w:r>
        <w:br/>
      </w:r>
      <w:r>
        <w:br/>
        <w:t>Unlock the full power of Google Docs without ever reaching for a mouse. This intensive session guides attendees through the entire document lifecycle, starting with the essential first step of enabling accessibility features for a seamless experience. We will transition from basic text entry to advanced formatting, including the use of styles, headers, and sophisticated layout commands using native Google Workspace shortcuts. Designed specifically for screen reader users and low-vision attendees, this session emphasizes efficiency and the art of producing "visual-ready" professional documents using only keyboard commands. We will also explore the integrated AI agent within Google Docs, demonstrating how to use conversational prompts to brainstorm content, rewrite sections for different tones, and instantly summarize your document for faster collaboration. Whether you choose to follow along in real-time or listen and learn, you will leave with a robust toolkit for total document mastery in the cloud.</w:t>
      </w:r>
      <w:r>
        <w:br/>
      </w:r>
      <w:r>
        <w:br/>
        <w:t xml:space="preserve">Presenters: Tyson Ernst, Access </w:t>
      </w:r>
      <w:r w:rsidR="05AF8E30">
        <w:t>T</w:t>
      </w:r>
      <w:r>
        <w:t xml:space="preserve">echnology </w:t>
      </w:r>
      <w:r w:rsidR="317CA33B">
        <w:t>E</w:t>
      </w:r>
      <w:r>
        <w:t>ducator, Washington State Department of Services for the Blind, Seattle, WA</w:t>
      </w:r>
    </w:p>
    <w:p w14:paraId="59C779F4" w14:textId="77777777" w:rsidR="00554523" w:rsidRPr="00B77100" w:rsidRDefault="00554523" w:rsidP="009E7A4A">
      <w:pPr>
        <w:rPr>
          <w:lang w:val="ca-ES"/>
        </w:rPr>
      </w:pPr>
    </w:p>
    <w:p w14:paraId="6A297791" w14:textId="0E587B32" w:rsidR="00554523" w:rsidRPr="00B77100" w:rsidRDefault="00554523" w:rsidP="009E7A4A">
      <w:r w:rsidRPr="14638D2A">
        <w:rPr>
          <w:lang w:val="ca-ES"/>
        </w:rPr>
        <w:t xml:space="preserve">3:00 pm </w:t>
      </w:r>
      <w:r w:rsidR="00B8109B" w:rsidRPr="14638D2A">
        <w:rPr>
          <w:lang w:val="ca-ES"/>
        </w:rPr>
        <w:t>-</w:t>
      </w:r>
      <w:r w:rsidRPr="14638D2A">
        <w:rPr>
          <w:lang w:val="ca-ES"/>
        </w:rPr>
        <w:t xml:space="preserve"> 4:30 pm: </w:t>
      </w:r>
      <w:r>
        <w:t>The Cloud-First Professional: Mastering OneDrive Accessibility and File Management</w:t>
      </w:r>
      <w:r w:rsidRPr="14638D2A">
        <w:rPr>
          <w:lang w:val="ca-ES"/>
        </w:rPr>
        <w:t xml:space="preserve">; </w:t>
      </w:r>
      <w:r w:rsidR="00CF4976" w:rsidRPr="14638D2A">
        <w:rPr>
          <w:lang w:val="ca-ES"/>
        </w:rPr>
        <w:t>OnSite</w:t>
      </w:r>
      <w:r w:rsidRPr="14638D2A">
        <w:rPr>
          <w:lang w:val="ca-ES"/>
        </w:rPr>
        <w:t xml:space="preserve">; </w:t>
      </w:r>
      <w:r w:rsidR="005D384E" w:rsidRPr="14638D2A">
        <w:rPr>
          <w:lang w:val="ca-ES"/>
        </w:rPr>
        <w:t>Mills 8</w:t>
      </w:r>
      <w:r w:rsidRPr="14638D2A">
        <w:rPr>
          <w:lang w:val="ca-ES"/>
        </w:rPr>
        <w:t>; $50</w:t>
      </w:r>
      <w:r>
        <w:br/>
      </w:r>
      <w:r>
        <w:br/>
        <w:t>Take your digital office anywhere with this deep dive into Microsoft OneDrive. In this session, we bridge the gap between local storage and the cloud, guiding attendees through the essential journey of saving, securing, and syncing documents. We will demonstrate how to navigate the OneDrive interface using only native keyboard commands, with a primary focus on screen reader efficiency and high-visibility techniques for low-vision users. Attendees will learn the "how and why" of cloud management, including creating and saving files directly to the cloud, protecting sensitive data through advanced sharing permissions, and collaborating with others using accessible sharing shortcuts. We will also explore the integrated AI agent within OneDrive, demonstrating how to use conversational prompts to summarize files, locate specific information across your folders, and gain quick insights without opening every document. Whether you choose to follow along on your own device or simply listen to the workflow, you will gain the confidence to manage your professional life in the cloud with speed and independence.</w:t>
      </w:r>
    </w:p>
    <w:p w14:paraId="7FA6A440" w14:textId="7837CA45" w:rsidR="00554523" w:rsidRPr="00B77100" w:rsidRDefault="00554523" w:rsidP="009E7A4A">
      <w:r>
        <w:br/>
        <w:t>Presenter: Kayla Bentas, Technology Project Coordinator, Peabody, MA</w:t>
      </w:r>
    </w:p>
    <w:p w14:paraId="16AA49B0" w14:textId="77777777" w:rsidR="00554523" w:rsidRPr="00B77100" w:rsidRDefault="00554523" w:rsidP="009E7A4A"/>
    <w:p w14:paraId="39E671E7" w14:textId="099B4DAB" w:rsidR="00554523" w:rsidRPr="00B77100" w:rsidRDefault="00554523" w:rsidP="009E7A4A">
      <w:pPr>
        <w:rPr>
          <w:lang w:val="ca-ES"/>
        </w:rPr>
      </w:pPr>
      <w:r w:rsidRPr="14638D2A">
        <w:rPr>
          <w:lang w:val="ca-ES"/>
        </w:rPr>
        <w:t xml:space="preserve">3:00 pm </w:t>
      </w:r>
      <w:r w:rsidR="00B8109B" w:rsidRPr="14638D2A">
        <w:rPr>
          <w:lang w:val="ca-ES"/>
        </w:rPr>
        <w:t>-</w:t>
      </w:r>
      <w:r w:rsidRPr="14638D2A">
        <w:rPr>
          <w:lang w:val="ca-ES"/>
        </w:rPr>
        <w:t xml:space="preserve"> 4:30 pm: </w:t>
      </w:r>
      <w:r>
        <w:t>The Cloud-First Professional</w:t>
      </w:r>
      <w:r w:rsidR="31DD9D09">
        <w:t>:</w:t>
      </w:r>
      <w:r>
        <w:t xml:space="preserve"> Mastering Google Drive Accessibility and File Management</w:t>
      </w:r>
      <w:r w:rsidRPr="14638D2A">
        <w:rPr>
          <w:lang w:val="ca-ES"/>
        </w:rPr>
        <w:t xml:space="preserve">; </w:t>
      </w:r>
      <w:r w:rsidR="00CF4976" w:rsidRPr="14638D2A">
        <w:rPr>
          <w:lang w:val="ca-ES"/>
        </w:rPr>
        <w:t>OnSite</w:t>
      </w:r>
      <w:r w:rsidRPr="14638D2A">
        <w:rPr>
          <w:lang w:val="ca-ES"/>
        </w:rPr>
        <w:t xml:space="preserve">; </w:t>
      </w:r>
      <w:r w:rsidR="005D384E" w:rsidRPr="14638D2A">
        <w:rPr>
          <w:lang w:val="ca-ES"/>
        </w:rPr>
        <w:t>Mills 9</w:t>
      </w:r>
      <w:r w:rsidRPr="14638D2A">
        <w:rPr>
          <w:lang w:val="ca-ES"/>
        </w:rPr>
        <w:t>; $50</w:t>
      </w:r>
      <w:r>
        <w:br/>
      </w:r>
      <w:r>
        <w:br/>
        <w:t>Take your digital office anywhere with this deep dive into Google Drive. In this session, we bridge the gap between local storage and the cloud, guiding attendees through the essential journey of saving, securing, and syncing documents. We will demonstrate how to navigate the Google Drive interface using only native keyboard commands, with a primary focus on screen reader efficiency and high-visibility techniques for low-vision users. Attendees will master the "how and why" of cloud management, including creating and saving files directly to the cloud, protecting sensitive data through advanced sharing permissions, and collaborating with others using accessible sharing shortcuts. We will also explore the integrated AI agent within Google Drive, demonstrating how to use conversational prompts to summarize your files, extract key information from stored documents, and organize your digital workspace with ease. Whether you choose to follow along on your own device or simply listen to the workflow, you will gain the confidence to manage your professional life in the cloud with speed and independence.</w:t>
      </w:r>
      <w:r>
        <w:br/>
      </w:r>
      <w:r>
        <w:br/>
        <w:t>Presenter: Marci Duty, Assistive Technology Trainer, Dallas</w:t>
      </w:r>
      <w:r w:rsidR="00B8109B">
        <w:t>,</w:t>
      </w:r>
      <w:r>
        <w:t xml:space="preserve"> TX</w:t>
      </w:r>
    </w:p>
    <w:p w14:paraId="40E99E79" w14:textId="77777777" w:rsidR="00554523" w:rsidRPr="00B77100" w:rsidRDefault="00554523" w:rsidP="009E7A4A">
      <w:pPr>
        <w:rPr>
          <w:lang w:val="ca-ES"/>
        </w:rPr>
      </w:pPr>
    </w:p>
    <w:p w14:paraId="071BC7B0" w14:textId="7F38D7B6" w:rsidR="00954927" w:rsidRDefault="00155741" w:rsidP="009E7A4A">
      <w:pPr>
        <w:rPr>
          <w:lang w:val="ca-ES"/>
        </w:rPr>
      </w:pPr>
      <w:r w:rsidRPr="00B77100">
        <w:rPr>
          <w:lang w:val="ca-ES"/>
        </w:rPr>
        <w:t xml:space="preserve">6:00 pm </w:t>
      </w:r>
      <w:r w:rsidR="00B8109B" w:rsidRPr="00B77100">
        <w:rPr>
          <w:lang w:val="ca-ES"/>
        </w:rPr>
        <w:t>-</w:t>
      </w:r>
      <w:r w:rsidRPr="00B77100">
        <w:rPr>
          <w:lang w:val="ca-ES"/>
        </w:rPr>
        <w:t xml:space="preserve"> </w:t>
      </w:r>
      <w:r w:rsidR="00954927" w:rsidRPr="00B77100">
        <w:rPr>
          <w:lang w:val="ca-ES"/>
        </w:rPr>
        <w:t>8</w:t>
      </w:r>
      <w:r w:rsidRPr="00B77100">
        <w:rPr>
          <w:lang w:val="ca-ES"/>
        </w:rPr>
        <w:t>:</w:t>
      </w:r>
      <w:r w:rsidR="00954927" w:rsidRPr="00B77100">
        <w:rPr>
          <w:lang w:val="ca-ES"/>
        </w:rPr>
        <w:t>0</w:t>
      </w:r>
      <w:r w:rsidRPr="00B77100">
        <w:rPr>
          <w:lang w:val="ca-ES"/>
        </w:rPr>
        <w:t xml:space="preserve">0 pm: </w:t>
      </w:r>
      <w:r w:rsidR="00954927" w:rsidRPr="00B77100">
        <w:t xml:space="preserve">Opening the Door to BITS Whisperer </w:t>
      </w:r>
      <w:r w:rsidR="00B8109B" w:rsidRPr="00B77100">
        <w:t>-</w:t>
      </w:r>
      <w:r w:rsidR="00954927" w:rsidRPr="00B77100">
        <w:t xml:space="preserve"> Join Us for the App Launch</w:t>
      </w:r>
      <w:r w:rsidRPr="00B77100">
        <w:rPr>
          <w:lang w:val="ca-ES"/>
        </w:rPr>
        <w:t xml:space="preserve">; </w:t>
      </w:r>
      <w:r w:rsidR="00CF4976" w:rsidRPr="00B77100">
        <w:rPr>
          <w:lang w:val="ca-ES"/>
        </w:rPr>
        <w:t>OnSite</w:t>
      </w:r>
      <w:r w:rsidRPr="00B77100">
        <w:rPr>
          <w:lang w:val="ca-ES"/>
        </w:rPr>
        <w:t xml:space="preserve">; </w:t>
      </w:r>
      <w:r w:rsidR="005D384E" w:rsidRPr="00B77100">
        <w:rPr>
          <w:lang w:val="ca-ES"/>
        </w:rPr>
        <w:t>Mills 9</w:t>
      </w:r>
      <w:r w:rsidR="00B8109B" w:rsidRPr="00B77100">
        <w:rPr>
          <w:lang w:val="ca-ES"/>
        </w:rPr>
        <w:br/>
      </w:r>
      <w:r w:rsidR="004740EC" w:rsidRPr="00B77100">
        <w:rPr>
          <w:lang w:val="ca-ES"/>
        </w:rPr>
        <w:br/>
      </w:r>
      <w:r w:rsidR="00954927" w:rsidRPr="00B77100">
        <w:t xml:space="preserve">Join us at convention this July for the official launch of BITS Whisperer, a powerful new transcription application for Windows and macOS designed to make audio more accessible, actionable, and efficient for everyone. Built as an accessibility-first solution, Whisperer combines professional-grade transcription with intelligent AI tools that transform audio into summaries, translations, meeting notes, and more. With support for 17 transcription engines, speaker identification, advanced audio cleanup, and flexible export options, Whisperer provides a complete workflow from audio input to polished output. Features like live microphone transcription, batch processing, and automated watch folders ensure it fits seamlessly into real-world use. This launch is more than a demonstration, it is an invitation to experience a thoughtfully engineered application built with privacy, reliability, and long-term growth in mind. Designed to be fully </w:t>
      </w:r>
      <w:r w:rsidR="00954927" w:rsidRPr="00954927">
        <w:t>compatible with screen readers and keyboard navigation, accessibility is foundational, not optional.</w:t>
      </w:r>
      <w:r w:rsidR="00954927">
        <w:t xml:space="preserve"> </w:t>
      </w:r>
      <w:r w:rsidR="00954927" w:rsidRPr="00954927">
        <w:t>Free for BITS members and supported by a sustainability model for others, Whisperer represents an important step forward in expanding accessible technology.</w:t>
      </w:r>
      <w:r w:rsidR="00954927">
        <w:t xml:space="preserve"> </w:t>
      </w:r>
      <w:r w:rsidR="00954927" w:rsidRPr="00954927">
        <w:t>Come celebrate this milestone with us and be among the first to explore a tool built to transform how audio is captured, understood, and shared. This event will be in-person and streamed live in BITS Chat.</w:t>
      </w:r>
    </w:p>
    <w:p w14:paraId="4B78D36F" w14:textId="77777777" w:rsidR="00554523" w:rsidRDefault="00554523" w:rsidP="009E7A4A">
      <w:pPr>
        <w:ind w:left="0" w:firstLine="0"/>
        <w:rPr>
          <w:lang w:val="ca-ES"/>
        </w:rPr>
      </w:pPr>
    </w:p>
    <w:p w14:paraId="6A7FFA20" w14:textId="6766D66F" w:rsidR="00554523" w:rsidRPr="001B14A3" w:rsidRDefault="00554523" w:rsidP="009E7A4A">
      <w:pPr>
        <w:rPr>
          <w:b/>
          <w:bCs/>
        </w:rPr>
      </w:pPr>
      <w:r w:rsidRPr="001B14A3">
        <w:rPr>
          <w:b/>
          <w:bCs/>
        </w:rPr>
        <w:t>Tuesday, July 28</w:t>
      </w:r>
    </w:p>
    <w:p w14:paraId="6CCB0A15" w14:textId="77777777" w:rsidR="007D6539" w:rsidRPr="00B77100" w:rsidRDefault="007D6539" w:rsidP="009E7A4A">
      <w:r w:rsidRPr="00B77100">
        <w:t>9:00 am – 12:00 pm: Get Your Tech Assistance with BITS; OnSite; Mills 8</w:t>
      </w:r>
    </w:p>
    <w:p w14:paraId="1C3B54CD" w14:textId="77777777" w:rsidR="007D6539" w:rsidRPr="00B77100" w:rsidRDefault="007D6539" w:rsidP="009E7A4A">
      <w:pPr>
        <w:rPr>
          <w:lang w:val="ca-ES"/>
        </w:rPr>
      </w:pPr>
    </w:p>
    <w:p w14:paraId="2FDC822E" w14:textId="281C524F" w:rsidR="00554523" w:rsidRPr="00B77100" w:rsidRDefault="00554523" w:rsidP="009E7A4A">
      <w:r w:rsidRPr="14638D2A">
        <w:rPr>
          <w:lang w:val="ca-ES"/>
        </w:rPr>
        <w:t xml:space="preserve">1:00 pm </w:t>
      </w:r>
      <w:r w:rsidR="00B8109B" w:rsidRPr="14638D2A">
        <w:rPr>
          <w:lang w:val="ca-ES"/>
        </w:rPr>
        <w:t>-</w:t>
      </w:r>
      <w:r w:rsidRPr="14638D2A">
        <w:rPr>
          <w:lang w:val="ca-ES"/>
        </w:rPr>
        <w:t xml:space="preserve"> 2:30 pm: </w:t>
      </w:r>
      <w:r>
        <w:t>Dynamic Data Collection</w:t>
      </w:r>
      <w:r w:rsidR="131C2749">
        <w:t>:</w:t>
      </w:r>
      <w:r>
        <w:t xml:space="preserve"> Building and Managing Accessible Microsoft Forms</w:t>
      </w:r>
      <w:r w:rsidRPr="14638D2A">
        <w:rPr>
          <w:lang w:val="ca-ES"/>
        </w:rPr>
        <w:t xml:space="preserve">; </w:t>
      </w:r>
      <w:r w:rsidR="00CF4976" w:rsidRPr="14638D2A">
        <w:rPr>
          <w:lang w:val="ca-ES"/>
        </w:rPr>
        <w:t>OnSite</w:t>
      </w:r>
      <w:r w:rsidRPr="14638D2A">
        <w:rPr>
          <w:lang w:val="ca-ES"/>
        </w:rPr>
        <w:t xml:space="preserve">; </w:t>
      </w:r>
      <w:r w:rsidR="008D6965" w:rsidRPr="14638D2A">
        <w:rPr>
          <w:lang w:val="ca-ES"/>
        </w:rPr>
        <w:t>Mills 8</w:t>
      </w:r>
      <w:r w:rsidRPr="14638D2A">
        <w:rPr>
          <w:lang w:val="ca-ES"/>
        </w:rPr>
        <w:t>; $50</w:t>
      </w:r>
      <w:r>
        <w:br/>
      </w:r>
      <w:r>
        <w:br/>
        <w:t>Transform how you gather information with this deep dive into Microsoft Forms. In this session, we move from the initial spark of a survey idea to the final analysis of results all without touching a mouse. We will guide attendees through the complete life</w:t>
      </w:r>
      <w:r w:rsidR="55394A17">
        <w:t xml:space="preserve"> </w:t>
      </w:r>
      <w:r>
        <w:t>cycle of form creation, including the use of multiple question types, branching logic, and advanced settings. Specifically designed for screen reader users and low-vision attendees, this presentation emphasizes the native keyboard commands necessary to build professional-grade surveys that are accessible to both the creator and the respondent. We will also explore the integrated AI agent within Microsoft Forms, demonstrating how to use conversational prompts to instantly generate relevant questions, suggest survey structures, and analyze response trends for faster insights. Whether you choose to follow along in real-time or listen to the workflow, you will leave with the skills to confidently lead data collection projects from anywhere.</w:t>
      </w:r>
      <w:r>
        <w:br/>
      </w:r>
      <w:r>
        <w:br/>
        <w:t>Presenter: Jeff Bishop, President</w:t>
      </w:r>
      <w:r w:rsidR="574643CF">
        <w:t xml:space="preserve">, </w:t>
      </w:r>
      <w:r>
        <w:t>Blind Information Technology Solutions (BITS), Application Developer, Tucson, AZ</w:t>
      </w:r>
    </w:p>
    <w:p w14:paraId="2253235A" w14:textId="77777777" w:rsidR="00554523" w:rsidRPr="00B77100" w:rsidRDefault="00554523" w:rsidP="009E7A4A">
      <w:pPr>
        <w:rPr>
          <w:lang w:val="ca-ES"/>
        </w:rPr>
      </w:pPr>
    </w:p>
    <w:p w14:paraId="7114A9FA" w14:textId="3149FEAE" w:rsidR="008230FB" w:rsidRDefault="008230FB" w:rsidP="14638D2A">
      <w:pPr>
        <w:rPr>
          <w:lang w:val="ca-ES"/>
        </w:rPr>
      </w:pPr>
      <w:r w:rsidRPr="14638D2A">
        <w:rPr>
          <w:lang w:val="ca-ES"/>
        </w:rPr>
        <w:t xml:space="preserve">1:00 pm </w:t>
      </w:r>
      <w:r w:rsidR="00377D1A" w:rsidRPr="14638D2A">
        <w:rPr>
          <w:lang w:val="ca-ES"/>
        </w:rPr>
        <w:t>-</w:t>
      </w:r>
      <w:r w:rsidRPr="14638D2A">
        <w:rPr>
          <w:lang w:val="ca-ES"/>
        </w:rPr>
        <w:t xml:space="preserve"> 2:30 pm: </w:t>
      </w:r>
      <w:r>
        <w:t>Dynamic Data Collection</w:t>
      </w:r>
      <w:r w:rsidR="4054CA06">
        <w:t>:</w:t>
      </w:r>
      <w:r>
        <w:t xml:space="preserve"> Building and Managing Accessible Google Forms</w:t>
      </w:r>
      <w:r w:rsidRPr="14638D2A">
        <w:rPr>
          <w:lang w:val="ca-ES"/>
        </w:rPr>
        <w:t xml:space="preserve">; </w:t>
      </w:r>
      <w:r w:rsidR="00CF4976" w:rsidRPr="14638D2A">
        <w:rPr>
          <w:lang w:val="ca-ES"/>
        </w:rPr>
        <w:t>OnSite</w:t>
      </w:r>
      <w:r w:rsidRPr="14638D2A">
        <w:rPr>
          <w:lang w:val="ca-ES"/>
        </w:rPr>
        <w:t xml:space="preserve">; </w:t>
      </w:r>
      <w:r w:rsidR="008D6965" w:rsidRPr="14638D2A">
        <w:rPr>
          <w:lang w:val="ca-ES"/>
        </w:rPr>
        <w:t>Mills 9</w:t>
      </w:r>
      <w:r w:rsidRPr="14638D2A">
        <w:rPr>
          <w:lang w:val="ca-ES"/>
        </w:rPr>
        <w:t>; $50</w:t>
      </w:r>
      <w:r>
        <w:br/>
      </w:r>
      <w:r>
        <w:br/>
        <w:t>Transform how you gather information with this deep dive into Google Forms. In this session, we move from the initial spark of a survey idea to the final analysis of results all without touching a mouse. We will guide attendees through the complete lifecycle of form creation, including the use of multiple question types and advanced settings to customize the user experience. Specifically designed for screen reader users and low-vision attendees, this presentation emphasizes the native keyboard commands necessary to build professional-grade surveys that are accessible to both the creator and the respondent. We will also explore the integrated AI agent within Google Workspace, demonstrating how to use conversational prompts to instantly generate relevant questions, suggest survey structures, and analyze response trends for faster insights. Whether you choose to follow along in real-time or listen to the workflow, you will leave with the skills to confidently lead data collection projects from anywhere.</w:t>
      </w:r>
      <w:r>
        <w:br/>
      </w:r>
      <w:r>
        <w:br/>
        <w:t xml:space="preserve">Presenters: Tyson Ernst, Access </w:t>
      </w:r>
      <w:r w:rsidR="27FFF5E2">
        <w:t>T</w:t>
      </w:r>
      <w:r>
        <w:t xml:space="preserve">echnology </w:t>
      </w:r>
      <w:r w:rsidR="2AE26BFA">
        <w:t>E</w:t>
      </w:r>
      <w:r>
        <w:t>ducator, Washington State Department of Services for the Blind, Seattle, WA</w:t>
      </w:r>
    </w:p>
    <w:p w14:paraId="0479B4E4" w14:textId="77777777" w:rsidR="008230FB" w:rsidRDefault="008230FB" w:rsidP="009E7A4A">
      <w:pPr>
        <w:rPr>
          <w:lang w:val="ca-ES"/>
        </w:rPr>
      </w:pPr>
    </w:p>
    <w:p w14:paraId="588D5FC7" w14:textId="1FC43281" w:rsidR="00554523" w:rsidRPr="00B77100" w:rsidRDefault="00554523" w:rsidP="009E7A4A">
      <w:r w:rsidRPr="14638D2A">
        <w:rPr>
          <w:lang w:val="ca-ES"/>
        </w:rPr>
        <w:t xml:space="preserve">3:00 pm </w:t>
      </w:r>
      <w:r w:rsidR="00377D1A" w:rsidRPr="14638D2A">
        <w:rPr>
          <w:lang w:val="ca-ES"/>
        </w:rPr>
        <w:t>-</w:t>
      </w:r>
      <w:r w:rsidRPr="14638D2A">
        <w:rPr>
          <w:lang w:val="ca-ES"/>
        </w:rPr>
        <w:t xml:space="preserve"> 4:30 pm: </w:t>
      </w:r>
      <w:r>
        <w:t>The AI Research Partner</w:t>
      </w:r>
      <w:r w:rsidR="359C1EAA">
        <w:t>:</w:t>
      </w:r>
      <w:r>
        <w:t xml:space="preserve"> Mastering Synthesis and Generation with Copilot Notebook</w:t>
      </w:r>
      <w:r w:rsidRPr="14638D2A">
        <w:rPr>
          <w:lang w:val="ca-ES"/>
        </w:rPr>
        <w:t xml:space="preserve">; </w:t>
      </w:r>
      <w:r w:rsidR="00CF4976" w:rsidRPr="14638D2A">
        <w:rPr>
          <w:lang w:val="ca-ES"/>
        </w:rPr>
        <w:t>OnSite</w:t>
      </w:r>
      <w:r w:rsidRPr="14638D2A">
        <w:rPr>
          <w:lang w:val="ca-ES"/>
        </w:rPr>
        <w:t xml:space="preserve">; </w:t>
      </w:r>
      <w:r w:rsidR="008D6965" w:rsidRPr="14638D2A">
        <w:rPr>
          <w:lang w:val="ca-ES"/>
        </w:rPr>
        <w:t>Mills 8</w:t>
      </w:r>
      <w:r w:rsidRPr="14638D2A">
        <w:rPr>
          <w:lang w:val="ca-ES"/>
        </w:rPr>
        <w:t>; $50</w:t>
      </w:r>
      <w:r>
        <w:br/>
      </w:r>
      <w:r>
        <w:br/>
        <w:t>Elevate your research and content creation with this deep dive into Microsoft Copilot Notebook. We explore the advanced "Notebook" interface, which allows for longer, more complex prompts and sustained creative projects. We will guide attendees through the essential journey of feeding the AI extensive context to generate high-quality drafts, outlines, and summaries all without touching a mouse. Designed specifically for screen reader users and low-vision attendees, this presentation emphasizes the keyboard commands necessary to navigate the large-scale text areas and manage multi-turn conversations. We will demonstrate how to leverage the Copilot agent to act as a real-time research partner, synthesizing information from your own documents and the web to produce professional-grade content with total independence. Whether you choose to follow along in real-time or listen to the live demonstration, you will leave with a sophisticated toolkit for mastering the next generation of AI-assisted writing and data synthesis.</w:t>
      </w:r>
      <w:r>
        <w:br/>
      </w:r>
      <w:r>
        <w:br/>
        <w:t>Presenter: Jeff Bishop, President</w:t>
      </w:r>
      <w:r w:rsidR="1A00F020">
        <w:t>,</w:t>
      </w:r>
      <w:r>
        <w:t xml:space="preserve"> Blind Information Technology Solutions (BITS), Application Developer, Tucson, AZ</w:t>
      </w:r>
    </w:p>
    <w:p w14:paraId="7FF797F4" w14:textId="77777777" w:rsidR="00554523" w:rsidRPr="00B77100" w:rsidRDefault="00554523" w:rsidP="009E7A4A"/>
    <w:p w14:paraId="705388C7" w14:textId="45CC8D2B" w:rsidR="008230FB" w:rsidRPr="00B77100" w:rsidRDefault="008230FB" w:rsidP="14638D2A">
      <w:r w:rsidRPr="14638D2A">
        <w:rPr>
          <w:lang w:val="ca-ES"/>
        </w:rPr>
        <w:t xml:space="preserve">3:00 pm </w:t>
      </w:r>
      <w:r w:rsidR="00377D1A" w:rsidRPr="14638D2A">
        <w:rPr>
          <w:lang w:val="ca-ES"/>
        </w:rPr>
        <w:t>-</w:t>
      </w:r>
      <w:r w:rsidRPr="14638D2A">
        <w:rPr>
          <w:lang w:val="ca-ES"/>
        </w:rPr>
        <w:t xml:space="preserve"> 4:30 pm: </w:t>
      </w:r>
      <w:r>
        <w:t>The AI Research Partner</w:t>
      </w:r>
      <w:r w:rsidR="7F319B2C">
        <w:t>:</w:t>
      </w:r>
      <w:r>
        <w:t xml:space="preserve"> Mastering Synthesis and Generation with NotebookLM</w:t>
      </w:r>
      <w:r w:rsidRPr="14638D2A">
        <w:rPr>
          <w:lang w:val="ca-ES"/>
        </w:rPr>
        <w:t xml:space="preserve">; </w:t>
      </w:r>
      <w:r w:rsidR="00CF4976" w:rsidRPr="14638D2A">
        <w:rPr>
          <w:lang w:val="ca-ES"/>
        </w:rPr>
        <w:t>OnSite</w:t>
      </w:r>
      <w:r w:rsidRPr="14638D2A">
        <w:rPr>
          <w:lang w:val="ca-ES"/>
        </w:rPr>
        <w:t xml:space="preserve">; </w:t>
      </w:r>
      <w:r w:rsidR="008D6965" w:rsidRPr="14638D2A">
        <w:rPr>
          <w:lang w:val="ca-ES"/>
        </w:rPr>
        <w:t>Mills 9</w:t>
      </w:r>
      <w:r w:rsidRPr="14638D2A">
        <w:rPr>
          <w:lang w:val="ca-ES"/>
        </w:rPr>
        <w:t>; $50</w:t>
      </w:r>
      <w:r>
        <w:br/>
      </w:r>
      <w:r>
        <w:br/>
        <w:t xml:space="preserve">Elevate your research and information synthesis with this deep dive into Google NotebookLM. In this session, we explore how to transform your personal documents, transcripts, and web sources into a powerful, interactive knowledge base. We will guide attendees through the essential journey of uploading "source" materials and using AI-generated summaries to gain instant </w:t>
      </w:r>
      <w:r w:rsidR="00B729CD">
        <w:t>insights</w:t>
      </w:r>
      <w:r>
        <w:t xml:space="preserve"> without touching a mouse. Designed specifically for screen reader users and low-vision attendees, this presentation emphasizes the keyboard commands necessary to navigate the notebook interface and manage your source citations. We will demonstrate how to leverage the integrated AI agent to act as a real-time research partner, answering complex questions based strictly on your provided data and even generating audio overviews for a hands-free learning experience. Whether you choose to follow along in real-time or listen to the live demonstration, you will leave with a sophisticated toolkit for mastering the next generation of AI-assisted data management and creative synthesis.</w:t>
      </w:r>
      <w:r>
        <w:br/>
      </w:r>
      <w:r>
        <w:br/>
        <w:t xml:space="preserve">Presenters: Tyson Ernst, Access </w:t>
      </w:r>
      <w:r w:rsidR="668BF9B2">
        <w:t>T</w:t>
      </w:r>
      <w:r>
        <w:t xml:space="preserve">echnology </w:t>
      </w:r>
      <w:r w:rsidR="2C630E8C">
        <w:t>E</w:t>
      </w:r>
      <w:r>
        <w:t>ducator, Washington State Department of Services for the Blind, Seattle, WA</w:t>
      </w:r>
    </w:p>
    <w:p w14:paraId="1F75D612" w14:textId="77777777" w:rsidR="00554523" w:rsidRPr="00B77100" w:rsidRDefault="00554523" w:rsidP="009E7A4A">
      <w:pPr>
        <w:rPr>
          <w:lang w:val="ca-ES"/>
        </w:rPr>
      </w:pPr>
    </w:p>
    <w:p w14:paraId="2D16F86F" w14:textId="77C92CA2" w:rsidR="00954927" w:rsidRPr="00B77100" w:rsidRDefault="00954927" w:rsidP="14638D2A">
      <w:pPr>
        <w:rPr>
          <w:lang w:val="ca-ES"/>
        </w:rPr>
      </w:pPr>
      <w:r w:rsidRPr="14638D2A">
        <w:rPr>
          <w:lang w:val="ca-ES"/>
        </w:rPr>
        <w:t xml:space="preserve">6:00 pm </w:t>
      </w:r>
      <w:r w:rsidR="00377D1A" w:rsidRPr="14638D2A">
        <w:rPr>
          <w:lang w:val="ca-ES"/>
        </w:rPr>
        <w:t>-</w:t>
      </w:r>
      <w:r w:rsidRPr="14638D2A">
        <w:rPr>
          <w:lang w:val="ca-ES"/>
        </w:rPr>
        <w:t xml:space="preserve"> 8:00 pm: </w:t>
      </w:r>
      <w:r>
        <w:t>Opening the Door to Accessible Appliances: Join us for the Portal Launch</w:t>
      </w:r>
      <w:r w:rsidRPr="14638D2A">
        <w:rPr>
          <w:lang w:val="ca-ES"/>
        </w:rPr>
        <w:t xml:space="preserve">; </w:t>
      </w:r>
      <w:r w:rsidR="00CF4976" w:rsidRPr="14638D2A">
        <w:rPr>
          <w:lang w:val="ca-ES"/>
        </w:rPr>
        <w:t>OnSite</w:t>
      </w:r>
      <w:r w:rsidRPr="14638D2A">
        <w:rPr>
          <w:lang w:val="ca-ES"/>
        </w:rPr>
        <w:t xml:space="preserve">; </w:t>
      </w:r>
      <w:r w:rsidR="008D6965" w:rsidRPr="14638D2A">
        <w:rPr>
          <w:lang w:val="ca-ES"/>
        </w:rPr>
        <w:t>Mills 9</w:t>
      </w:r>
      <w:r>
        <w:br/>
      </w:r>
      <w:r>
        <w:br/>
        <w:t>Join us at convention this July for the official launch of the new BITS Appliance Portal, a community-driven resource designed to help people with disabilities make more informed and confident purchasing decisions. Built as an accessibility-first platform, the portal brings together product information, real-world reviews, ratings, documentation, comparison tools, and community insight across a wide range of appliances and home products. This exciting launch is more than a demonstration</w:t>
      </w:r>
      <w:r w:rsidR="0F929B5B">
        <w:t xml:space="preserve"> -</w:t>
      </w:r>
      <w:r>
        <w:t xml:space="preserve"> it is an invitation to explore, connect, and help shape a growing resource created by and for our community. Come celebrate this important milestone with us and be among the first to experience what promises to become a trusted destination for accessible appliance information.</w:t>
      </w:r>
    </w:p>
    <w:p w14:paraId="02184E46" w14:textId="77777777" w:rsidR="006B0ADD" w:rsidRPr="00B77100" w:rsidRDefault="006B0ADD" w:rsidP="009E7A4A">
      <w:pPr>
        <w:rPr>
          <w:lang w:val="ca-ES"/>
        </w:rPr>
      </w:pPr>
    </w:p>
    <w:p w14:paraId="563E1D70" w14:textId="278BAB40" w:rsidR="001C0FE0" w:rsidRPr="00B77100" w:rsidRDefault="001C0FE0" w:rsidP="009E7A4A">
      <w:pPr>
        <w:rPr>
          <w:b/>
          <w:bCs/>
        </w:rPr>
      </w:pPr>
      <w:r w:rsidRPr="00B77100">
        <w:rPr>
          <w:b/>
          <w:bCs/>
        </w:rPr>
        <w:t xml:space="preserve">Wednesday, July </w:t>
      </w:r>
      <w:r w:rsidR="00155741" w:rsidRPr="00B77100">
        <w:rPr>
          <w:b/>
          <w:bCs/>
        </w:rPr>
        <w:t>2</w:t>
      </w:r>
      <w:r w:rsidRPr="00B77100">
        <w:rPr>
          <w:b/>
          <w:bCs/>
        </w:rPr>
        <w:t>9</w:t>
      </w:r>
    </w:p>
    <w:p w14:paraId="2BC18B4B" w14:textId="77777777" w:rsidR="002705A8" w:rsidRPr="00B77100" w:rsidRDefault="002705A8" w:rsidP="009E7A4A">
      <w:r w:rsidRPr="00B77100">
        <w:t>9:00 am – 12:00 pm: Get Your Tech Assistance with BITS; OnSite; Mills 8</w:t>
      </w:r>
    </w:p>
    <w:p w14:paraId="7959C0F7" w14:textId="77777777" w:rsidR="002705A8" w:rsidRPr="00B77100" w:rsidRDefault="002705A8" w:rsidP="009E7A4A"/>
    <w:p w14:paraId="281806E9" w14:textId="3BE60593" w:rsidR="00416712" w:rsidRPr="00B77100" w:rsidRDefault="00155741" w:rsidP="009E7A4A">
      <w:r w:rsidRPr="14638D2A">
        <w:rPr>
          <w:lang w:val="ca-ES"/>
        </w:rPr>
        <w:t xml:space="preserve">1:00 pm </w:t>
      </w:r>
      <w:r w:rsidR="00377D1A" w:rsidRPr="14638D2A">
        <w:rPr>
          <w:lang w:val="ca-ES"/>
        </w:rPr>
        <w:t>-</w:t>
      </w:r>
      <w:r w:rsidRPr="14638D2A">
        <w:rPr>
          <w:lang w:val="ca-ES"/>
        </w:rPr>
        <w:t xml:space="preserve"> 2:30 pm: </w:t>
      </w:r>
      <w:r>
        <w:t>From Blank Page to Polished Professional: Mastering Microsoft Word via Keyboard</w:t>
      </w:r>
      <w:r w:rsidRPr="14638D2A">
        <w:rPr>
          <w:lang w:val="ca-ES"/>
        </w:rPr>
        <w:t xml:space="preserve">; </w:t>
      </w:r>
      <w:r w:rsidR="00CF4976" w:rsidRPr="14638D2A">
        <w:rPr>
          <w:lang w:val="ca-ES"/>
        </w:rPr>
        <w:t>OnSite</w:t>
      </w:r>
      <w:r w:rsidRPr="14638D2A">
        <w:rPr>
          <w:lang w:val="ca-ES"/>
        </w:rPr>
        <w:t xml:space="preserve">; </w:t>
      </w:r>
      <w:r w:rsidR="00CB3CD9" w:rsidRPr="14638D2A">
        <w:rPr>
          <w:lang w:val="ca-ES"/>
        </w:rPr>
        <w:t>Mills 8</w:t>
      </w:r>
      <w:r w:rsidRPr="14638D2A">
        <w:rPr>
          <w:lang w:val="ca-ES"/>
        </w:rPr>
        <w:t>; $50</w:t>
      </w:r>
      <w:r>
        <w:br/>
      </w:r>
      <w:r>
        <w:br/>
      </w:r>
      <w:r w:rsidR="00192FA3">
        <w:t>For session details</w:t>
      </w:r>
      <w:r w:rsidR="08354531">
        <w:t>,</w:t>
      </w:r>
      <w:r w:rsidR="00192FA3">
        <w:t xml:space="preserve"> s</w:t>
      </w:r>
      <w:r w:rsidR="00416712">
        <w:t>ee July 27 1 pm session</w:t>
      </w:r>
      <w:r w:rsidR="15F090D2">
        <w:t>.</w:t>
      </w:r>
      <w:r w:rsidR="00416712">
        <w:t xml:space="preserve">  </w:t>
      </w:r>
    </w:p>
    <w:p w14:paraId="27906F88" w14:textId="77777777" w:rsidR="00155741" w:rsidRPr="00B77100" w:rsidRDefault="00155741" w:rsidP="009E7A4A"/>
    <w:p w14:paraId="2CEC9B4D" w14:textId="60551E9E" w:rsidR="00155741" w:rsidRPr="00B77100" w:rsidRDefault="00155741" w:rsidP="009E7A4A">
      <w:pPr>
        <w:rPr>
          <w:lang w:val="ca-ES"/>
        </w:rPr>
      </w:pPr>
      <w:r w:rsidRPr="14638D2A">
        <w:rPr>
          <w:lang w:val="ca-ES"/>
        </w:rPr>
        <w:t xml:space="preserve">1:00 pm </w:t>
      </w:r>
      <w:r w:rsidR="00377D1A" w:rsidRPr="14638D2A">
        <w:rPr>
          <w:lang w:val="ca-ES"/>
        </w:rPr>
        <w:t>-</w:t>
      </w:r>
      <w:r w:rsidRPr="14638D2A">
        <w:rPr>
          <w:lang w:val="ca-ES"/>
        </w:rPr>
        <w:t xml:space="preserve"> 2:30 pm: </w:t>
      </w:r>
      <w:r>
        <w:t>From Blank Page to Polished Professional</w:t>
      </w:r>
      <w:r w:rsidR="00416712">
        <w:t>,</w:t>
      </w:r>
      <w:r>
        <w:t xml:space="preserve"> Mastering Google Docs via Keyboard</w:t>
      </w:r>
      <w:r w:rsidRPr="14638D2A">
        <w:rPr>
          <w:lang w:val="ca-ES"/>
        </w:rPr>
        <w:t xml:space="preserve">; </w:t>
      </w:r>
      <w:r w:rsidR="00CF4976" w:rsidRPr="14638D2A">
        <w:rPr>
          <w:lang w:val="ca-ES"/>
        </w:rPr>
        <w:t>OnSite</w:t>
      </w:r>
      <w:r w:rsidRPr="14638D2A">
        <w:rPr>
          <w:lang w:val="ca-ES"/>
        </w:rPr>
        <w:t xml:space="preserve">; </w:t>
      </w:r>
      <w:r w:rsidR="00CB3CD9" w:rsidRPr="14638D2A">
        <w:rPr>
          <w:lang w:val="ca-ES"/>
        </w:rPr>
        <w:t>Mills 9</w:t>
      </w:r>
      <w:r w:rsidRPr="14638D2A">
        <w:rPr>
          <w:lang w:val="ca-ES"/>
        </w:rPr>
        <w:t>; $50</w:t>
      </w:r>
      <w:r>
        <w:br/>
      </w:r>
      <w:r>
        <w:br/>
      </w:r>
      <w:r w:rsidR="00192FA3">
        <w:t>For session details</w:t>
      </w:r>
      <w:r w:rsidR="242B9E08">
        <w:t>,</w:t>
      </w:r>
      <w:r w:rsidR="00192FA3">
        <w:t xml:space="preserve"> see July 27 1 pm session</w:t>
      </w:r>
      <w:r w:rsidR="7E53557B">
        <w:t>.</w:t>
      </w:r>
      <w:r w:rsidR="00192FA3">
        <w:t xml:space="preserve">  </w:t>
      </w:r>
    </w:p>
    <w:p w14:paraId="287363D1" w14:textId="77777777" w:rsidR="00155741" w:rsidRPr="00B77100" w:rsidRDefault="00155741" w:rsidP="009E7A4A"/>
    <w:p w14:paraId="635F90F1" w14:textId="11D1CD32" w:rsidR="00155741" w:rsidRPr="00B77100" w:rsidRDefault="00155741" w:rsidP="009E7A4A">
      <w:r w:rsidRPr="14638D2A">
        <w:rPr>
          <w:lang w:val="ca-ES"/>
        </w:rPr>
        <w:t xml:space="preserve">3:00 pm </w:t>
      </w:r>
      <w:r w:rsidR="00377D1A" w:rsidRPr="14638D2A">
        <w:rPr>
          <w:lang w:val="ca-ES"/>
        </w:rPr>
        <w:t>-</w:t>
      </w:r>
      <w:r w:rsidRPr="14638D2A">
        <w:rPr>
          <w:lang w:val="ca-ES"/>
        </w:rPr>
        <w:t xml:space="preserve"> 4:30 pm: </w:t>
      </w:r>
      <w:r>
        <w:t>The Cloud-First Professional: Mastering OneDrive Accessibility and File Management</w:t>
      </w:r>
      <w:r w:rsidRPr="14638D2A">
        <w:rPr>
          <w:lang w:val="ca-ES"/>
        </w:rPr>
        <w:t xml:space="preserve">; </w:t>
      </w:r>
      <w:r w:rsidR="00CF4976" w:rsidRPr="14638D2A">
        <w:rPr>
          <w:lang w:val="ca-ES"/>
        </w:rPr>
        <w:t>OnSite</w:t>
      </w:r>
      <w:r w:rsidRPr="14638D2A">
        <w:rPr>
          <w:lang w:val="ca-ES"/>
        </w:rPr>
        <w:t xml:space="preserve">; </w:t>
      </w:r>
      <w:r w:rsidR="00CB3CD9" w:rsidRPr="14638D2A">
        <w:rPr>
          <w:lang w:val="ca-ES"/>
        </w:rPr>
        <w:t>Mills 8</w:t>
      </w:r>
      <w:r w:rsidRPr="14638D2A">
        <w:rPr>
          <w:lang w:val="ca-ES"/>
        </w:rPr>
        <w:t>; $50</w:t>
      </w:r>
      <w:r>
        <w:br/>
      </w:r>
      <w:r>
        <w:br/>
      </w:r>
      <w:r w:rsidR="00192FA3">
        <w:t>For session details</w:t>
      </w:r>
      <w:r w:rsidR="1955B11E">
        <w:t>,</w:t>
      </w:r>
      <w:r w:rsidR="00192FA3">
        <w:t xml:space="preserve"> see July 27 3 pm session</w:t>
      </w:r>
      <w:r w:rsidR="6A65A8FE">
        <w:t>.</w:t>
      </w:r>
      <w:r w:rsidR="00192FA3">
        <w:t xml:space="preserve">  </w:t>
      </w:r>
    </w:p>
    <w:p w14:paraId="40A31629" w14:textId="77777777" w:rsidR="00155741" w:rsidRPr="00B77100" w:rsidRDefault="00155741" w:rsidP="009E7A4A"/>
    <w:p w14:paraId="0636F1D1" w14:textId="4F998381" w:rsidR="00954927" w:rsidRDefault="00155741" w:rsidP="009E7A4A">
      <w:r w:rsidRPr="14638D2A">
        <w:rPr>
          <w:lang w:val="ca-ES"/>
        </w:rPr>
        <w:t xml:space="preserve">3:00 pm </w:t>
      </w:r>
      <w:r w:rsidR="00377D1A" w:rsidRPr="14638D2A">
        <w:rPr>
          <w:lang w:val="ca-ES"/>
        </w:rPr>
        <w:t>-</w:t>
      </w:r>
      <w:r w:rsidRPr="14638D2A">
        <w:rPr>
          <w:lang w:val="ca-ES"/>
        </w:rPr>
        <w:t xml:space="preserve"> 4:30 pm: </w:t>
      </w:r>
      <w:r>
        <w:t>The Cloud-First Professional</w:t>
      </w:r>
      <w:r w:rsidR="2CEBDD7E">
        <w:t>:</w:t>
      </w:r>
      <w:r>
        <w:t xml:space="preserve"> Mastering Google Drive Accessibility and File Management</w:t>
      </w:r>
      <w:r w:rsidRPr="14638D2A">
        <w:rPr>
          <w:lang w:val="ca-ES"/>
        </w:rPr>
        <w:t xml:space="preserve">; </w:t>
      </w:r>
      <w:r w:rsidR="00CF4976" w:rsidRPr="14638D2A">
        <w:rPr>
          <w:lang w:val="ca-ES"/>
        </w:rPr>
        <w:t>OnSite</w:t>
      </w:r>
      <w:r w:rsidRPr="14638D2A">
        <w:rPr>
          <w:lang w:val="ca-ES"/>
        </w:rPr>
        <w:t xml:space="preserve">; </w:t>
      </w:r>
      <w:r w:rsidR="00CB3CD9" w:rsidRPr="14638D2A">
        <w:rPr>
          <w:lang w:val="ca-ES"/>
        </w:rPr>
        <w:t>Mills 9</w:t>
      </w:r>
      <w:r w:rsidRPr="14638D2A">
        <w:rPr>
          <w:lang w:val="ca-ES"/>
        </w:rPr>
        <w:t>; $50</w:t>
      </w:r>
      <w:r>
        <w:br/>
      </w:r>
      <w:r>
        <w:br/>
      </w:r>
      <w:r w:rsidR="00416712">
        <w:t>See July 27 3 pm session for details</w:t>
      </w:r>
      <w:r w:rsidR="5DF37735">
        <w:t>.</w:t>
      </w:r>
      <w:r w:rsidR="00416712">
        <w:t xml:space="preserve"> </w:t>
      </w:r>
    </w:p>
    <w:p w14:paraId="56C9CD9C" w14:textId="77777777" w:rsidR="00C60357" w:rsidRPr="00B77100" w:rsidRDefault="00C60357" w:rsidP="009E7A4A"/>
    <w:p w14:paraId="7629AA03" w14:textId="7D1B6CFF" w:rsidR="00954927" w:rsidRPr="00B77100" w:rsidRDefault="005557DF" w:rsidP="14638D2A">
      <w:r w:rsidRPr="14638D2A">
        <w:rPr>
          <w:lang w:val="ca-ES"/>
        </w:rPr>
        <w:t>5</w:t>
      </w:r>
      <w:r w:rsidR="00954927" w:rsidRPr="14638D2A">
        <w:rPr>
          <w:lang w:val="ca-ES"/>
        </w:rPr>
        <w:t xml:space="preserve">:00 pm </w:t>
      </w:r>
      <w:r w:rsidR="00377D1A" w:rsidRPr="14638D2A">
        <w:rPr>
          <w:lang w:val="ca-ES"/>
        </w:rPr>
        <w:t>-</w:t>
      </w:r>
      <w:r w:rsidR="00954927" w:rsidRPr="14638D2A">
        <w:rPr>
          <w:lang w:val="ca-ES"/>
        </w:rPr>
        <w:t xml:space="preserve"> 7:00 pm: </w:t>
      </w:r>
      <w:r w:rsidR="00954927">
        <w:t xml:space="preserve">BITS </w:t>
      </w:r>
      <w:r w:rsidR="4BA8C1BE">
        <w:t>R</w:t>
      </w:r>
      <w:r w:rsidR="00954927">
        <w:t>eception</w:t>
      </w:r>
      <w:r w:rsidR="00954927" w:rsidRPr="14638D2A">
        <w:rPr>
          <w:lang w:val="ca-ES"/>
        </w:rPr>
        <w:t xml:space="preserve">; </w:t>
      </w:r>
      <w:r w:rsidR="00CF4976" w:rsidRPr="14638D2A">
        <w:rPr>
          <w:lang w:val="ca-ES"/>
        </w:rPr>
        <w:t>OnSite</w:t>
      </w:r>
      <w:r w:rsidR="00954927" w:rsidRPr="14638D2A">
        <w:rPr>
          <w:lang w:val="ca-ES"/>
        </w:rPr>
        <w:t xml:space="preserve">; </w:t>
      </w:r>
      <w:r w:rsidR="00CB3CD9" w:rsidRPr="14638D2A">
        <w:rPr>
          <w:lang w:val="ca-ES"/>
        </w:rPr>
        <w:t>Gateway West</w:t>
      </w:r>
      <w:r w:rsidR="00954927" w:rsidRPr="14638D2A">
        <w:rPr>
          <w:lang w:val="ca-ES"/>
        </w:rPr>
        <w:t>; $20 ($25)</w:t>
      </w:r>
      <w:r>
        <w:br/>
      </w:r>
      <w:r>
        <w:br/>
      </w:r>
      <w:r w:rsidR="00954927">
        <w:t>Join all your BITS friends at the 3rd Annual BITS Reception at the ACB Convention in St. Louis. There will be a cash bar, prizes and a live auction, as well as fun and games.</w:t>
      </w:r>
      <w:r w:rsidR="0084171E">
        <w:t xml:space="preserve"> </w:t>
      </w:r>
      <w:r w:rsidR="00954927">
        <w:t>Each ticket includes one drink coupon redeemable at the cash bar.</w:t>
      </w:r>
    </w:p>
    <w:p w14:paraId="6E5BFBD6" w14:textId="77777777" w:rsidR="00954927" w:rsidRPr="00B77100" w:rsidRDefault="00954927" w:rsidP="009E7A4A"/>
    <w:p w14:paraId="48AE7C22" w14:textId="1315EA0A" w:rsidR="00954927" w:rsidRPr="00B77100" w:rsidRDefault="00954927" w:rsidP="009E7A4A">
      <w:r w:rsidRPr="00B77100">
        <w:rPr>
          <w:lang w:val="ca-ES"/>
        </w:rPr>
        <w:t xml:space="preserve">7:30 pm </w:t>
      </w:r>
      <w:r w:rsidR="00377D1A" w:rsidRPr="00B77100">
        <w:rPr>
          <w:lang w:val="ca-ES"/>
        </w:rPr>
        <w:t>-</w:t>
      </w:r>
      <w:r w:rsidRPr="00B77100">
        <w:rPr>
          <w:lang w:val="ca-ES"/>
        </w:rPr>
        <w:t xml:space="preserve"> 9:30 pm: </w:t>
      </w:r>
      <w:r w:rsidRPr="00B77100">
        <w:t>Building an Accessible Future with BITS, Visual Studio Code, GitHub, and Open Source</w:t>
      </w:r>
      <w:r w:rsidRPr="00B77100">
        <w:rPr>
          <w:lang w:val="ca-ES"/>
        </w:rPr>
        <w:t xml:space="preserve">; </w:t>
      </w:r>
      <w:r w:rsidR="00CB3CD9" w:rsidRPr="00B77100">
        <w:rPr>
          <w:lang w:val="ca-ES"/>
        </w:rPr>
        <w:t>Mills 9</w:t>
      </w:r>
      <w:r w:rsidR="00377D1A" w:rsidRPr="00B77100">
        <w:rPr>
          <w:lang w:val="ca-ES"/>
        </w:rPr>
        <w:br/>
      </w:r>
      <w:r w:rsidR="00377D1A" w:rsidRPr="00B77100">
        <w:rPr>
          <w:lang w:val="ca-ES"/>
        </w:rPr>
        <w:br/>
      </w:r>
      <w:r w:rsidRPr="00B77100">
        <w:t xml:space="preserve">Join us for a welcoming and community-centered evening focused on accessible events, inclusive software development, and the power of open source to change the digital landscape. This session will introduce Community Access, a project built to make accessibility more actionable inside modern development workflows, including VS Code, GitHub, and AI-powered coding environments, with a strong emphasis on WCAG 2.2 AA, screen reader usability, and community-driven contribution. Community Access describes itself as built by the community, for the community, and highlights tools designed to bring accessibility checks, </w:t>
      </w:r>
      <w:r w:rsidRPr="00954927">
        <w:t xml:space="preserve">trusted guidance, and real-world assistive technology knowledge directly into development work. It also invites contributors to get involved </w:t>
      </w:r>
      <w:r w:rsidRPr="00B77100">
        <w:t>through GitHub by improving agents, documentation, rules, and workflows, making this event a great fit for anyone curious about software development, accessibility advocacy, and open-source collaboration. Come learn, connect, and discover how you can help shape a more accessible digital future.</w:t>
      </w:r>
    </w:p>
    <w:p w14:paraId="7B617AE7" w14:textId="77777777" w:rsidR="00954927" w:rsidRPr="00B77100" w:rsidRDefault="00954927" w:rsidP="009E7A4A">
      <w:pPr>
        <w:rPr>
          <w:lang w:val="ca-ES"/>
        </w:rPr>
      </w:pPr>
    </w:p>
    <w:p w14:paraId="5C512D65" w14:textId="0C6A9C2E" w:rsidR="001C0FE0" w:rsidRPr="00B77100" w:rsidRDefault="001C0FE0" w:rsidP="009E7A4A">
      <w:pPr>
        <w:rPr>
          <w:b/>
          <w:bCs/>
        </w:rPr>
      </w:pPr>
      <w:r w:rsidRPr="00B77100">
        <w:rPr>
          <w:b/>
          <w:bCs/>
        </w:rPr>
        <w:t xml:space="preserve">Thursday, July </w:t>
      </w:r>
      <w:r w:rsidR="00155741" w:rsidRPr="00B77100">
        <w:rPr>
          <w:b/>
          <w:bCs/>
        </w:rPr>
        <w:t>3</w:t>
      </w:r>
      <w:r w:rsidRPr="00B77100">
        <w:rPr>
          <w:b/>
          <w:bCs/>
        </w:rPr>
        <w:t>0</w:t>
      </w:r>
    </w:p>
    <w:p w14:paraId="1E32A3E8" w14:textId="77777777" w:rsidR="00DF28E2" w:rsidRPr="00B77100" w:rsidRDefault="00DF28E2" w:rsidP="00DF28E2">
      <w:r w:rsidRPr="00B77100">
        <w:t>9:00 am – 12:00 pm: Get Your Tech Assistance with BITS; OnSite; Mills 8</w:t>
      </w:r>
    </w:p>
    <w:p w14:paraId="3F89735A" w14:textId="77777777" w:rsidR="00DF28E2" w:rsidRPr="00B77100" w:rsidRDefault="00DF28E2" w:rsidP="00DF28E2"/>
    <w:p w14:paraId="31475BFA" w14:textId="3FCB9C33" w:rsidR="001C0FE0" w:rsidRPr="00B77100" w:rsidRDefault="00155741" w:rsidP="009E7A4A">
      <w:pPr>
        <w:rPr>
          <w:lang w:val="ca-ES"/>
        </w:rPr>
      </w:pPr>
      <w:r w:rsidRPr="14638D2A">
        <w:rPr>
          <w:lang w:val="ca-ES"/>
        </w:rPr>
        <w:t xml:space="preserve">1:00 pm </w:t>
      </w:r>
      <w:r w:rsidR="00377D1A" w:rsidRPr="14638D2A">
        <w:rPr>
          <w:lang w:val="ca-ES"/>
        </w:rPr>
        <w:t>-</w:t>
      </w:r>
      <w:r w:rsidRPr="14638D2A">
        <w:rPr>
          <w:lang w:val="ca-ES"/>
        </w:rPr>
        <w:t xml:space="preserve"> 2:30 pm: </w:t>
      </w:r>
      <w:r>
        <w:t>Dynamic Data Collection</w:t>
      </w:r>
      <w:r w:rsidR="1BEA9121">
        <w:t>:</w:t>
      </w:r>
      <w:r>
        <w:t xml:space="preserve"> Building and Managing Accessible Microsoft Forms</w:t>
      </w:r>
      <w:r w:rsidRPr="14638D2A">
        <w:rPr>
          <w:lang w:val="ca-ES"/>
        </w:rPr>
        <w:t xml:space="preserve">; </w:t>
      </w:r>
      <w:r w:rsidR="00CF4976" w:rsidRPr="14638D2A">
        <w:rPr>
          <w:lang w:val="ca-ES"/>
        </w:rPr>
        <w:t>OnSite</w:t>
      </w:r>
      <w:r w:rsidRPr="14638D2A">
        <w:rPr>
          <w:lang w:val="ca-ES"/>
        </w:rPr>
        <w:t xml:space="preserve">; </w:t>
      </w:r>
      <w:r w:rsidR="00CB3CD9" w:rsidRPr="14638D2A">
        <w:rPr>
          <w:lang w:val="ca-ES"/>
        </w:rPr>
        <w:t>Mills 8</w:t>
      </w:r>
      <w:r w:rsidRPr="14638D2A">
        <w:rPr>
          <w:lang w:val="ca-ES"/>
        </w:rPr>
        <w:t>; $50</w:t>
      </w:r>
      <w:r>
        <w:br/>
      </w:r>
      <w:r>
        <w:br/>
      </w:r>
      <w:r w:rsidR="00192FA3">
        <w:t>For session details</w:t>
      </w:r>
      <w:r w:rsidR="56607A6D">
        <w:t>,</w:t>
      </w:r>
      <w:r w:rsidR="00192FA3">
        <w:t xml:space="preserve"> see July 28 1 pm session</w:t>
      </w:r>
      <w:r w:rsidR="472BE9A6">
        <w:t>.</w:t>
      </w:r>
      <w:r w:rsidR="00192FA3">
        <w:t xml:space="preserve">  </w:t>
      </w:r>
    </w:p>
    <w:p w14:paraId="2193FCF9" w14:textId="77777777" w:rsidR="00155741" w:rsidRPr="00B77100" w:rsidRDefault="00155741" w:rsidP="009E7A4A">
      <w:pPr>
        <w:rPr>
          <w:lang w:val="ca-ES"/>
        </w:rPr>
      </w:pPr>
    </w:p>
    <w:p w14:paraId="3DFB2AEF" w14:textId="3102087D" w:rsidR="00155741" w:rsidRPr="00B77100" w:rsidRDefault="00155741" w:rsidP="009E7A4A">
      <w:r w:rsidRPr="14638D2A">
        <w:rPr>
          <w:lang w:val="ca-ES"/>
        </w:rPr>
        <w:t xml:space="preserve">1:00 pm </w:t>
      </w:r>
      <w:r w:rsidR="00377D1A" w:rsidRPr="14638D2A">
        <w:rPr>
          <w:lang w:val="ca-ES"/>
        </w:rPr>
        <w:t>-</w:t>
      </w:r>
      <w:r w:rsidRPr="14638D2A">
        <w:rPr>
          <w:lang w:val="ca-ES"/>
        </w:rPr>
        <w:t xml:space="preserve"> 2:30 pm: </w:t>
      </w:r>
      <w:r>
        <w:t>Dynamic Data Collection</w:t>
      </w:r>
      <w:r w:rsidR="217FFC5A">
        <w:t>:</w:t>
      </w:r>
      <w:r>
        <w:t xml:space="preserve"> Building and Managing Accessible Google Forms</w:t>
      </w:r>
      <w:r w:rsidRPr="14638D2A">
        <w:rPr>
          <w:lang w:val="ca-ES"/>
        </w:rPr>
        <w:t xml:space="preserve">; </w:t>
      </w:r>
      <w:r w:rsidR="00CF4976" w:rsidRPr="14638D2A">
        <w:rPr>
          <w:lang w:val="ca-ES"/>
        </w:rPr>
        <w:t>OnSite</w:t>
      </w:r>
      <w:r w:rsidRPr="14638D2A">
        <w:rPr>
          <w:lang w:val="ca-ES"/>
        </w:rPr>
        <w:t xml:space="preserve">; </w:t>
      </w:r>
      <w:r w:rsidR="00CB3CD9" w:rsidRPr="14638D2A">
        <w:rPr>
          <w:lang w:val="ca-ES"/>
        </w:rPr>
        <w:t>Mills 9</w:t>
      </w:r>
      <w:r w:rsidRPr="14638D2A">
        <w:rPr>
          <w:lang w:val="ca-ES"/>
        </w:rPr>
        <w:t>; $50</w:t>
      </w:r>
      <w:r w:rsidR="004A2340">
        <w:rPr>
          <w:lang w:val="ca-ES"/>
        </w:rPr>
        <w:br/>
      </w:r>
    </w:p>
    <w:p w14:paraId="0CB1227D" w14:textId="35AFB6BC" w:rsidR="00155741" w:rsidRPr="00B77100" w:rsidRDefault="00192FA3" w:rsidP="009E7A4A">
      <w:pPr>
        <w:rPr>
          <w:lang w:val="ca-ES"/>
        </w:rPr>
      </w:pPr>
      <w:r>
        <w:t>For session details</w:t>
      </w:r>
      <w:r w:rsidR="1B7BEF64">
        <w:t>,</w:t>
      </w:r>
      <w:r>
        <w:t xml:space="preserve"> see July 28 1 pm session</w:t>
      </w:r>
      <w:r w:rsidR="0826BD59">
        <w:t>.</w:t>
      </w:r>
      <w:r>
        <w:t xml:space="preserve">  </w:t>
      </w:r>
    </w:p>
    <w:p w14:paraId="1B1B0C64" w14:textId="77777777" w:rsidR="00155741" w:rsidRPr="00B77100" w:rsidRDefault="00155741" w:rsidP="009E7A4A">
      <w:pPr>
        <w:rPr>
          <w:lang w:val="ca-ES"/>
        </w:rPr>
      </w:pPr>
    </w:p>
    <w:p w14:paraId="443B6573" w14:textId="77777777" w:rsidR="004A2340" w:rsidRDefault="00155741" w:rsidP="009E7A4A">
      <w:r w:rsidRPr="14638D2A">
        <w:rPr>
          <w:lang w:val="ca-ES"/>
        </w:rPr>
        <w:t xml:space="preserve">3:00 pm </w:t>
      </w:r>
      <w:r w:rsidR="00377D1A" w:rsidRPr="14638D2A">
        <w:rPr>
          <w:lang w:val="ca-ES"/>
        </w:rPr>
        <w:t>-</w:t>
      </w:r>
      <w:r w:rsidRPr="14638D2A">
        <w:rPr>
          <w:lang w:val="ca-ES"/>
        </w:rPr>
        <w:t xml:space="preserve"> 4:30 pm: </w:t>
      </w:r>
      <w:r>
        <w:t>The AI Research Partner</w:t>
      </w:r>
      <w:r w:rsidR="7A7C533F">
        <w:t>:</w:t>
      </w:r>
      <w:r>
        <w:t xml:space="preserve"> Mastering Synthesis and Generation with Copilot Notebook</w:t>
      </w:r>
      <w:r w:rsidRPr="14638D2A">
        <w:rPr>
          <w:lang w:val="ca-ES"/>
        </w:rPr>
        <w:t xml:space="preserve">; </w:t>
      </w:r>
      <w:r w:rsidR="00CF4976" w:rsidRPr="14638D2A">
        <w:rPr>
          <w:lang w:val="ca-ES"/>
        </w:rPr>
        <w:t>OnSite</w:t>
      </w:r>
      <w:r w:rsidRPr="14638D2A">
        <w:rPr>
          <w:lang w:val="ca-ES"/>
        </w:rPr>
        <w:t xml:space="preserve">; </w:t>
      </w:r>
      <w:r w:rsidR="00CB3CD9" w:rsidRPr="14638D2A">
        <w:rPr>
          <w:lang w:val="ca-ES"/>
        </w:rPr>
        <w:t>Mills 8</w:t>
      </w:r>
      <w:r w:rsidRPr="14638D2A">
        <w:rPr>
          <w:lang w:val="ca-ES"/>
        </w:rPr>
        <w:t>; $50</w:t>
      </w:r>
      <w:r>
        <w:br/>
      </w:r>
      <w:r w:rsidR="00192FA3">
        <w:t>For session details</w:t>
      </w:r>
      <w:r w:rsidR="504B925F">
        <w:t>,</w:t>
      </w:r>
      <w:r w:rsidR="00192FA3">
        <w:t xml:space="preserve"> see July 28 3 pm session</w:t>
      </w:r>
      <w:r w:rsidR="434B370A">
        <w:t>.</w:t>
      </w:r>
      <w:r w:rsidR="00192FA3">
        <w:t xml:space="preserve"> </w:t>
      </w:r>
    </w:p>
    <w:p w14:paraId="251C78F4" w14:textId="73F97647" w:rsidR="00416712" w:rsidRPr="00B77100" w:rsidRDefault="00192FA3" w:rsidP="009E7A4A">
      <w:r>
        <w:t xml:space="preserve"> </w:t>
      </w:r>
    </w:p>
    <w:p w14:paraId="3B32B53C" w14:textId="055E4011" w:rsidR="00416712" w:rsidRPr="00B77100" w:rsidRDefault="00155741" w:rsidP="009E7A4A">
      <w:r w:rsidRPr="14638D2A">
        <w:rPr>
          <w:lang w:val="ca-ES"/>
        </w:rPr>
        <w:t xml:space="preserve">3:00 pm </w:t>
      </w:r>
      <w:r w:rsidR="00377D1A" w:rsidRPr="14638D2A">
        <w:rPr>
          <w:lang w:val="ca-ES"/>
        </w:rPr>
        <w:t>-</w:t>
      </w:r>
      <w:r w:rsidRPr="14638D2A">
        <w:rPr>
          <w:lang w:val="ca-ES"/>
        </w:rPr>
        <w:t xml:space="preserve"> 4:30 pm: </w:t>
      </w:r>
      <w:r>
        <w:t>The AI Research Partner</w:t>
      </w:r>
      <w:r w:rsidR="7CF5F630">
        <w:t>:</w:t>
      </w:r>
      <w:r>
        <w:t xml:space="preserve"> Mastering Synthesis and Generation with NotebookLM</w:t>
      </w:r>
      <w:r w:rsidRPr="14638D2A">
        <w:rPr>
          <w:lang w:val="ca-ES"/>
        </w:rPr>
        <w:t xml:space="preserve">; </w:t>
      </w:r>
      <w:r w:rsidR="00CF4976" w:rsidRPr="14638D2A">
        <w:rPr>
          <w:lang w:val="ca-ES"/>
        </w:rPr>
        <w:t>OnSite</w:t>
      </w:r>
      <w:r w:rsidRPr="14638D2A">
        <w:rPr>
          <w:lang w:val="ca-ES"/>
        </w:rPr>
        <w:t xml:space="preserve">; </w:t>
      </w:r>
      <w:r w:rsidR="00CB3CD9" w:rsidRPr="14638D2A">
        <w:rPr>
          <w:lang w:val="ca-ES"/>
        </w:rPr>
        <w:t>Mills 9</w:t>
      </w:r>
      <w:r w:rsidRPr="14638D2A">
        <w:rPr>
          <w:lang w:val="ca-ES"/>
        </w:rPr>
        <w:t>; $50</w:t>
      </w:r>
      <w:r>
        <w:br/>
      </w:r>
      <w:r>
        <w:br/>
      </w:r>
      <w:r w:rsidR="00192FA3">
        <w:t>For session details</w:t>
      </w:r>
      <w:r w:rsidR="33149B49">
        <w:t>,</w:t>
      </w:r>
      <w:r w:rsidR="00192FA3">
        <w:t xml:space="preserve"> see July 27 3 pm session</w:t>
      </w:r>
      <w:r w:rsidR="17829239">
        <w:t>.</w:t>
      </w:r>
      <w:r w:rsidR="00192FA3">
        <w:t xml:space="preserve">  </w:t>
      </w:r>
    </w:p>
    <w:p w14:paraId="19A048F5" w14:textId="77777777" w:rsidR="001C0FE0" w:rsidRPr="00B77100" w:rsidRDefault="001C0FE0" w:rsidP="009E7A4A"/>
    <w:p w14:paraId="5C007DDE" w14:textId="0481EF3C" w:rsidR="001C0FE0" w:rsidRPr="00B77100" w:rsidRDefault="001C0FE0" w:rsidP="009E7A4A">
      <w:pPr>
        <w:pStyle w:val="Heading2"/>
        <w:rPr>
          <w:u w:val="single"/>
        </w:rPr>
      </w:pPr>
      <w:bookmarkStart w:id="52" w:name="_Toc198814969"/>
      <w:bookmarkStart w:id="53" w:name="_Toc232406150"/>
      <w:r w:rsidRPr="00B77100">
        <w:rPr>
          <w:u w:val="single"/>
        </w:rPr>
        <w:t>B</w:t>
      </w:r>
      <w:r w:rsidR="002D49ED" w:rsidRPr="00B77100">
        <w:rPr>
          <w:u w:val="single"/>
        </w:rPr>
        <w:t xml:space="preserve">raille </w:t>
      </w:r>
      <w:r w:rsidRPr="00B77100">
        <w:rPr>
          <w:u w:val="single"/>
        </w:rPr>
        <w:t>R</w:t>
      </w:r>
      <w:r w:rsidR="002D49ED" w:rsidRPr="00B77100">
        <w:rPr>
          <w:u w:val="single"/>
        </w:rPr>
        <w:t xml:space="preserve">evival </w:t>
      </w:r>
      <w:r w:rsidRPr="00B77100">
        <w:rPr>
          <w:u w:val="single"/>
        </w:rPr>
        <w:t>L</w:t>
      </w:r>
      <w:bookmarkEnd w:id="52"/>
      <w:r w:rsidR="002D49ED" w:rsidRPr="00B77100">
        <w:rPr>
          <w:u w:val="single"/>
        </w:rPr>
        <w:t>eague</w:t>
      </w:r>
      <w:bookmarkEnd w:id="53"/>
    </w:p>
    <w:p w14:paraId="7D6514F4" w14:textId="4E4517F1" w:rsidR="00954927" w:rsidRPr="00B77100" w:rsidRDefault="00954927" w:rsidP="009E7A4A">
      <w:r w:rsidRPr="00B77100">
        <w:t>BRL President: Patty Slaby</w:t>
      </w:r>
    </w:p>
    <w:p w14:paraId="29E1BCDE" w14:textId="43225B7B" w:rsidR="00954927" w:rsidRPr="00B77100" w:rsidRDefault="00954927" w:rsidP="009E7A4A">
      <w:r w:rsidRPr="00B77100">
        <w:t>Convention Program Chair: Patty Slaby</w:t>
      </w:r>
    </w:p>
    <w:p w14:paraId="54175D99" w14:textId="75D6AE5F" w:rsidR="00954927" w:rsidRPr="00B77100" w:rsidRDefault="00954927" w:rsidP="009E7A4A">
      <w:r w:rsidRPr="00B77100">
        <w:t>Affiliate Donation: $10</w:t>
      </w:r>
    </w:p>
    <w:p w14:paraId="33A690F0" w14:textId="77777777" w:rsidR="004740EC" w:rsidRPr="00B77100" w:rsidRDefault="004740EC" w:rsidP="009E7A4A">
      <w:pPr>
        <w:rPr>
          <w:b/>
          <w:bCs/>
        </w:rPr>
      </w:pPr>
    </w:p>
    <w:p w14:paraId="18918516" w14:textId="702E19F4" w:rsidR="00954927" w:rsidRPr="00B77100" w:rsidRDefault="00954927" w:rsidP="009E7A4A">
      <w:pPr>
        <w:rPr>
          <w:b/>
          <w:bCs/>
        </w:rPr>
      </w:pPr>
      <w:r w:rsidRPr="00B77100">
        <w:rPr>
          <w:b/>
          <w:bCs/>
        </w:rPr>
        <w:t>Friday, July 17</w:t>
      </w:r>
    </w:p>
    <w:p w14:paraId="7A381EFF" w14:textId="66F57A6A" w:rsidR="00FB54C5" w:rsidRPr="00B77100" w:rsidRDefault="00954927" w:rsidP="00FB54C5">
      <w:r>
        <w:t xml:space="preserve">10:00 am </w:t>
      </w:r>
      <w:r w:rsidR="00377D1A">
        <w:t>-</w:t>
      </w:r>
      <w:r>
        <w:t xml:space="preserve"> 11:15 am: </w:t>
      </w:r>
      <w:r w:rsidR="00DC6B47">
        <w:t>Seeing Braille, Wait, I Thought I Had to Feel Braille</w:t>
      </w:r>
      <w:r>
        <w:t>; Virtual</w:t>
      </w:r>
      <w:r>
        <w:br/>
      </w:r>
      <w:r>
        <w:br/>
      </w:r>
      <w:r w:rsidR="00FB54C5">
        <w:t>Co-sponsored by BRL and AABT</w:t>
      </w:r>
      <w:r w:rsidR="3CDF6B9E">
        <w:t xml:space="preserve">. </w:t>
      </w:r>
      <w:r w:rsidR="00192FA3">
        <w:t>For session details</w:t>
      </w:r>
      <w:r w:rsidR="049F35D6">
        <w:t>,</w:t>
      </w:r>
      <w:r w:rsidR="00192FA3">
        <w:t xml:space="preserve"> s</w:t>
      </w:r>
      <w:r w:rsidR="00683752">
        <w:t>ee AABT</w:t>
      </w:r>
      <w:r w:rsidR="6DA80A0A">
        <w:t>.</w:t>
      </w:r>
    </w:p>
    <w:p w14:paraId="685928CA" w14:textId="0DF04A1D" w:rsidR="00683752" w:rsidRPr="00B77100" w:rsidRDefault="00954927" w:rsidP="009E7A4A">
      <w:pPr>
        <w:rPr>
          <w:lang w:val="ca-ES"/>
        </w:rPr>
      </w:pPr>
      <w:r>
        <w:t>11:30 am</w:t>
      </w:r>
      <w:r w:rsidR="00BC5792">
        <w:t xml:space="preserve"> </w:t>
      </w:r>
      <w:r w:rsidR="00377D1A">
        <w:t>-</w:t>
      </w:r>
      <w:r w:rsidR="00BC5792">
        <w:t xml:space="preserve"> 12:45 pm</w:t>
      </w:r>
      <w:r>
        <w:t>: Patty Goes to Peru; Virtual</w:t>
      </w:r>
      <w:r>
        <w:br/>
      </w:r>
      <w:r>
        <w:br/>
      </w:r>
      <w:r w:rsidR="00FB54C5">
        <w:t>Co-sponsored by BRL and AABT</w:t>
      </w:r>
      <w:r w:rsidR="52E6E191">
        <w:t xml:space="preserve">. </w:t>
      </w:r>
      <w:r w:rsidR="00192FA3">
        <w:t>For session details</w:t>
      </w:r>
      <w:r w:rsidR="39FFFABE">
        <w:t>,</w:t>
      </w:r>
      <w:r w:rsidR="00192FA3">
        <w:t xml:space="preserve"> see</w:t>
      </w:r>
      <w:r w:rsidR="00683752">
        <w:t xml:space="preserve"> AABT</w:t>
      </w:r>
      <w:r w:rsidR="2120B556">
        <w:t>.</w:t>
      </w:r>
    </w:p>
    <w:p w14:paraId="5330EB05" w14:textId="77777777" w:rsidR="00954927" w:rsidRPr="00B77100" w:rsidRDefault="00954927" w:rsidP="009E7A4A">
      <w:pPr>
        <w:rPr>
          <w:lang w:val="ca-ES"/>
        </w:rPr>
      </w:pPr>
    </w:p>
    <w:p w14:paraId="46DFF05F" w14:textId="1405E5E7" w:rsidR="0040342E" w:rsidRPr="00B77100" w:rsidRDefault="0040342E" w:rsidP="009E7A4A">
      <w:r w:rsidRPr="00B77100">
        <w:t xml:space="preserve">2:30 pm </w:t>
      </w:r>
      <w:r w:rsidR="00377D1A" w:rsidRPr="00B77100">
        <w:t>-</w:t>
      </w:r>
      <w:r w:rsidRPr="00B77100">
        <w:t xml:space="preserve"> 3:45 pm: Braille Games; Virtual</w:t>
      </w:r>
      <w:r w:rsidR="00377D1A" w:rsidRPr="00B77100">
        <w:br/>
      </w:r>
      <w:r w:rsidR="004740EC" w:rsidRPr="00B77100">
        <w:br/>
      </w:r>
      <w:r w:rsidRPr="00B77100">
        <w:t>Come join BRL to play games based on the use of braille. BRL members will lead you in playing a few games using your knowledge about braille.</w:t>
      </w:r>
    </w:p>
    <w:p w14:paraId="12E8A0D1" w14:textId="77777777" w:rsidR="008C1985" w:rsidRPr="00B77100" w:rsidRDefault="008C1985" w:rsidP="009E7A4A"/>
    <w:p w14:paraId="415A6D94" w14:textId="58AF2801" w:rsidR="008C1985" w:rsidRPr="00B77100" w:rsidRDefault="008C1985" w:rsidP="009E7A4A">
      <w:pPr>
        <w:rPr>
          <w:b/>
          <w:bCs/>
        </w:rPr>
      </w:pPr>
      <w:r w:rsidRPr="00B77100">
        <w:rPr>
          <w:b/>
          <w:bCs/>
        </w:rPr>
        <w:t>Saturday, July 18</w:t>
      </w:r>
    </w:p>
    <w:p w14:paraId="5783C33F" w14:textId="6A612909" w:rsidR="000C7067" w:rsidRPr="00B77100" w:rsidRDefault="008C1985" w:rsidP="009E7A4A">
      <w:r>
        <w:t xml:space="preserve">11:30 am </w:t>
      </w:r>
      <w:r w:rsidR="00377D1A">
        <w:t>-</w:t>
      </w:r>
      <w:r>
        <w:t xml:space="preserve"> 12:45 </w:t>
      </w:r>
      <w:r w:rsidR="00796B69">
        <w:t>p</w:t>
      </w:r>
      <w:r>
        <w:t xml:space="preserve">m: </w:t>
      </w:r>
      <w:r w:rsidR="00251EC3">
        <w:t>BRL and ACB Families Share Low-cost Braille Devices</w:t>
      </w:r>
      <w:r>
        <w:t>; Virtual</w:t>
      </w:r>
      <w:r>
        <w:br/>
      </w:r>
      <w:r>
        <w:br/>
      </w:r>
      <w:r w:rsidR="00367282">
        <w:t xml:space="preserve">Enhance your use of braille with four low-cost braille devices. The Braille Doodle is a device with raised braille letters and a method of drawing. The VersaSlate is a paperless slate and stylus. The Hable is a device with braille input that can connect to other devices. Braille Legos are a fun way to learn more about braille. </w:t>
      </w:r>
      <w:r>
        <w:br/>
      </w:r>
      <w:r>
        <w:br/>
      </w:r>
      <w:r w:rsidR="00367282" w:rsidRPr="14638D2A">
        <w:rPr>
          <w:lang w:val="ca-ES"/>
        </w:rPr>
        <w:t>Presenters: Lucy Edm</w:t>
      </w:r>
      <w:r w:rsidR="1B8FDDED" w:rsidRPr="14638D2A">
        <w:rPr>
          <w:lang w:val="ca-ES"/>
        </w:rPr>
        <w:t>o</w:t>
      </w:r>
      <w:r w:rsidR="00367282" w:rsidRPr="14638D2A">
        <w:rPr>
          <w:lang w:val="ca-ES"/>
        </w:rPr>
        <w:t>nds, retired, Michigan Braille and Talking Book Library, Lansing</w:t>
      </w:r>
      <w:r w:rsidR="6AC6E0C9" w:rsidRPr="14638D2A">
        <w:rPr>
          <w:lang w:val="ca-ES"/>
        </w:rPr>
        <w:t>,</w:t>
      </w:r>
      <w:r w:rsidR="00367282" w:rsidRPr="14638D2A">
        <w:rPr>
          <w:lang w:val="ca-ES"/>
        </w:rPr>
        <w:t xml:space="preserve"> MI; Audr</w:t>
      </w:r>
      <w:r w:rsidR="64B1B5C3" w:rsidRPr="14638D2A">
        <w:rPr>
          <w:lang w:val="ca-ES"/>
        </w:rPr>
        <w:t>e</w:t>
      </w:r>
      <w:r w:rsidR="00367282" w:rsidRPr="14638D2A">
        <w:rPr>
          <w:lang w:val="ca-ES"/>
        </w:rPr>
        <w:t>y Schading, Braille Instructor, Lighthouse Guild of New York; Shanell Matos, assistive technology program leadership, Lighthouse Guild, New York.</w:t>
      </w:r>
      <w:r>
        <w:br/>
      </w:r>
      <w:r>
        <w:br/>
      </w:r>
      <w:r w:rsidR="000C7067" w:rsidRPr="14638D2A">
        <w:rPr>
          <w:lang w:val="ca-ES"/>
        </w:rPr>
        <w:t>Co-sponsored by ACBF and BRL.</w:t>
      </w:r>
    </w:p>
    <w:p w14:paraId="40E2CA9D" w14:textId="77777777" w:rsidR="000C7067" w:rsidRPr="00B77100" w:rsidRDefault="000C7067" w:rsidP="009E7A4A"/>
    <w:p w14:paraId="2BBEF5DD" w14:textId="6C5EF25F" w:rsidR="00367282" w:rsidRPr="00B77100" w:rsidRDefault="00367282" w:rsidP="009E7A4A">
      <w:pPr>
        <w:rPr>
          <w:b/>
          <w:bCs/>
        </w:rPr>
      </w:pPr>
      <w:r w:rsidRPr="00B77100">
        <w:rPr>
          <w:b/>
          <w:bCs/>
        </w:rPr>
        <w:t>Saturday, July 25</w:t>
      </w:r>
    </w:p>
    <w:p w14:paraId="5C53101B" w14:textId="49AD07A8" w:rsidR="009A18B1" w:rsidRDefault="009A18B1" w:rsidP="009A18B1">
      <w:r>
        <w:t xml:space="preserve">7:00 am - </w:t>
      </w:r>
      <w:r w:rsidR="00D23CAD">
        <w:t>7</w:t>
      </w:r>
      <w:r>
        <w:t>:45 am: Rejuvenate Your Knowledge of the History of Braille; Hybrid; Sterling 3</w:t>
      </w:r>
      <w:r>
        <w:br/>
      </w:r>
      <w:r>
        <w:br/>
        <w:t xml:space="preserve">Learn about the history of braille at the Missouri School for the Blind and discuss about the use of braille in today's world including technology and a program for deafblind, Protactile. Hands-on items will be available. </w:t>
      </w:r>
      <w:r>
        <w:br/>
      </w:r>
      <w:r>
        <w:br/>
        <w:t>Co-sponsored by BRL and AABT. For session details, see AABT.</w:t>
      </w:r>
    </w:p>
    <w:p w14:paraId="33475D15" w14:textId="77777777" w:rsidR="00D23CAD" w:rsidRPr="00B77100" w:rsidRDefault="00D23CAD" w:rsidP="009A18B1"/>
    <w:p w14:paraId="0E137331" w14:textId="2F68173D" w:rsidR="00B96667" w:rsidRPr="00B77100" w:rsidRDefault="00D23CAD" w:rsidP="009E7A4A">
      <w:r>
        <w:t>8</w:t>
      </w:r>
      <w:r w:rsidR="00367282">
        <w:t>:00 am</w:t>
      </w:r>
      <w:r w:rsidR="005675A3">
        <w:t xml:space="preserve"> </w:t>
      </w:r>
      <w:r w:rsidR="00377D1A">
        <w:t>-</w:t>
      </w:r>
      <w:r w:rsidR="005675A3">
        <w:t xml:space="preserve"> </w:t>
      </w:r>
      <w:r>
        <w:t>8</w:t>
      </w:r>
      <w:r w:rsidR="005675A3">
        <w:t>:30 am</w:t>
      </w:r>
      <w:r w:rsidR="00367282">
        <w:t xml:space="preserve">: BRL and AABT Breakfast; </w:t>
      </w:r>
      <w:r w:rsidR="00CF4976">
        <w:t>OnSite</w:t>
      </w:r>
      <w:r w:rsidR="00367282">
        <w:t xml:space="preserve">; </w:t>
      </w:r>
      <w:r w:rsidR="00D74892">
        <w:t xml:space="preserve">Sterling </w:t>
      </w:r>
      <w:r w:rsidR="001C7418">
        <w:t>6</w:t>
      </w:r>
      <w:r w:rsidR="00CB3CD9">
        <w:t xml:space="preserve"> </w:t>
      </w:r>
      <w:r w:rsidR="00AD4981">
        <w:br/>
      </w:r>
      <w:r w:rsidR="00367282">
        <w:br/>
      </w:r>
      <w:r w:rsidR="00B754DB">
        <w:t>Co-sponsored by BRL and AABT</w:t>
      </w:r>
      <w:r w:rsidR="151F0858">
        <w:t>.</w:t>
      </w:r>
    </w:p>
    <w:p w14:paraId="57CCE2BB" w14:textId="346AE018" w:rsidR="00367282" w:rsidRPr="00B77100" w:rsidRDefault="00367282" w:rsidP="009E7A4A"/>
    <w:p w14:paraId="23BA5180" w14:textId="0F1E194B" w:rsidR="00743289" w:rsidRPr="00B77100" w:rsidRDefault="00743289" w:rsidP="009E7A4A">
      <w:pPr>
        <w:rPr>
          <w:b/>
          <w:bCs/>
        </w:rPr>
      </w:pPr>
      <w:r w:rsidRPr="00B77100">
        <w:rPr>
          <w:b/>
          <w:bCs/>
        </w:rPr>
        <w:t>Tuesday, July 28</w:t>
      </w:r>
    </w:p>
    <w:p w14:paraId="5EF3FA16" w14:textId="1E7AF30F" w:rsidR="00377D1A" w:rsidRPr="00B77100" w:rsidRDefault="00B75C80" w:rsidP="009E7A4A">
      <w:r>
        <w:t xml:space="preserve">3:00 pm </w:t>
      </w:r>
      <w:r w:rsidR="00377D1A">
        <w:t>-</w:t>
      </w:r>
      <w:r>
        <w:t xml:space="preserve"> 4:15 pm: LUA Presents Meet the Narrator; Hybrid; Sterling 3</w:t>
      </w:r>
      <w:r>
        <w:br/>
      </w:r>
    </w:p>
    <w:p w14:paraId="5A7580C5" w14:textId="084A5CCE" w:rsidR="00377D1A" w:rsidRPr="00B77100" w:rsidRDefault="00931D23" w:rsidP="009E7A4A">
      <w:r>
        <w:t>Co-sponsored by LUA, BRL and AABT</w:t>
      </w:r>
      <w:r w:rsidR="792A0B6F">
        <w:t xml:space="preserve">. </w:t>
      </w:r>
      <w:r w:rsidR="00192FA3">
        <w:t>For session details</w:t>
      </w:r>
      <w:r w:rsidR="2A495444">
        <w:t>,</w:t>
      </w:r>
      <w:r w:rsidR="00192FA3">
        <w:t xml:space="preserve"> see</w:t>
      </w:r>
      <w:r w:rsidR="00683752">
        <w:t xml:space="preserve"> </w:t>
      </w:r>
      <w:r w:rsidR="00DB023F">
        <w:t>LUA</w:t>
      </w:r>
      <w:r w:rsidR="0FDF02FA">
        <w:t>.</w:t>
      </w:r>
      <w:r w:rsidR="00683752">
        <w:t xml:space="preserve"> </w:t>
      </w:r>
    </w:p>
    <w:p w14:paraId="18BEC445" w14:textId="77777777" w:rsidR="00192FA3" w:rsidRPr="00B77100" w:rsidRDefault="00192FA3" w:rsidP="009E7A4A"/>
    <w:p w14:paraId="5063E4F1" w14:textId="23D344CF" w:rsidR="001C0FE0" w:rsidRPr="00B77100" w:rsidRDefault="00B75C80" w:rsidP="009E7A4A">
      <w:r>
        <w:t xml:space="preserve">5:00 pm </w:t>
      </w:r>
      <w:r w:rsidR="00377D1A">
        <w:t>-</w:t>
      </w:r>
      <w:r>
        <w:t xml:space="preserve"> 6:15 pm: LUA Presents News and Updates at NLS; Hybrid; Sterling 3</w:t>
      </w:r>
      <w:r>
        <w:br/>
      </w:r>
      <w:r>
        <w:br/>
      </w:r>
      <w:r w:rsidR="00931D23">
        <w:t>Co-sponsored by LUA, AABT and BRL</w:t>
      </w:r>
      <w:r w:rsidR="7C50F3C8">
        <w:t>. F</w:t>
      </w:r>
      <w:r w:rsidR="00192FA3">
        <w:t>or session details</w:t>
      </w:r>
      <w:r w:rsidR="41BDB4DD">
        <w:t>,</w:t>
      </w:r>
      <w:r w:rsidR="00192FA3">
        <w:t xml:space="preserve"> see</w:t>
      </w:r>
      <w:r w:rsidR="0080721C">
        <w:t xml:space="preserve"> LUA</w:t>
      </w:r>
      <w:r w:rsidR="41BDB4DD">
        <w:t>.</w:t>
      </w:r>
      <w:r w:rsidR="0080721C">
        <w:t xml:space="preserve"> </w:t>
      </w:r>
    </w:p>
    <w:p w14:paraId="62A7DBF3" w14:textId="77777777" w:rsidR="00377D1A" w:rsidRPr="00B77100" w:rsidRDefault="00377D1A" w:rsidP="009E7A4A"/>
    <w:p w14:paraId="2352C9BE" w14:textId="52D1AFA1" w:rsidR="001C0FE0" w:rsidRPr="00B77100" w:rsidRDefault="001C0FE0" w:rsidP="009E7A4A">
      <w:pPr>
        <w:pStyle w:val="Heading2"/>
        <w:rPr>
          <w:u w:val="single"/>
        </w:rPr>
      </w:pPr>
      <w:bookmarkStart w:id="54" w:name="_Toc198814971"/>
      <w:bookmarkStart w:id="55" w:name="_Toc232406151"/>
      <w:r w:rsidRPr="00B77100">
        <w:rPr>
          <w:u w:val="single"/>
        </w:rPr>
        <w:t>F</w:t>
      </w:r>
      <w:r w:rsidR="002D49ED" w:rsidRPr="00B77100">
        <w:rPr>
          <w:u w:val="single"/>
        </w:rPr>
        <w:t xml:space="preserve">riends </w:t>
      </w:r>
      <w:r w:rsidRPr="00B77100">
        <w:rPr>
          <w:u w:val="single"/>
        </w:rPr>
        <w:t>I</w:t>
      </w:r>
      <w:r w:rsidR="002D49ED" w:rsidRPr="00B77100">
        <w:rPr>
          <w:u w:val="single"/>
        </w:rPr>
        <w:t xml:space="preserve">n </w:t>
      </w:r>
      <w:r w:rsidRPr="00B77100">
        <w:rPr>
          <w:u w:val="single"/>
        </w:rPr>
        <w:t>A</w:t>
      </w:r>
      <w:bookmarkEnd w:id="54"/>
      <w:r w:rsidR="002D49ED" w:rsidRPr="00B77100">
        <w:rPr>
          <w:u w:val="single"/>
        </w:rPr>
        <w:t>rt</w:t>
      </w:r>
      <w:bookmarkEnd w:id="55"/>
    </w:p>
    <w:p w14:paraId="104DDAD3" w14:textId="2ECB275C" w:rsidR="009C192B" w:rsidRPr="00B77100" w:rsidRDefault="009C192B" w:rsidP="009E7A4A">
      <w:r w:rsidRPr="00B77100">
        <w:t>FIA President: Annie Chiappetta</w:t>
      </w:r>
    </w:p>
    <w:p w14:paraId="15D09238" w14:textId="7A30CABE" w:rsidR="009C192B" w:rsidRPr="00B77100" w:rsidRDefault="009C192B" w:rsidP="009E7A4A">
      <w:r w:rsidRPr="00B77100">
        <w:t>Convention Program Chair: Peter Altschul</w:t>
      </w:r>
    </w:p>
    <w:p w14:paraId="7D861F58" w14:textId="4B569FC9" w:rsidR="009C192B" w:rsidRPr="00B77100" w:rsidRDefault="009C192B" w:rsidP="009E7A4A">
      <w:r w:rsidRPr="00B77100">
        <w:t>Affiliate Donation: $20</w:t>
      </w:r>
    </w:p>
    <w:p w14:paraId="287CC323" w14:textId="77777777" w:rsidR="009C192B" w:rsidRPr="00B77100" w:rsidRDefault="009C192B" w:rsidP="009E7A4A"/>
    <w:p w14:paraId="5556DB9F" w14:textId="3534F81A" w:rsidR="009C192B" w:rsidRPr="00B77100" w:rsidRDefault="009C192B" w:rsidP="009E7A4A">
      <w:pPr>
        <w:rPr>
          <w:b/>
          <w:bCs/>
        </w:rPr>
      </w:pPr>
      <w:r w:rsidRPr="00B77100">
        <w:rPr>
          <w:b/>
          <w:bCs/>
        </w:rPr>
        <w:t>Thursday, July 16</w:t>
      </w:r>
    </w:p>
    <w:p w14:paraId="35236B4E" w14:textId="3D31A477" w:rsidR="005C68CA" w:rsidRDefault="009C192B" w:rsidP="009E7A4A">
      <w:r w:rsidRPr="00B77100">
        <w:t>1</w:t>
      </w:r>
      <w:r w:rsidR="005C68CA" w:rsidRPr="00B77100">
        <w:t>1</w:t>
      </w:r>
      <w:r w:rsidRPr="00B77100">
        <w:t>:</w:t>
      </w:r>
      <w:r w:rsidR="005C68CA" w:rsidRPr="00B77100">
        <w:t>3</w:t>
      </w:r>
      <w:r w:rsidRPr="00B77100">
        <w:t xml:space="preserve">0 am </w:t>
      </w:r>
      <w:r w:rsidR="00377D1A" w:rsidRPr="00B77100">
        <w:t>-</w:t>
      </w:r>
      <w:r w:rsidRPr="00B77100">
        <w:t xml:space="preserve"> 1</w:t>
      </w:r>
      <w:r w:rsidR="005C68CA" w:rsidRPr="00B77100">
        <w:t>2</w:t>
      </w:r>
      <w:r w:rsidRPr="00B77100">
        <w:t>:</w:t>
      </w:r>
      <w:r w:rsidR="005C68CA" w:rsidRPr="00B77100">
        <w:t>4</w:t>
      </w:r>
      <w:r w:rsidRPr="00B77100">
        <w:t xml:space="preserve">5 </w:t>
      </w:r>
      <w:r w:rsidR="005C68CA" w:rsidRPr="00B77100">
        <w:t>p</w:t>
      </w:r>
      <w:r w:rsidRPr="00B77100">
        <w:t xml:space="preserve">m: </w:t>
      </w:r>
      <w:r w:rsidR="005C68CA" w:rsidRPr="00B77100">
        <w:t>Access Through the Arts with the Missouri Arts Council</w:t>
      </w:r>
      <w:r w:rsidRPr="00B77100">
        <w:t>; Virtual</w:t>
      </w:r>
      <w:r w:rsidR="00377D1A" w:rsidRPr="00B77100">
        <w:br/>
      </w:r>
      <w:r w:rsidR="004740EC" w:rsidRPr="00B77100">
        <w:br/>
      </w:r>
      <w:r w:rsidR="005C68CA" w:rsidRPr="00B77100">
        <w:t>Piper Hudson will share information on tactile art-making, multisensory installations, descriptive audio frameworks, and collaborative storytelling.</w:t>
      </w:r>
      <w:r w:rsidR="007377B6" w:rsidRPr="00B77100">
        <w:br/>
      </w:r>
      <w:r w:rsidR="004740EC" w:rsidRPr="00B77100">
        <w:br/>
      </w:r>
      <w:r w:rsidR="005C68CA" w:rsidRPr="00B77100">
        <w:t>Facilitator: Annie Chiappetta, F</w:t>
      </w:r>
      <w:r w:rsidR="007377B6" w:rsidRPr="00B77100">
        <w:t>IA</w:t>
      </w:r>
      <w:r w:rsidR="005C68CA" w:rsidRPr="00B77100">
        <w:t xml:space="preserve"> President, Monroeville, PA</w:t>
      </w:r>
      <w:r w:rsidR="0086420D">
        <w:br/>
      </w:r>
      <w:r w:rsidR="007377B6" w:rsidRPr="00B77100">
        <w:br/>
      </w:r>
      <w:r w:rsidR="005C68CA" w:rsidRPr="00B77100">
        <w:t>Presenter: Piper Hutson, Access Through the Arts, St. Louis, MO</w:t>
      </w:r>
    </w:p>
    <w:p w14:paraId="11793880" w14:textId="77777777" w:rsidR="0086420D" w:rsidRPr="00B77100" w:rsidRDefault="0086420D" w:rsidP="009E7A4A"/>
    <w:p w14:paraId="26F44694" w14:textId="77777777" w:rsidR="00813E9E" w:rsidRPr="00B77100" w:rsidRDefault="00813E9E" w:rsidP="009E7A4A">
      <w:pPr>
        <w:rPr>
          <w:b/>
          <w:bCs/>
        </w:rPr>
      </w:pPr>
      <w:r w:rsidRPr="00B77100">
        <w:rPr>
          <w:b/>
          <w:bCs/>
        </w:rPr>
        <w:t>Friday, July 17</w:t>
      </w:r>
    </w:p>
    <w:p w14:paraId="4B39A496" w14:textId="438166AF" w:rsidR="00813E9E" w:rsidRPr="00B77100" w:rsidRDefault="00813E9E" w:rsidP="009E7A4A">
      <w:r w:rsidRPr="00B77100">
        <w:t xml:space="preserve">4:00 pm </w:t>
      </w:r>
      <w:r w:rsidR="00377D1A" w:rsidRPr="00B77100">
        <w:t>-</w:t>
      </w:r>
      <w:r w:rsidRPr="00B77100">
        <w:t xml:space="preserve"> 5:15 pm: Today's Poetic Voices of Protest and Resistance; Virtual</w:t>
      </w:r>
      <w:r w:rsidR="00377D1A" w:rsidRPr="00B77100">
        <w:br/>
      </w:r>
      <w:r w:rsidR="004740EC" w:rsidRPr="00B77100">
        <w:br/>
      </w:r>
      <w:r w:rsidRPr="00B77100">
        <w:t>Poets will be performing and discussing their works.</w:t>
      </w:r>
      <w:r w:rsidR="007377B6" w:rsidRPr="00B77100">
        <w:br/>
      </w:r>
      <w:r w:rsidRPr="00B77100">
        <w:t xml:space="preserve">Facilitator: Annie Chiappetta, FIA President, Monroeville, PA </w:t>
      </w:r>
      <w:r w:rsidR="00377D1A" w:rsidRPr="00B77100">
        <w:br/>
      </w:r>
      <w:r w:rsidR="004740EC" w:rsidRPr="00B77100">
        <w:br/>
      </w:r>
      <w:r w:rsidRPr="00B77100">
        <w:t>Panelists: Regina Brink, Assistant Director of Governmental Affairs, California Council of the Blind, Sacramento, CA; Leah Gardner, Accessibility Consultant, Miami, FL; Naomi Rei Timm, ACB member, Logan, U</w:t>
      </w:r>
      <w:r w:rsidR="007377B6" w:rsidRPr="00B77100">
        <w:t>T</w:t>
      </w:r>
      <w:r w:rsidRPr="00B77100">
        <w:t>; Cachet Wells, ACB member, Jacksonville, FL</w:t>
      </w:r>
    </w:p>
    <w:p w14:paraId="2BA21627" w14:textId="77777777" w:rsidR="00813E9E" w:rsidRPr="00B77100" w:rsidRDefault="00813E9E" w:rsidP="009E7A4A"/>
    <w:p w14:paraId="601074FF" w14:textId="5A832895" w:rsidR="00813E9E" w:rsidRPr="00B77100" w:rsidRDefault="00813E9E" w:rsidP="009E7A4A">
      <w:pPr>
        <w:rPr>
          <w:b/>
          <w:bCs/>
        </w:rPr>
      </w:pPr>
      <w:r w:rsidRPr="00B77100">
        <w:rPr>
          <w:b/>
          <w:bCs/>
        </w:rPr>
        <w:t>Saturday, July 18</w:t>
      </w:r>
    </w:p>
    <w:p w14:paraId="3B09764D" w14:textId="72792FB5" w:rsidR="00813E9E" w:rsidRDefault="00813E9E" w:rsidP="14638D2A">
      <w:r>
        <w:t xml:space="preserve">2:30 pm </w:t>
      </w:r>
      <w:r w:rsidR="00377D1A">
        <w:t>-</w:t>
      </w:r>
      <w:r>
        <w:t xml:space="preserve"> 3:45 pm: Perspectives in Songwriting; Virtual</w:t>
      </w:r>
      <w:r>
        <w:br/>
      </w:r>
      <w:r>
        <w:br/>
        <w:t>A diverse panel of writers and composers will share their experiences.</w:t>
      </w:r>
      <w:r>
        <w:br/>
      </w:r>
      <w:r>
        <w:br/>
        <w:t xml:space="preserve">Facilitators: Ann Chiappetta, FIA </w:t>
      </w:r>
      <w:r w:rsidR="121C85EA">
        <w:t>P</w:t>
      </w:r>
      <w:r>
        <w:t xml:space="preserve">resident, Monroeville, </w:t>
      </w:r>
      <w:r w:rsidR="48D68293">
        <w:t>PA</w:t>
      </w:r>
      <w:r w:rsidR="007377B6">
        <w:t>;</w:t>
      </w:r>
      <w:r w:rsidR="3985DB87">
        <w:t xml:space="preserve"> </w:t>
      </w:r>
      <w:r>
        <w:t xml:space="preserve">Peter Altschul, FIA </w:t>
      </w:r>
      <w:r w:rsidR="0AE3B56D">
        <w:t>p</w:t>
      </w:r>
      <w:r>
        <w:t xml:space="preserve">rogram chair, Coos Bay, OR </w:t>
      </w:r>
      <w:r>
        <w:br/>
        <w:t xml:space="preserve">Panelists: Lisa Busch, President, Behind Our Eyes,  Pittsburgh, PA; Matt Shifrin, composer and entrepreneur, Boston, MA; Debra A.K. Thompson, poet, Riverview, FL  </w:t>
      </w:r>
    </w:p>
    <w:p w14:paraId="0BA8A6B7" w14:textId="77777777" w:rsidR="00813E9E" w:rsidRDefault="00813E9E" w:rsidP="009E7A4A"/>
    <w:p w14:paraId="70DC928A" w14:textId="564D1546" w:rsidR="00813E9E" w:rsidRPr="00B77100" w:rsidRDefault="00813E9E" w:rsidP="009E7A4A">
      <w:pPr>
        <w:rPr>
          <w:b/>
          <w:bCs/>
        </w:rPr>
      </w:pPr>
      <w:r w:rsidRPr="00B77100">
        <w:rPr>
          <w:b/>
          <w:bCs/>
        </w:rPr>
        <w:t>Sunday, July 26</w:t>
      </w:r>
    </w:p>
    <w:p w14:paraId="6D2958B2" w14:textId="0CB34CE0" w:rsidR="00813E9E" w:rsidRPr="00B77100" w:rsidRDefault="00813E9E" w:rsidP="009E7A4A">
      <w:r>
        <w:t xml:space="preserve">9:00 pm </w:t>
      </w:r>
      <w:r w:rsidR="00377D1A">
        <w:t>-</w:t>
      </w:r>
      <w:r>
        <w:t xml:space="preserve"> 10:15 pm: Prose and Poetry </w:t>
      </w:r>
      <w:r w:rsidR="6B2D5F46">
        <w:t>R</w:t>
      </w:r>
      <w:r>
        <w:t xml:space="preserve">eading; Hybrid; </w:t>
      </w:r>
      <w:r w:rsidR="00EB59EC">
        <w:t>Sterling 3</w:t>
      </w:r>
      <w:r>
        <w:br/>
      </w:r>
      <w:r>
        <w:br/>
        <w:t xml:space="preserve">Share some of your original work or just come listen. FAMILY FRIENDLY, PLEASE. </w:t>
      </w:r>
      <w:r>
        <w:br/>
      </w:r>
      <w:r>
        <w:br/>
        <w:t>Facilitator</w:t>
      </w:r>
      <w:r w:rsidR="7E6C892A">
        <w:t>:</w:t>
      </w:r>
      <w:r>
        <w:t xml:space="preserve"> Carla Hayes, Convention Chair, AABT and IVIE, McMurtry</w:t>
      </w:r>
      <w:r w:rsidR="007377B6">
        <w:t>,</w:t>
      </w:r>
      <w:r>
        <w:t xml:space="preserve"> PA</w:t>
      </w:r>
    </w:p>
    <w:p w14:paraId="20F12BF1" w14:textId="77777777" w:rsidR="001C0FE0" w:rsidRPr="00B77100" w:rsidRDefault="001C0FE0" w:rsidP="009E7A4A"/>
    <w:p w14:paraId="5F2F88E7" w14:textId="7D605A1D" w:rsidR="001C0FE0" w:rsidRPr="00B77100" w:rsidRDefault="001C0FE0" w:rsidP="009E7A4A">
      <w:pPr>
        <w:pStyle w:val="Heading2"/>
        <w:rPr>
          <w:u w:val="single"/>
        </w:rPr>
      </w:pPr>
      <w:bookmarkStart w:id="56" w:name="_Toc198814972"/>
      <w:bookmarkStart w:id="57" w:name="_Toc232406152"/>
      <w:r w:rsidRPr="14638D2A">
        <w:rPr>
          <w:u w:val="single"/>
        </w:rPr>
        <w:t>G</w:t>
      </w:r>
      <w:r w:rsidR="002D49ED" w:rsidRPr="14638D2A">
        <w:rPr>
          <w:u w:val="single"/>
        </w:rPr>
        <w:t xml:space="preserve">uide </w:t>
      </w:r>
      <w:r w:rsidRPr="14638D2A">
        <w:rPr>
          <w:u w:val="single"/>
        </w:rPr>
        <w:t>D</w:t>
      </w:r>
      <w:r w:rsidR="002D49ED" w:rsidRPr="14638D2A">
        <w:rPr>
          <w:u w:val="single"/>
        </w:rPr>
        <w:t xml:space="preserve">og </w:t>
      </w:r>
      <w:r w:rsidRPr="14638D2A">
        <w:rPr>
          <w:u w:val="single"/>
        </w:rPr>
        <w:t>U</w:t>
      </w:r>
      <w:r w:rsidR="002D49ED" w:rsidRPr="14638D2A">
        <w:rPr>
          <w:u w:val="single"/>
        </w:rPr>
        <w:t>sers</w:t>
      </w:r>
      <w:r w:rsidR="569EFDA9" w:rsidRPr="14638D2A">
        <w:rPr>
          <w:u w:val="single"/>
        </w:rPr>
        <w:t>,</w:t>
      </w:r>
      <w:r w:rsidR="002D49ED" w:rsidRPr="14638D2A">
        <w:rPr>
          <w:u w:val="single"/>
        </w:rPr>
        <w:t xml:space="preserve"> </w:t>
      </w:r>
      <w:r w:rsidRPr="14638D2A">
        <w:rPr>
          <w:u w:val="single"/>
        </w:rPr>
        <w:t>I</w:t>
      </w:r>
      <w:bookmarkEnd w:id="56"/>
      <w:r w:rsidR="002D49ED" w:rsidRPr="14638D2A">
        <w:rPr>
          <w:u w:val="single"/>
        </w:rPr>
        <w:t>nc.</w:t>
      </w:r>
      <w:bookmarkEnd w:id="57"/>
    </w:p>
    <w:p w14:paraId="52656F0F" w14:textId="7B2BDEA6" w:rsidR="00DA7CFD" w:rsidRPr="00B77100" w:rsidRDefault="005A2C82" w:rsidP="009E7A4A">
      <w:r w:rsidRPr="00B77100">
        <w:rPr>
          <w:noProof/>
        </w:rPr>
        <w:drawing>
          <wp:inline distT="0" distB="0" distL="0" distR="0" wp14:anchorId="5D09921F" wp14:editId="720581CF">
            <wp:extent cx="4622800" cy="518098"/>
            <wp:effectExtent l="0" t="0" r="0" b="0"/>
            <wp:docPr id="16388051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05155" name="Picture 1638805155"/>
                    <pic:cNvPicPr/>
                  </pic:nvPicPr>
                  <pic:blipFill rotWithShape="1">
                    <a:blip r:embed="rId18"/>
                    <a:srcRect t="33792" b="33386"/>
                    <a:stretch>
                      <a:fillRect/>
                    </a:stretch>
                  </pic:blipFill>
                  <pic:spPr bwMode="auto">
                    <a:xfrm>
                      <a:off x="0" y="0"/>
                      <a:ext cx="4623825" cy="518213"/>
                    </a:xfrm>
                    <a:prstGeom prst="rect">
                      <a:avLst/>
                    </a:prstGeom>
                    <a:ln>
                      <a:noFill/>
                    </a:ln>
                    <a:extLst>
                      <a:ext uri="{53640926-AAD7-44D8-BBD7-CCE9431645EC}">
                        <a14:shadowObscured xmlns:a14="http://schemas.microsoft.com/office/drawing/2010/main"/>
                      </a:ext>
                    </a:extLst>
                  </pic:spPr>
                </pic:pic>
              </a:graphicData>
            </a:graphic>
          </wp:inline>
        </w:drawing>
      </w:r>
    </w:p>
    <w:p w14:paraId="08E45D72" w14:textId="3FA350AA" w:rsidR="00DA7CFD" w:rsidRPr="00B77100" w:rsidRDefault="00DA7CFD" w:rsidP="00482C78">
      <w:pPr>
        <w:ind w:left="0" w:firstLine="0"/>
      </w:pPr>
      <w:r w:rsidRPr="00B77100">
        <w:t>Guide Dog Users, Inc. thanks Nestle-Purina for their generous support of the GDUI barkAlounge at our convention. Visit the barkAlounge</w:t>
      </w:r>
      <w:r w:rsidR="00072292" w:rsidRPr="00B77100">
        <w:t xml:space="preserve"> in Mills 7</w:t>
      </w:r>
      <w:r w:rsidRPr="00B77100">
        <w:t xml:space="preserve">, open Saturday, July 25, through Tuesday, July 28, 10:00 </w:t>
      </w:r>
      <w:r w:rsidR="007377B6" w:rsidRPr="00B77100">
        <w:t>am</w:t>
      </w:r>
      <w:r w:rsidRPr="00B77100">
        <w:t xml:space="preserve"> through 5:00 </w:t>
      </w:r>
      <w:r w:rsidR="007377B6" w:rsidRPr="00B77100">
        <w:t>pm</w:t>
      </w:r>
      <w:r w:rsidRPr="00B77100">
        <w:t>. Visit with friends (canine and human), grab a snack or some water, meet our plush dogs-in-harness or take a convention break!</w:t>
      </w:r>
    </w:p>
    <w:p w14:paraId="1D602DD6" w14:textId="77777777" w:rsidR="00DA7CFD" w:rsidRPr="00B77100" w:rsidRDefault="00DA7CFD" w:rsidP="009E7A4A"/>
    <w:p w14:paraId="0DB53357" w14:textId="7CD1F2E5" w:rsidR="00827255" w:rsidRPr="00B77100" w:rsidRDefault="00827255" w:rsidP="009E7A4A">
      <w:r w:rsidRPr="00B77100">
        <w:t>GDUI President: Sarah Calhoun</w:t>
      </w:r>
    </w:p>
    <w:p w14:paraId="7B7F3D42" w14:textId="52E7DE37" w:rsidR="00827255" w:rsidRPr="00B77100" w:rsidRDefault="00827255" w:rsidP="009E7A4A">
      <w:r w:rsidRPr="00B77100">
        <w:t>Convention Program Chair: Vickie Curley</w:t>
      </w:r>
    </w:p>
    <w:p w14:paraId="5EF23A58" w14:textId="7E973769" w:rsidR="00827255" w:rsidRPr="00B77100" w:rsidRDefault="00827255" w:rsidP="009E7A4A">
      <w:r w:rsidRPr="00B77100">
        <w:t>Affiliate Donation: $10</w:t>
      </w:r>
    </w:p>
    <w:p w14:paraId="5CC46745" w14:textId="1630DB21" w:rsidR="00827255" w:rsidRDefault="00827255" w:rsidP="009E7A4A">
      <w:r>
        <w:t>With your donation</w:t>
      </w:r>
      <w:r w:rsidR="3AAA207F">
        <w:t>,</w:t>
      </w:r>
      <w:r>
        <w:t xml:space="preserve"> you will be eligible to win door prizes</w:t>
      </w:r>
      <w:r w:rsidR="65CCA1B4">
        <w:t>.</w:t>
      </w:r>
    </w:p>
    <w:p w14:paraId="04A8BB79" w14:textId="77777777" w:rsidR="0086420D" w:rsidRPr="00B77100" w:rsidRDefault="0086420D" w:rsidP="009E7A4A"/>
    <w:p w14:paraId="3DA3E347" w14:textId="78BF908E" w:rsidR="001C0FE0" w:rsidRPr="00B77100" w:rsidRDefault="001C0FE0" w:rsidP="009E7A4A">
      <w:pPr>
        <w:rPr>
          <w:b/>
          <w:bCs/>
        </w:rPr>
      </w:pPr>
      <w:r w:rsidRPr="00B77100">
        <w:rPr>
          <w:b/>
          <w:bCs/>
        </w:rPr>
        <w:t>Thursday, Ju</w:t>
      </w:r>
      <w:r w:rsidR="00827255" w:rsidRPr="00B77100">
        <w:rPr>
          <w:b/>
          <w:bCs/>
        </w:rPr>
        <w:t>ly</w:t>
      </w:r>
      <w:r w:rsidRPr="00B77100">
        <w:rPr>
          <w:b/>
          <w:bCs/>
        </w:rPr>
        <w:t xml:space="preserve"> </w:t>
      </w:r>
      <w:r w:rsidR="00827255" w:rsidRPr="00B77100">
        <w:rPr>
          <w:b/>
          <w:bCs/>
        </w:rPr>
        <w:t>1</w:t>
      </w:r>
      <w:r w:rsidRPr="00B77100">
        <w:rPr>
          <w:b/>
          <w:bCs/>
        </w:rPr>
        <w:t>6</w:t>
      </w:r>
    </w:p>
    <w:p w14:paraId="7E2874B7" w14:textId="3F209A9C" w:rsidR="00827255" w:rsidRPr="00B77100" w:rsidRDefault="00827255" w:rsidP="009E7A4A">
      <w:r>
        <w:t xml:space="preserve">11:30 am </w:t>
      </w:r>
      <w:r w:rsidR="00377D1A">
        <w:t>-</w:t>
      </w:r>
      <w:r>
        <w:t xml:space="preserve"> 2:15 pm: GDUI Guide Dog School Update; Virtual</w:t>
      </w:r>
      <w:r>
        <w:br/>
      </w:r>
      <w:r>
        <w:br/>
        <w:t xml:space="preserve">Thinking </w:t>
      </w:r>
      <w:r w:rsidR="00766B67">
        <w:t>about</w:t>
      </w:r>
      <w:r>
        <w:t xml:space="preserve"> getting a guide dog</w:t>
      </w:r>
      <w:r w:rsidR="563C4ECF">
        <w:t>,</w:t>
      </w:r>
      <w:r>
        <w:t xml:space="preserve"> or are you looking into applying for a successor guide? Or are you curious about what the guide dog world is up to? Join GDUI and hear updates from several U</w:t>
      </w:r>
      <w:r w:rsidR="52FF7217">
        <w:t>.</w:t>
      </w:r>
      <w:r>
        <w:t>S</w:t>
      </w:r>
      <w:r w:rsidR="52FF7217">
        <w:t>.</w:t>
      </w:r>
      <w:r>
        <w:t xml:space="preserve"> and Canadian guide dog training programs. Hear about what training is like, the matching process, graduate support, and much, much more.</w:t>
      </w:r>
    </w:p>
    <w:p w14:paraId="325CE70E" w14:textId="77777777" w:rsidR="001C0FE0" w:rsidRPr="00B77100" w:rsidRDefault="001C0FE0" w:rsidP="009E7A4A"/>
    <w:p w14:paraId="3118E3EC" w14:textId="4049E2B3" w:rsidR="001C0FE0" w:rsidRPr="00B77100" w:rsidRDefault="001C0FE0" w:rsidP="009E7A4A">
      <w:pPr>
        <w:rPr>
          <w:b/>
          <w:bCs/>
        </w:rPr>
      </w:pPr>
      <w:r w:rsidRPr="00B77100">
        <w:rPr>
          <w:b/>
          <w:bCs/>
        </w:rPr>
        <w:t>Friday, Ju</w:t>
      </w:r>
      <w:r w:rsidR="00172A04" w:rsidRPr="00B77100">
        <w:rPr>
          <w:b/>
          <w:bCs/>
        </w:rPr>
        <w:t>ly</w:t>
      </w:r>
      <w:r w:rsidRPr="00B77100">
        <w:rPr>
          <w:b/>
          <w:bCs/>
        </w:rPr>
        <w:t xml:space="preserve"> </w:t>
      </w:r>
      <w:r w:rsidR="00827255" w:rsidRPr="00B77100">
        <w:rPr>
          <w:b/>
          <w:bCs/>
        </w:rPr>
        <w:t>17</w:t>
      </w:r>
    </w:p>
    <w:p w14:paraId="5082DEAA" w14:textId="14C17871" w:rsidR="008F63BB" w:rsidRPr="00B77100" w:rsidRDefault="008F63BB" w:rsidP="14638D2A">
      <w:r>
        <w:t xml:space="preserve">1:00 pm </w:t>
      </w:r>
      <w:r w:rsidR="00377D1A">
        <w:t>-</w:t>
      </w:r>
      <w:r>
        <w:t xml:space="preserve"> 2:15 pm: GDUI </w:t>
      </w:r>
      <w:r w:rsidR="00F36B12">
        <w:t xml:space="preserve">Orientation and Mobility </w:t>
      </w:r>
      <w:r>
        <w:t>for Everyone; Virtual</w:t>
      </w:r>
      <w:r>
        <w:br/>
      </w:r>
      <w:r>
        <w:br/>
        <w:t xml:space="preserve">Knowing how to travel with a cane is vital for our success as blind or low vision people, </w:t>
      </w:r>
      <w:r w:rsidR="00766B67">
        <w:t>but</w:t>
      </w:r>
      <w:r>
        <w:t xml:space="preserve"> too often cane travel instruction</w:t>
      </w:r>
      <w:r w:rsidR="00766B67">
        <w:t>s</w:t>
      </w:r>
      <w:r>
        <w:t xml:space="preserve"> is hard to come by. Come and see the plethora of orientation and mobility programs offered by some of the guide dog schools from around the country! Please know that you don't need to have or want a guide dog to join this session; O&amp;M is for everyone!</w:t>
      </w:r>
      <w:r>
        <w:br/>
      </w:r>
      <w:r>
        <w:br/>
        <w:t xml:space="preserve">Presenters: Alissa Odis, Outreach </w:t>
      </w:r>
      <w:r w:rsidR="43D46303">
        <w:t>S</w:t>
      </w:r>
      <w:r>
        <w:t xml:space="preserve">pecialist, GDMI, Leader Dogs, Rochester, MI; Ben Francis, Director of </w:t>
      </w:r>
      <w:r w:rsidR="32AA382B">
        <w:t>G</w:t>
      </w:r>
      <w:r>
        <w:t xml:space="preserve">uide </w:t>
      </w:r>
      <w:r w:rsidR="51E64A2B">
        <w:t>T</w:t>
      </w:r>
      <w:r>
        <w:t xml:space="preserve">raining and </w:t>
      </w:r>
      <w:r w:rsidR="111B54E3">
        <w:t>A</w:t>
      </w:r>
      <w:r>
        <w:t>pprenticeship, CNIB Guide Dogs, Carlton Place, Ontario, Canada; Marc Gillard, Director of Orientation and Mobility Services, Guide Dogs for the Blind, San Rafael, CA</w:t>
      </w:r>
    </w:p>
    <w:p w14:paraId="22720CF1" w14:textId="77777777" w:rsidR="008F63BB" w:rsidRPr="00B77100" w:rsidRDefault="008F63BB" w:rsidP="009E7A4A"/>
    <w:p w14:paraId="76DFC702" w14:textId="7A9A69AA" w:rsidR="008F63BB" w:rsidRPr="00B77100" w:rsidRDefault="008F63BB" w:rsidP="009E7A4A">
      <w:r>
        <w:t xml:space="preserve">2:30 pm </w:t>
      </w:r>
      <w:r w:rsidR="00377D1A">
        <w:t>-</w:t>
      </w:r>
      <w:r>
        <w:t xml:space="preserve"> 3:45 pm: Finding your Driverless Car; Virtual</w:t>
      </w:r>
      <w:r>
        <w:br/>
      </w:r>
      <w:r>
        <w:br/>
        <w:t>Driverless rideshare services are becoming more common, on one hand, since there is no driver in these cars, there's no discrimination! However, driverless rideshare services can pose some challenges for blind or low vision individuals. For instance, how to find the car if there is no driver to communicate with? Come and hear from fellow blind people who have found tips and tricks to find their car even when there is no driver.</w:t>
      </w:r>
      <w:r>
        <w:br/>
      </w:r>
      <w:r>
        <w:br/>
        <w:t>Presenters: Ron Brooks, Senior Director of Policy and Partnerships for UZURV and founder of Accessible Avenue, Mesa</w:t>
      </w:r>
      <w:r w:rsidR="4E1ABB7B">
        <w:t>,</w:t>
      </w:r>
      <w:r>
        <w:t xml:space="preserve"> AZ; Mike May, Accessibility Consultant, Reno, NV</w:t>
      </w:r>
    </w:p>
    <w:p w14:paraId="262EDE7C" w14:textId="06BCC259" w:rsidR="000D78D2" w:rsidRPr="00B77100" w:rsidRDefault="000D78D2" w:rsidP="009E7A4A">
      <w:pPr>
        <w:rPr>
          <w:b/>
          <w:bCs/>
        </w:rPr>
      </w:pPr>
      <w:r w:rsidRPr="00B77100">
        <w:rPr>
          <w:b/>
          <w:bCs/>
        </w:rPr>
        <w:t>Sunday, July 26</w:t>
      </w:r>
    </w:p>
    <w:p w14:paraId="484CE40C" w14:textId="70658610" w:rsidR="000D78D2" w:rsidRPr="00B77100" w:rsidRDefault="000D78D2" w:rsidP="009E7A4A">
      <w:r w:rsidRPr="00B77100">
        <w:t xml:space="preserve">5:00 pm </w:t>
      </w:r>
      <w:r w:rsidR="00377D1A" w:rsidRPr="00B77100">
        <w:t>-</w:t>
      </w:r>
      <w:r w:rsidRPr="00B77100">
        <w:t xml:space="preserve"> 6:15 pm: Sip and Learn with Gabriel; </w:t>
      </w:r>
      <w:r w:rsidR="00CF4976" w:rsidRPr="00B77100">
        <w:t>OnSite</w:t>
      </w:r>
      <w:r w:rsidRPr="00B77100">
        <w:t xml:space="preserve">; </w:t>
      </w:r>
      <w:r w:rsidR="00D74892" w:rsidRPr="00B77100">
        <w:t>Mills 6</w:t>
      </w:r>
      <w:r w:rsidRPr="00B77100">
        <w:t>; $40</w:t>
      </w:r>
      <w:r w:rsidR="0032615D" w:rsidRPr="00B77100">
        <w:br/>
      </w:r>
      <w:r w:rsidR="00482C78" w:rsidRPr="00B77100">
        <w:br/>
      </w:r>
      <w:r w:rsidRPr="00B77100">
        <w:t>Back by popular demand! GDUI is partnering with ACB’s wine consultant extraordinaire, Gabriel Lopez Kafati. Part of the first class to be certified by the Champagne Committee and now WSET-certified, Gabriel will share his knowledge and passion for wine as he leads this fun learning experience. We will sip and pair different varietals- sparkling whites, and reds from different regions of the World. We invite you to raise your glass with us and learn as we sip together. Cheers!</w:t>
      </w:r>
    </w:p>
    <w:p w14:paraId="05566AFF" w14:textId="77777777" w:rsidR="000D78D2" w:rsidRPr="00B77100" w:rsidRDefault="000D78D2" w:rsidP="009E7A4A"/>
    <w:p w14:paraId="473AC973" w14:textId="7411F500" w:rsidR="001C0FE0" w:rsidRPr="00B77100" w:rsidRDefault="001C0FE0" w:rsidP="009E7A4A">
      <w:pPr>
        <w:rPr>
          <w:b/>
          <w:bCs/>
        </w:rPr>
      </w:pPr>
      <w:r w:rsidRPr="00B77100">
        <w:rPr>
          <w:b/>
          <w:bCs/>
        </w:rPr>
        <w:t xml:space="preserve">Monday, July </w:t>
      </w:r>
      <w:r w:rsidR="00416405" w:rsidRPr="00B77100">
        <w:rPr>
          <w:b/>
          <w:bCs/>
        </w:rPr>
        <w:t>2</w:t>
      </w:r>
      <w:r w:rsidRPr="00B77100">
        <w:rPr>
          <w:b/>
          <w:bCs/>
        </w:rPr>
        <w:t>7</w:t>
      </w:r>
    </w:p>
    <w:p w14:paraId="0A44F869" w14:textId="3586548B" w:rsidR="001C0FE0" w:rsidRPr="00B77100" w:rsidRDefault="00416405" w:rsidP="009E7A4A">
      <w:r>
        <w:t xml:space="preserve">7:00 am </w:t>
      </w:r>
      <w:r w:rsidR="00377D1A">
        <w:t>-</w:t>
      </w:r>
      <w:r>
        <w:t xml:space="preserve"> 8:15 am: Guide Dog Users </w:t>
      </w:r>
      <w:r w:rsidR="0032615D">
        <w:t>I</w:t>
      </w:r>
      <w:r>
        <w:t xml:space="preserve">nformal </w:t>
      </w:r>
      <w:r w:rsidR="0032615D">
        <w:t>B</w:t>
      </w:r>
      <w:r>
        <w:t xml:space="preserve">reakfast at Red Kitchen; </w:t>
      </w:r>
      <w:r w:rsidR="00CF4976">
        <w:t>OnSite</w:t>
      </w:r>
      <w:r>
        <w:t xml:space="preserve">; </w:t>
      </w:r>
      <w:r w:rsidR="00D74892">
        <w:t>Lobby</w:t>
      </w:r>
      <w:r>
        <w:br/>
      </w:r>
      <w:r>
        <w:br/>
        <w:t>Guide Dog Users</w:t>
      </w:r>
      <w:r w:rsidR="6A4607E1">
        <w:t>,</w:t>
      </w:r>
      <w:r>
        <w:t xml:space="preserve"> Inc. would like to invite their members and friends to an informal time of breakfast and fellowship. This will be a time of sharing about GDUI or whatever interesting conversation happens to come up. We welcome members and those who might be considering membership along with friends who might just want to enjoy a good breakfast and stimulating conversation. Please email </w:t>
      </w:r>
      <w:hyperlink r:id="rId19">
        <w:r w:rsidRPr="14638D2A">
          <w:rPr>
            <w:rStyle w:val="Hyperlink"/>
            <w:color w:val="auto"/>
            <w:u w:val="none"/>
          </w:rPr>
          <w:t>vickiecurley@gmail.com</w:t>
        </w:r>
      </w:hyperlink>
      <w:r>
        <w:t xml:space="preserve"> if you plan to attend. </w:t>
      </w:r>
      <w:r w:rsidR="001C0FE0">
        <w:t xml:space="preserve"> </w:t>
      </w:r>
    </w:p>
    <w:p w14:paraId="12FA80E1" w14:textId="77777777" w:rsidR="001C0FE0" w:rsidRPr="00B77100" w:rsidRDefault="001C0FE0" w:rsidP="009E7A4A"/>
    <w:p w14:paraId="1595A70A" w14:textId="4A7CA7D0" w:rsidR="00416405" w:rsidRPr="00B77100" w:rsidRDefault="00416405" w:rsidP="14638D2A">
      <w:r w:rsidRPr="00B77100">
        <w:rPr>
          <w:spacing w:val="-6"/>
        </w:rPr>
        <w:t xml:space="preserve">5:00 pm </w:t>
      </w:r>
      <w:r w:rsidR="00377D1A" w:rsidRPr="00B77100">
        <w:rPr>
          <w:spacing w:val="-6"/>
        </w:rPr>
        <w:t>-</w:t>
      </w:r>
      <w:r w:rsidRPr="00B77100">
        <w:rPr>
          <w:spacing w:val="-6"/>
        </w:rPr>
        <w:t xml:space="preserve"> 6:15 pm: GDUI Best in Breed; Hybrid; </w:t>
      </w:r>
      <w:r w:rsidR="00072292" w:rsidRPr="00B77100">
        <w:rPr>
          <w:spacing w:val="-6"/>
        </w:rPr>
        <w:t>Mills</w:t>
      </w:r>
      <w:r w:rsidR="00EB59EC" w:rsidRPr="00B77100">
        <w:rPr>
          <w:spacing w:val="-6"/>
        </w:rPr>
        <w:t xml:space="preserve"> 3</w:t>
      </w:r>
      <w:r w:rsidR="00377D1A" w:rsidRPr="00B77100">
        <w:br/>
      </w:r>
      <w:r w:rsidR="00482C78" w:rsidRPr="00B77100">
        <w:br/>
      </w:r>
      <w:r w:rsidRPr="00B77100">
        <w:t xml:space="preserve">Golden, Lab, Shepherd, Poodle, other? </w:t>
      </w:r>
      <w:r>
        <w:t>In this day and age, guide dog schools breed a variety of dogs. Every dog breed has its own personality, characteristics, and quirks. Come and learn from guide dog handlers about a variety of guide dog breeds and why their owners love them!</w:t>
      </w:r>
      <w:r w:rsidR="00377D1A" w:rsidRPr="00B77100">
        <w:br/>
      </w:r>
      <w:r w:rsidR="00482C78" w:rsidRPr="00B77100">
        <w:br/>
      </w:r>
      <w:r w:rsidRPr="00B77100">
        <w:t>Presenters: Sarah Calhoun, GDUI President, Imperial, MO; Tammy Robbins, Guide dog user, Moosup, CT; Penny Reeder, immediate past president, GDUI, Silver Spring, MD; Rebecca Floyd, Executive Director of Gallant Hearts Guide Dog Center, Madison, MS; Mil</w:t>
      </w:r>
      <w:r w:rsidR="5CEC3DE5">
        <w:t>i</w:t>
      </w:r>
      <w:r>
        <w:t>ssa Welch, guide dog user, Harrisburg, PA; Chris Tradell, consultant, CNIB, Windsor</w:t>
      </w:r>
      <w:r w:rsidR="5FE00B1B">
        <w:t>,</w:t>
      </w:r>
      <w:r>
        <w:t xml:space="preserve"> Ontario, Canada; Maria Hans</w:t>
      </w:r>
      <w:r w:rsidR="48ECB074">
        <w:t>e</w:t>
      </w:r>
      <w:r>
        <w:t>n, GDUI member, New York, NY; Sue Crawford, guide dog user, Silver Spring, MD</w:t>
      </w:r>
    </w:p>
    <w:p w14:paraId="217CF4D7" w14:textId="77777777" w:rsidR="00A65597" w:rsidRPr="00B77100" w:rsidRDefault="00A65597" w:rsidP="009E7A4A"/>
    <w:p w14:paraId="040DE235" w14:textId="44C37F2E" w:rsidR="00A65597" w:rsidRPr="00B77100" w:rsidRDefault="00A65597" w:rsidP="009E7A4A">
      <w:pPr>
        <w:rPr>
          <w:b/>
          <w:bCs/>
        </w:rPr>
      </w:pPr>
      <w:r w:rsidRPr="00B77100">
        <w:rPr>
          <w:b/>
          <w:bCs/>
        </w:rPr>
        <w:t>Tuesday, July 28</w:t>
      </w:r>
    </w:p>
    <w:p w14:paraId="1F890738" w14:textId="6FC43338" w:rsidR="00A65597" w:rsidRPr="00B77100" w:rsidRDefault="00A65597" w:rsidP="009E7A4A">
      <w:r>
        <w:t xml:space="preserve">5:00 pm </w:t>
      </w:r>
      <w:r w:rsidR="00377D1A">
        <w:t>-</w:t>
      </w:r>
      <w:r>
        <w:t xml:space="preserve"> 6:15 pm: GDUI </w:t>
      </w:r>
      <w:r w:rsidR="0032615D">
        <w:t>-</w:t>
      </w:r>
      <w:r>
        <w:t xml:space="preserve"> Unusual Careers for Guide Dog Handlers; Hybrid; </w:t>
      </w:r>
      <w:r w:rsidR="00EB59EC">
        <w:t>Mills 3</w:t>
      </w:r>
      <w:r>
        <w:br/>
      </w:r>
      <w:r>
        <w:br/>
        <w:t>Come and hear some unexpected and unusual careers that some guide dog handlers are pursuing.</w:t>
      </w:r>
      <w:r>
        <w:br/>
      </w:r>
      <w:r>
        <w:br/>
        <w:t>Presenters: Shawn Makepeace, Zoo educational interpreter, Belleville, IL; Leslie Hamrick, Cellist, symphony</w:t>
      </w:r>
      <w:r w:rsidR="0787C689">
        <w:t xml:space="preserve"> m</w:t>
      </w:r>
      <w:r>
        <w:t>usician,</w:t>
      </w:r>
      <w:r w:rsidR="33E968B3">
        <w:t xml:space="preserve"> </w:t>
      </w:r>
      <w:r>
        <w:t>Schaumburg, IL; Vickie Curley, Professional Dog Trainer/Problem Solver, North Port, FL</w:t>
      </w:r>
    </w:p>
    <w:p w14:paraId="40DD4787" w14:textId="77777777" w:rsidR="00A65597" w:rsidRPr="00B77100" w:rsidRDefault="00A65597" w:rsidP="009E7A4A"/>
    <w:p w14:paraId="72FE7DFE" w14:textId="43A6BCFC" w:rsidR="003D2D05" w:rsidRPr="00B77100" w:rsidRDefault="003D2D05" w:rsidP="009E7A4A">
      <w:pPr>
        <w:rPr>
          <w:b/>
          <w:bCs/>
        </w:rPr>
      </w:pPr>
      <w:r w:rsidRPr="00B77100">
        <w:rPr>
          <w:b/>
          <w:bCs/>
        </w:rPr>
        <w:t>Wednesday, July 29</w:t>
      </w:r>
    </w:p>
    <w:p w14:paraId="0F58C0B0" w14:textId="3E4900B1" w:rsidR="003D2D05" w:rsidRPr="00B77100" w:rsidRDefault="003D2D05" w:rsidP="14638D2A">
      <w:r>
        <w:t xml:space="preserve">1:00 pm </w:t>
      </w:r>
      <w:r w:rsidR="00377D1A">
        <w:t>-</w:t>
      </w:r>
      <w:r>
        <w:t xml:space="preserve"> 2:15 pm: GDUI</w:t>
      </w:r>
      <w:r w:rsidR="0032615D">
        <w:t>,</w:t>
      </w:r>
      <w:r>
        <w:t xml:space="preserve"> Have </w:t>
      </w:r>
      <w:r w:rsidR="07F9AE53">
        <w:t>Y</w:t>
      </w:r>
      <w:r>
        <w:t xml:space="preserve">ou Heard of the Pawsome Hava Hegenbarth; Hybrid; </w:t>
      </w:r>
      <w:r w:rsidR="00EB59EC">
        <w:t>Mills 3</w:t>
      </w:r>
      <w:r>
        <w:br/>
      </w:r>
      <w:r>
        <w:br/>
      </w:r>
      <w:r w:rsidR="000D78D2">
        <w:t>Hava is an artist, a puppy raiser, a friend of GDUI, and much, much more! Come and hear from the woman behind the wonderful stuffed guide dogs we draw for every year! We will hear her story, draw for some of her wonderful dogs, present GDUI awards, and more! This is a session you don't want to miss!</w:t>
      </w:r>
      <w:r>
        <w:br/>
      </w:r>
      <w:r>
        <w:br/>
        <w:t>Presenter: Hava Hegenbarth, artist, Mason City</w:t>
      </w:r>
      <w:r w:rsidR="00EC4A8A">
        <w:t>, IA</w:t>
      </w:r>
    </w:p>
    <w:p w14:paraId="672E741A" w14:textId="77777777" w:rsidR="000D78D2" w:rsidRDefault="000D78D2" w:rsidP="009E7A4A"/>
    <w:p w14:paraId="49EE9ECF" w14:textId="7CD4C711" w:rsidR="000D78D2" w:rsidRPr="00B77100" w:rsidRDefault="000D78D2" w:rsidP="009E7A4A">
      <w:r w:rsidRPr="00B77100">
        <w:t xml:space="preserve">5:00 pm </w:t>
      </w:r>
      <w:r w:rsidR="00377D1A" w:rsidRPr="00B77100">
        <w:t>-</w:t>
      </w:r>
      <w:r w:rsidRPr="00B77100">
        <w:t xml:space="preserve"> 6:15 pm: Sip and Learn with Gabriel; </w:t>
      </w:r>
      <w:r w:rsidR="00CF4976" w:rsidRPr="00B77100">
        <w:t>OnSite</w:t>
      </w:r>
      <w:r w:rsidRPr="00B77100">
        <w:t xml:space="preserve">; </w:t>
      </w:r>
      <w:r w:rsidR="00D74892" w:rsidRPr="00B77100">
        <w:t xml:space="preserve">Mills </w:t>
      </w:r>
      <w:r w:rsidR="00CF46D8" w:rsidRPr="00B77100">
        <w:t>4</w:t>
      </w:r>
      <w:r w:rsidRPr="00B77100">
        <w:t>; $40</w:t>
      </w:r>
      <w:r w:rsidR="00377D1A" w:rsidRPr="00B77100">
        <w:br/>
      </w:r>
      <w:r w:rsidR="00482C78" w:rsidRPr="00B77100">
        <w:br/>
      </w:r>
      <w:r w:rsidRPr="00B77100">
        <w:t>Back by popular demand! GDUI is partnering with ACB’s wine consultant extraordinaire, Gabriel Lopez Kafati. Part of the first class to be certified by the Champagne Committee and now WSET-certified, Gabriel will share his knowledge and passion for wine as he leads this fun learning experience. We will sip and pair different varietals- sparkling whites, and reds from different regions of the World. We invite you to raise your glass with us and learn as we sip together. Cheers!</w:t>
      </w:r>
    </w:p>
    <w:p w14:paraId="02C5A2AD" w14:textId="77777777" w:rsidR="003D2D05" w:rsidRPr="00B77100" w:rsidRDefault="003D2D05" w:rsidP="009E7A4A"/>
    <w:p w14:paraId="745B123C" w14:textId="4DA1DA58" w:rsidR="00A52D95" w:rsidRPr="00B77100" w:rsidRDefault="00A52D95" w:rsidP="009E7A4A">
      <w:pPr>
        <w:pStyle w:val="Heading2"/>
        <w:rPr>
          <w:u w:val="single"/>
        </w:rPr>
      </w:pPr>
      <w:bookmarkStart w:id="58" w:name="_Toc198814973"/>
      <w:bookmarkStart w:id="59" w:name="_Toc232406153"/>
      <w:r w:rsidRPr="00B77100">
        <w:rPr>
          <w:u w:val="single"/>
        </w:rPr>
        <w:t>I</w:t>
      </w:r>
      <w:r w:rsidR="002D49ED" w:rsidRPr="00B77100">
        <w:rPr>
          <w:u w:val="single"/>
        </w:rPr>
        <w:t xml:space="preserve">ndependent </w:t>
      </w:r>
      <w:r w:rsidRPr="00B77100">
        <w:rPr>
          <w:u w:val="single"/>
        </w:rPr>
        <w:t>V</w:t>
      </w:r>
      <w:r w:rsidR="002D49ED" w:rsidRPr="00B77100">
        <w:rPr>
          <w:u w:val="single"/>
        </w:rPr>
        <w:t xml:space="preserve">isually </w:t>
      </w:r>
      <w:r w:rsidRPr="00B77100">
        <w:rPr>
          <w:u w:val="single"/>
        </w:rPr>
        <w:t>I</w:t>
      </w:r>
      <w:r w:rsidR="002D49ED" w:rsidRPr="00B77100">
        <w:rPr>
          <w:u w:val="single"/>
        </w:rPr>
        <w:t xml:space="preserve">mpaired </w:t>
      </w:r>
      <w:r w:rsidRPr="00B77100">
        <w:rPr>
          <w:u w:val="single"/>
        </w:rPr>
        <w:t>E</w:t>
      </w:r>
      <w:bookmarkEnd w:id="58"/>
      <w:r w:rsidR="002D49ED" w:rsidRPr="00B77100">
        <w:rPr>
          <w:u w:val="single"/>
        </w:rPr>
        <w:t>ntrepreneurs</w:t>
      </w:r>
      <w:bookmarkEnd w:id="59"/>
    </w:p>
    <w:p w14:paraId="05D20912" w14:textId="501D238D" w:rsidR="00791EA1" w:rsidRPr="00B77100" w:rsidRDefault="00791EA1" w:rsidP="009E7A4A">
      <w:r w:rsidRPr="00B77100">
        <w:t>IVIE President: Ardis Bazyn</w:t>
      </w:r>
    </w:p>
    <w:p w14:paraId="65B2991B" w14:textId="0CAD03E5" w:rsidR="00791EA1" w:rsidRPr="00B77100" w:rsidRDefault="00791EA1" w:rsidP="009E7A4A">
      <w:r w:rsidRPr="00B77100">
        <w:t>Convention Program Chair: Carla Hayes</w:t>
      </w:r>
    </w:p>
    <w:p w14:paraId="4BFADA0B" w14:textId="12088AD3" w:rsidR="00791EA1" w:rsidRPr="00B77100" w:rsidRDefault="00791EA1" w:rsidP="009E7A4A">
      <w:r>
        <w:t>Affiliate Donation Fee:</w:t>
      </w:r>
      <w:r w:rsidR="00920CF0">
        <w:t xml:space="preserve"> </w:t>
      </w:r>
      <w:r>
        <w:t>Pre-registration: $15;</w:t>
      </w:r>
      <w:r w:rsidR="00920CF0">
        <w:t xml:space="preserve"> </w:t>
      </w:r>
      <w:r>
        <w:t>On-Site</w:t>
      </w:r>
      <w:r w:rsidR="00920CF0">
        <w:t>: $</w:t>
      </w:r>
      <w:r>
        <w:t>20</w:t>
      </w:r>
      <w:r w:rsidR="00FB51C3">
        <w:t xml:space="preserve"> </w:t>
      </w:r>
      <w:r>
        <w:t xml:space="preserve">(IVIE Donation Fee </w:t>
      </w:r>
      <w:r w:rsidR="6FE8691A">
        <w:t>i</w:t>
      </w:r>
      <w:r>
        <w:t xml:space="preserve">ncludes $15 IVIE </w:t>
      </w:r>
      <w:r w:rsidR="3EEF5A67">
        <w:t>a</w:t>
      </w:r>
      <w:r>
        <w:t xml:space="preserve">nnual </w:t>
      </w:r>
      <w:r w:rsidR="65530350">
        <w:t>d</w:t>
      </w:r>
      <w:r>
        <w:t>ues for 2027)</w:t>
      </w:r>
    </w:p>
    <w:p w14:paraId="5D28EB26" w14:textId="77777777" w:rsidR="00791EA1" w:rsidRPr="00B77100" w:rsidRDefault="00791EA1" w:rsidP="009E7A4A"/>
    <w:p w14:paraId="4953F6BD" w14:textId="238EBA77" w:rsidR="00791EA1" w:rsidRPr="00B77100" w:rsidRDefault="00791EA1" w:rsidP="009E7A4A">
      <w:pPr>
        <w:rPr>
          <w:b/>
          <w:bCs/>
        </w:rPr>
      </w:pPr>
      <w:r w:rsidRPr="00B77100">
        <w:rPr>
          <w:b/>
          <w:bCs/>
        </w:rPr>
        <w:t>Saturday, July 18</w:t>
      </w:r>
    </w:p>
    <w:p w14:paraId="27378B44" w14:textId="3B37147B" w:rsidR="00791EA1" w:rsidRPr="00B77100" w:rsidRDefault="00791EA1" w:rsidP="009E7A4A">
      <w:pPr>
        <w:rPr>
          <w:lang w:val="ca-ES"/>
        </w:rPr>
      </w:pPr>
      <w:r w:rsidRPr="14638D2A">
        <w:rPr>
          <w:lang w:val="ca-ES"/>
        </w:rPr>
        <w:t xml:space="preserve">2:30 pm </w:t>
      </w:r>
      <w:r w:rsidR="00FB51C3" w:rsidRPr="14638D2A">
        <w:rPr>
          <w:lang w:val="ca-ES"/>
        </w:rPr>
        <w:t>-</w:t>
      </w:r>
      <w:r w:rsidRPr="14638D2A">
        <w:rPr>
          <w:lang w:val="ca-ES"/>
        </w:rPr>
        <w:t xml:space="preserve"> 3:45 pm:</w:t>
      </w:r>
      <w:r>
        <w:t xml:space="preserve"> </w:t>
      </w:r>
      <w:r w:rsidRPr="14638D2A">
        <w:rPr>
          <w:lang w:val="ca-ES"/>
        </w:rPr>
        <w:t xml:space="preserve">What Does It Take </w:t>
      </w:r>
      <w:r w:rsidR="00336B69" w:rsidRPr="14638D2A">
        <w:rPr>
          <w:lang w:val="ca-ES"/>
        </w:rPr>
        <w:t>t</w:t>
      </w:r>
      <w:r w:rsidRPr="14638D2A">
        <w:rPr>
          <w:lang w:val="ca-ES"/>
        </w:rPr>
        <w:t xml:space="preserve">o Be </w:t>
      </w:r>
      <w:r w:rsidR="15EB69AD" w:rsidRPr="14638D2A">
        <w:rPr>
          <w:lang w:val="ca-ES"/>
        </w:rPr>
        <w:t>a</w:t>
      </w:r>
      <w:r w:rsidRPr="14638D2A">
        <w:rPr>
          <w:lang w:val="ca-ES"/>
        </w:rPr>
        <w:t>n Entrepreneur; Virtual</w:t>
      </w:r>
      <w:r>
        <w:br/>
      </w:r>
      <w:r>
        <w:br/>
        <w:t xml:space="preserve">Panelists will talk about what was required for them to start their </w:t>
      </w:r>
      <w:r w:rsidR="00336B69">
        <w:t>d</w:t>
      </w:r>
      <w:r>
        <w:t>ifferent types of businesses and answer questions from the audience.</w:t>
      </w:r>
      <w:r>
        <w:br/>
      </w:r>
      <w:r>
        <w:br/>
        <w:t>Speakers: Kimberly Ruf, Mary Kay Inc. Dayton, OH; Edward Cohen, EZ2 See Products, Rochester, MN; Jeremy Johansen, Farmer Host, San Leandro, CA</w:t>
      </w:r>
    </w:p>
    <w:p w14:paraId="421561C1" w14:textId="77777777" w:rsidR="00791EA1" w:rsidRPr="00B77100" w:rsidRDefault="00791EA1" w:rsidP="009E7A4A">
      <w:pPr>
        <w:rPr>
          <w:lang w:val="ca-ES"/>
        </w:rPr>
      </w:pPr>
    </w:p>
    <w:p w14:paraId="2B281FE1" w14:textId="5C96A907" w:rsidR="00A52D95" w:rsidRPr="00B77100" w:rsidRDefault="00A52D95" w:rsidP="009E7A4A">
      <w:pPr>
        <w:rPr>
          <w:b/>
          <w:bCs/>
        </w:rPr>
      </w:pPr>
      <w:r w:rsidRPr="00B77100">
        <w:rPr>
          <w:b/>
          <w:bCs/>
        </w:rPr>
        <w:t xml:space="preserve">Saturday, July </w:t>
      </w:r>
      <w:r w:rsidR="00791EA1" w:rsidRPr="00B77100">
        <w:rPr>
          <w:b/>
          <w:bCs/>
        </w:rPr>
        <w:t>2</w:t>
      </w:r>
      <w:r w:rsidRPr="00B77100">
        <w:rPr>
          <w:b/>
          <w:bCs/>
        </w:rPr>
        <w:t>5</w:t>
      </w:r>
    </w:p>
    <w:p w14:paraId="0FFB9515" w14:textId="61BE74EB" w:rsidR="00304BC5" w:rsidRDefault="00791EA1" w:rsidP="009E7A4A">
      <w:pPr>
        <w:rPr>
          <w:lang w:val="ca-ES"/>
        </w:rPr>
      </w:pPr>
      <w:r w:rsidRPr="00B77100">
        <w:rPr>
          <w:lang w:val="ca-ES"/>
        </w:rPr>
        <w:t xml:space="preserve">12:15 pm – </w:t>
      </w:r>
      <w:r w:rsidR="004C48A6" w:rsidRPr="00B77100">
        <w:rPr>
          <w:lang w:val="ca-ES"/>
        </w:rPr>
        <w:t>1</w:t>
      </w:r>
      <w:r w:rsidR="00DB49F0" w:rsidRPr="00B77100">
        <w:rPr>
          <w:lang w:val="ca-ES"/>
        </w:rPr>
        <w:t>:00</w:t>
      </w:r>
      <w:r w:rsidRPr="00B77100">
        <w:rPr>
          <w:lang w:val="ca-ES"/>
        </w:rPr>
        <w:t xml:space="preserve"> pm:</w:t>
      </w:r>
      <w:r w:rsidRPr="00B77100">
        <w:t xml:space="preserve"> </w:t>
      </w:r>
      <w:r w:rsidR="00304BC5" w:rsidRPr="00B77100">
        <w:rPr>
          <w:lang w:val="ca-ES"/>
        </w:rPr>
        <w:t>IVIE/</w:t>
      </w:r>
      <w:r w:rsidR="00DB49F0" w:rsidRPr="00B77100">
        <w:rPr>
          <w:lang w:val="ca-ES"/>
        </w:rPr>
        <w:t xml:space="preserve"> and </w:t>
      </w:r>
      <w:r w:rsidR="00304BC5" w:rsidRPr="00B77100">
        <w:rPr>
          <w:lang w:val="ca-ES"/>
        </w:rPr>
        <w:t>RSVA Luncheon</w:t>
      </w:r>
      <w:r w:rsidRPr="00B77100">
        <w:rPr>
          <w:lang w:val="ca-ES"/>
        </w:rPr>
        <w:t xml:space="preserve">; </w:t>
      </w:r>
      <w:r w:rsidR="00CF4976" w:rsidRPr="00B77100">
        <w:rPr>
          <w:lang w:val="ca-ES"/>
        </w:rPr>
        <w:t>OnSite</w:t>
      </w:r>
      <w:r w:rsidR="00304BC5" w:rsidRPr="00B77100">
        <w:rPr>
          <w:lang w:val="ca-ES"/>
        </w:rPr>
        <w:t xml:space="preserve">; </w:t>
      </w:r>
      <w:r w:rsidR="00306974" w:rsidRPr="00B77100">
        <w:t xml:space="preserve">Sterling </w:t>
      </w:r>
      <w:r w:rsidR="006E4082" w:rsidRPr="00B77100">
        <w:t>2</w:t>
      </w:r>
      <w:r w:rsidR="00304BC5" w:rsidRPr="00B77100">
        <w:rPr>
          <w:lang w:val="ca-ES"/>
        </w:rPr>
        <w:t>; $52</w:t>
      </w:r>
    </w:p>
    <w:p w14:paraId="61BE92B8" w14:textId="77777777" w:rsidR="00646F7E" w:rsidRPr="00B77100" w:rsidRDefault="00646F7E" w:rsidP="009E7A4A">
      <w:pPr>
        <w:rPr>
          <w:lang w:val="ca-ES"/>
        </w:rPr>
      </w:pPr>
    </w:p>
    <w:p w14:paraId="67046F97" w14:textId="0A3391FE" w:rsidR="00F71374" w:rsidRPr="00B77100" w:rsidRDefault="00304BC5" w:rsidP="009E7A4A">
      <w:pPr>
        <w:rPr>
          <w:b/>
          <w:bCs/>
        </w:rPr>
      </w:pPr>
      <w:r>
        <w:t xml:space="preserve">1:00 pm </w:t>
      </w:r>
      <w:r w:rsidR="00DB49F0" w:rsidRPr="14638D2A">
        <w:rPr>
          <w:lang w:val="ca-ES"/>
        </w:rPr>
        <w:t>-</w:t>
      </w:r>
      <w:r w:rsidR="005E4A5C" w:rsidRPr="14638D2A">
        <w:rPr>
          <w:lang w:val="ca-ES"/>
        </w:rPr>
        <w:t xml:space="preserve"> </w:t>
      </w:r>
      <w:r>
        <w:t>2:15</w:t>
      </w:r>
      <w:r w:rsidR="005E4A5C">
        <w:t xml:space="preserve"> </w:t>
      </w:r>
      <w:r>
        <w:t xml:space="preserve">pm: Path to Success; Hybrid; </w:t>
      </w:r>
      <w:r w:rsidR="00EB59EC">
        <w:t>Sterling 3</w:t>
      </w:r>
      <w:r>
        <w:br/>
      </w:r>
      <w:r>
        <w:br/>
        <w:t xml:space="preserve">Speaker, Jack Pinnock, Dreamie Cookies, Inc. will tell how he started his business making cookies and brownies in his home and now trains others to be bakers. </w:t>
      </w:r>
      <w:r>
        <w:br/>
      </w:r>
      <w:r>
        <w:br/>
        <w:t>Co-sponsored by IVIE and RSVA</w:t>
      </w:r>
      <w:r w:rsidR="3B41A4FE">
        <w:t>.</w:t>
      </w:r>
    </w:p>
    <w:p w14:paraId="36EADC70" w14:textId="77777777" w:rsidR="00F71374" w:rsidRPr="00B77100" w:rsidRDefault="00F71374" w:rsidP="009E7A4A"/>
    <w:p w14:paraId="6B1780E3" w14:textId="13D06BB4" w:rsidR="00F71374" w:rsidRPr="00B77100" w:rsidRDefault="00F71374" w:rsidP="009E7A4A">
      <w:pPr>
        <w:rPr>
          <w:b/>
          <w:bCs/>
        </w:rPr>
      </w:pPr>
      <w:r w:rsidRPr="00B77100">
        <w:rPr>
          <w:b/>
          <w:bCs/>
        </w:rPr>
        <w:t>Sunday, July 26</w:t>
      </w:r>
    </w:p>
    <w:p w14:paraId="5B980457" w14:textId="63263138" w:rsidR="00F71374" w:rsidRDefault="00F71374" w:rsidP="009E7A4A">
      <w:r w:rsidRPr="14638D2A">
        <w:rPr>
          <w:lang w:val="ca-ES"/>
        </w:rPr>
        <w:t xml:space="preserve">1:00 pm </w:t>
      </w:r>
      <w:r w:rsidR="004A0ACB" w:rsidRPr="14638D2A">
        <w:rPr>
          <w:lang w:val="ca-ES"/>
        </w:rPr>
        <w:t>-</w:t>
      </w:r>
      <w:r w:rsidRPr="14638D2A">
        <w:rPr>
          <w:lang w:val="ca-ES"/>
        </w:rPr>
        <w:t xml:space="preserve"> 2:15 pm:</w:t>
      </w:r>
      <w:r>
        <w:t xml:space="preserve"> </w:t>
      </w:r>
      <w:r w:rsidRPr="14638D2A">
        <w:rPr>
          <w:lang w:val="ca-ES"/>
        </w:rPr>
        <w:t xml:space="preserve">Nuts </w:t>
      </w:r>
      <w:r w:rsidR="4750754E" w:rsidRPr="14638D2A">
        <w:rPr>
          <w:lang w:val="ca-ES"/>
        </w:rPr>
        <w:t>a</w:t>
      </w:r>
      <w:r w:rsidRPr="14638D2A">
        <w:rPr>
          <w:lang w:val="ca-ES"/>
        </w:rPr>
        <w:t xml:space="preserve">nd Bolts </w:t>
      </w:r>
      <w:r w:rsidR="08D77DD3" w:rsidRPr="14638D2A">
        <w:rPr>
          <w:lang w:val="ca-ES"/>
        </w:rPr>
        <w:t>o</w:t>
      </w:r>
      <w:r w:rsidRPr="14638D2A">
        <w:rPr>
          <w:lang w:val="ca-ES"/>
        </w:rPr>
        <w:t xml:space="preserve">f Starting </w:t>
      </w:r>
      <w:r w:rsidR="00336B69" w:rsidRPr="14638D2A">
        <w:rPr>
          <w:lang w:val="ca-ES"/>
        </w:rPr>
        <w:t>a</w:t>
      </w:r>
      <w:r w:rsidRPr="14638D2A">
        <w:rPr>
          <w:lang w:val="ca-ES"/>
        </w:rPr>
        <w:t xml:space="preserve"> Business; </w:t>
      </w:r>
      <w:r w:rsidR="00CF4976" w:rsidRPr="14638D2A">
        <w:rPr>
          <w:lang w:val="ca-ES"/>
        </w:rPr>
        <w:t>OnSite</w:t>
      </w:r>
      <w:r w:rsidRPr="14638D2A">
        <w:rPr>
          <w:lang w:val="ca-ES"/>
        </w:rPr>
        <w:t xml:space="preserve">; </w:t>
      </w:r>
      <w:r w:rsidR="00306974">
        <w:t>Mills 1</w:t>
      </w:r>
      <w:r>
        <w:br/>
      </w:r>
      <w:r>
        <w:br/>
        <w:t>In this session, speakers will give the steps to starting a business from writing a business plan to deciding on which type of business (sole proprietorship or LLC or Inc.), and which marketing techniques are right for you.</w:t>
      </w:r>
      <w:r>
        <w:br/>
        <w:t xml:space="preserve"> </w:t>
      </w:r>
      <w:r>
        <w:br/>
        <w:t>Speakers: Ardis Bazyn, Bazyn Communications, Thornton, CO; Scott Eggen, SVS Vending, Maplewood, MN; Edward Cohen, EZ2 See Products, Rochester, MN</w:t>
      </w:r>
      <w:r w:rsidR="00112A3A">
        <w:t>; Jeremy Johansen, Farmer Host, San Leandro, CA</w:t>
      </w:r>
      <w:r>
        <w:t xml:space="preserve"> </w:t>
      </w:r>
      <w:r>
        <w:br/>
      </w:r>
      <w:r>
        <w:br/>
        <w:t>Co- sponsored by IVIE and RSVA</w:t>
      </w:r>
      <w:r w:rsidR="3170F1C3">
        <w:t>.</w:t>
      </w:r>
    </w:p>
    <w:p w14:paraId="6952BF9C" w14:textId="77777777" w:rsidR="00F71374" w:rsidRPr="00B77100" w:rsidRDefault="00F71374" w:rsidP="009E7A4A"/>
    <w:p w14:paraId="455029D6" w14:textId="37D10666" w:rsidR="00F71374" w:rsidRPr="00B77100" w:rsidRDefault="00F71374" w:rsidP="009E7A4A">
      <w:pPr>
        <w:rPr>
          <w:b/>
          <w:bCs/>
        </w:rPr>
      </w:pPr>
      <w:r w:rsidRPr="00B77100">
        <w:rPr>
          <w:b/>
          <w:bCs/>
        </w:rPr>
        <w:t>Wednesday, July 29</w:t>
      </w:r>
    </w:p>
    <w:p w14:paraId="3722752D" w14:textId="49B6B237" w:rsidR="00F71374" w:rsidRPr="00B77100" w:rsidRDefault="00F71374" w:rsidP="009E7A4A">
      <w:r w:rsidRPr="00B77100">
        <w:rPr>
          <w:spacing w:val="-4"/>
          <w:lang w:val="ca-ES"/>
        </w:rPr>
        <w:t xml:space="preserve">12:15 pm </w:t>
      </w:r>
      <w:r w:rsidR="00FB51C3" w:rsidRPr="00B77100">
        <w:rPr>
          <w:spacing w:val="-4"/>
          <w:lang w:val="ca-ES"/>
        </w:rPr>
        <w:t>-</w:t>
      </w:r>
      <w:r w:rsidRPr="00B77100">
        <w:rPr>
          <w:spacing w:val="-4"/>
          <w:lang w:val="ca-ES"/>
        </w:rPr>
        <w:t xml:space="preserve"> 2:30 pm:</w:t>
      </w:r>
      <w:r w:rsidRPr="00B77100">
        <w:rPr>
          <w:spacing w:val="-4"/>
        </w:rPr>
        <w:t xml:space="preserve"> </w:t>
      </w:r>
      <w:r w:rsidRPr="00B77100">
        <w:rPr>
          <w:spacing w:val="-4"/>
          <w:lang w:val="ca-ES"/>
        </w:rPr>
        <w:t>I</w:t>
      </w:r>
      <w:r w:rsidR="002705A8" w:rsidRPr="00B77100">
        <w:rPr>
          <w:spacing w:val="-4"/>
          <w:lang w:val="ca-ES"/>
        </w:rPr>
        <w:t>V</w:t>
      </w:r>
      <w:r w:rsidRPr="00B77100">
        <w:rPr>
          <w:spacing w:val="-4"/>
          <w:lang w:val="ca-ES"/>
        </w:rPr>
        <w:t xml:space="preserve">IE Business Expo; </w:t>
      </w:r>
      <w:r w:rsidR="00CF4976" w:rsidRPr="00B77100">
        <w:rPr>
          <w:spacing w:val="-4"/>
          <w:lang w:val="ca-ES"/>
        </w:rPr>
        <w:t>OnSite</w:t>
      </w:r>
      <w:r w:rsidRPr="00B77100">
        <w:rPr>
          <w:spacing w:val="-4"/>
          <w:lang w:val="ca-ES"/>
        </w:rPr>
        <w:t xml:space="preserve">; </w:t>
      </w:r>
      <w:r w:rsidR="00306974" w:rsidRPr="00B77100">
        <w:rPr>
          <w:spacing w:val="-4"/>
        </w:rPr>
        <w:t xml:space="preserve">Mills </w:t>
      </w:r>
      <w:r w:rsidR="000228E1">
        <w:rPr>
          <w:spacing w:val="-4"/>
        </w:rPr>
        <w:t>7</w:t>
      </w:r>
      <w:r w:rsidR="00336B69" w:rsidRPr="00B77100">
        <w:rPr>
          <w:spacing w:val="-4"/>
        </w:rPr>
        <w:br/>
      </w:r>
      <w:r w:rsidR="00482C78" w:rsidRPr="00B77100">
        <w:br/>
      </w:r>
      <w:r w:rsidRPr="00B77100">
        <w:t>Blind and visually impaired business owners will showcase their products and services and answer your questions. </w:t>
      </w:r>
    </w:p>
    <w:p w14:paraId="49C979AC" w14:textId="77777777" w:rsidR="00A52D95" w:rsidRPr="00B77100" w:rsidRDefault="00A52D95" w:rsidP="009E7A4A"/>
    <w:p w14:paraId="514DA07D" w14:textId="544C48EF" w:rsidR="00A52D95" w:rsidRPr="00B77100" w:rsidRDefault="00A52D95" w:rsidP="009E7A4A">
      <w:pPr>
        <w:pStyle w:val="Heading2"/>
        <w:rPr>
          <w:u w:val="single"/>
        </w:rPr>
      </w:pPr>
      <w:bookmarkStart w:id="60" w:name="_Toc198814974"/>
      <w:bookmarkStart w:id="61" w:name="_Toc232406154"/>
      <w:r w:rsidRPr="00B77100">
        <w:rPr>
          <w:u w:val="single"/>
        </w:rPr>
        <w:t>L</w:t>
      </w:r>
      <w:r w:rsidR="002D49ED" w:rsidRPr="00B77100">
        <w:rPr>
          <w:u w:val="single"/>
        </w:rPr>
        <w:t xml:space="preserve">ibrary </w:t>
      </w:r>
      <w:r w:rsidRPr="00B77100">
        <w:rPr>
          <w:u w:val="single"/>
        </w:rPr>
        <w:t>U</w:t>
      </w:r>
      <w:r w:rsidR="002D49ED" w:rsidRPr="00B77100">
        <w:rPr>
          <w:u w:val="single"/>
        </w:rPr>
        <w:t xml:space="preserve">sers of </w:t>
      </w:r>
      <w:r w:rsidRPr="00B77100">
        <w:rPr>
          <w:u w:val="single"/>
        </w:rPr>
        <w:t>A</w:t>
      </w:r>
      <w:bookmarkEnd w:id="60"/>
      <w:r w:rsidR="002D49ED" w:rsidRPr="00B77100">
        <w:rPr>
          <w:u w:val="single"/>
        </w:rPr>
        <w:t>merica</w:t>
      </w:r>
      <w:bookmarkEnd w:id="61"/>
    </w:p>
    <w:p w14:paraId="7C572843" w14:textId="6530264B" w:rsidR="006774D6" w:rsidRPr="00B77100" w:rsidRDefault="006774D6" w:rsidP="009E7A4A">
      <w:r w:rsidRPr="00B77100">
        <w:t>LUA President: Carla Ruschival</w:t>
      </w:r>
    </w:p>
    <w:p w14:paraId="36B095FD" w14:textId="7D6F23DB" w:rsidR="006774D6" w:rsidRPr="00B77100" w:rsidRDefault="006774D6" w:rsidP="009E7A4A">
      <w:r w:rsidRPr="00B77100">
        <w:t>Convention Program Chair: Natalie Couch</w:t>
      </w:r>
    </w:p>
    <w:p w14:paraId="2F76EA4C" w14:textId="71312498" w:rsidR="006774D6" w:rsidRPr="00B77100" w:rsidRDefault="006774D6" w:rsidP="009E7A4A">
      <w:r w:rsidRPr="00B77100">
        <w:t>Affiliate Donation: $10</w:t>
      </w:r>
    </w:p>
    <w:p w14:paraId="48C9FBAD" w14:textId="26042EC2" w:rsidR="006774D6" w:rsidRPr="00B77100" w:rsidRDefault="00DB5CB6" w:rsidP="00482C78">
      <w:pPr>
        <w:ind w:left="0" w:firstLine="0"/>
      </w:pPr>
      <w:r w:rsidRPr="00B77100">
        <w:t>Give back while you learn! Donate $10 to LUA when you register and receive an entry in our door prize drawing.</w:t>
      </w:r>
    </w:p>
    <w:p w14:paraId="51030802" w14:textId="77777777" w:rsidR="006774D6" w:rsidRPr="00B77100" w:rsidRDefault="006774D6" w:rsidP="009E7A4A"/>
    <w:p w14:paraId="2A12AF8E" w14:textId="64F7A4C5" w:rsidR="00A52D95" w:rsidRPr="00B77100" w:rsidRDefault="00A52D95" w:rsidP="009E7A4A">
      <w:pPr>
        <w:rPr>
          <w:b/>
          <w:bCs/>
        </w:rPr>
      </w:pPr>
      <w:r w:rsidRPr="00B77100">
        <w:rPr>
          <w:b/>
          <w:bCs/>
        </w:rPr>
        <w:t>Thursday, Ju</w:t>
      </w:r>
      <w:r w:rsidR="006774D6" w:rsidRPr="00B77100">
        <w:rPr>
          <w:b/>
          <w:bCs/>
        </w:rPr>
        <w:t>ly 16</w:t>
      </w:r>
    </w:p>
    <w:p w14:paraId="48FF1A7C" w14:textId="20FC15A7" w:rsidR="008F1EA2" w:rsidRPr="00B77100" w:rsidRDefault="006774D6" w:rsidP="008F1EA2">
      <w:pPr>
        <w:rPr>
          <w:lang w:val="ca-ES"/>
        </w:rPr>
      </w:pPr>
      <w:bookmarkStart w:id="62" w:name="_Hlk197092242"/>
      <w:r w:rsidRPr="00B77100">
        <w:rPr>
          <w:lang w:val="ca-ES"/>
        </w:rPr>
        <w:t>2:30 pm -</w:t>
      </w:r>
      <w:r w:rsidR="00FB51C3" w:rsidRPr="00B77100">
        <w:rPr>
          <w:lang w:val="ca-ES"/>
        </w:rPr>
        <w:t xml:space="preserve"> </w:t>
      </w:r>
      <w:r w:rsidRPr="00B77100">
        <w:rPr>
          <w:lang w:val="ca-ES"/>
        </w:rPr>
        <w:t xml:space="preserve">3:45 pm: </w:t>
      </w:r>
      <w:r w:rsidR="005F0B3C" w:rsidRPr="00B77100">
        <w:t>LUA Presents Unlocking Independence in Reading with Bookshare</w:t>
      </w:r>
      <w:r w:rsidRPr="00B77100">
        <w:rPr>
          <w:lang w:val="ca-ES"/>
        </w:rPr>
        <w:t>; Virtual</w:t>
      </w:r>
      <w:r w:rsidR="00FB51C3" w:rsidRPr="00B77100">
        <w:rPr>
          <w:lang w:val="ca-ES"/>
        </w:rPr>
        <w:br/>
      </w:r>
      <w:r w:rsidR="00482C78" w:rsidRPr="00B77100">
        <w:rPr>
          <w:lang w:val="ca-ES"/>
        </w:rPr>
        <w:br/>
      </w:r>
      <w:r w:rsidR="008F1EA2" w:rsidRPr="00B77100">
        <w:rPr>
          <w:lang w:val="ca-ES"/>
        </w:rPr>
        <w:t>Bookshare is the world’s largest accessible library of published coprighted books. It transforms the way individuals with print disabilities read and learn. Learn how to navigate the platform, download books in multiple accessible formats, and use popular reading tools to create a personalized reading experience. Gain practical skills and learn how you can use Bookshare in school, your career, and everyday life. You will also get a preview of our newest AI-powered tool called Bookshare Plus, which converts non-copyrighted materials into accessible formats that can be accessed in the Bookshare platform. Whether you're a student, parent, educator, service provider, or reader, this session will equip you with the knowledge and tools to expand access, promote independence, and unlock a world of learning possibilities.</w:t>
      </w:r>
      <w:r w:rsidR="00336B69" w:rsidRPr="00B77100">
        <w:rPr>
          <w:lang w:val="ca-ES"/>
        </w:rPr>
        <w:br/>
      </w:r>
      <w:r w:rsidR="008F1EA2" w:rsidRPr="00B77100">
        <w:rPr>
          <w:lang w:val="ca-ES"/>
        </w:rPr>
        <w:t xml:space="preserve"> </w:t>
      </w:r>
      <w:r w:rsidR="008F1EA2" w:rsidRPr="00B77100">
        <w:rPr>
          <w:lang w:val="ca-ES"/>
        </w:rPr>
        <w:br/>
        <w:t>Presenter: Mario Oliveros, Director with Bookshare, Palo Alto, CA</w:t>
      </w:r>
      <w:r w:rsidR="00E03D73">
        <w:rPr>
          <w:lang w:val="ca-ES"/>
        </w:rPr>
        <w:br/>
      </w:r>
      <w:r w:rsidR="00336B69" w:rsidRPr="00B77100">
        <w:rPr>
          <w:lang w:val="ca-ES"/>
        </w:rPr>
        <w:br/>
        <w:t>F</w:t>
      </w:r>
      <w:r w:rsidR="008F1EA2" w:rsidRPr="00B77100">
        <w:rPr>
          <w:lang w:val="ca-ES"/>
        </w:rPr>
        <w:t>acilitat</w:t>
      </w:r>
      <w:r w:rsidR="00336B69" w:rsidRPr="00B77100">
        <w:rPr>
          <w:lang w:val="ca-ES"/>
        </w:rPr>
        <w:t xml:space="preserve">or: </w:t>
      </w:r>
      <w:r w:rsidR="008F1EA2" w:rsidRPr="00B77100">
        <w:rPr>
          <w:lang w:val="ca-ES"/>
        </w:rPr>
        <w:t xml:space="preserve">Brian Charlson, Past </w:t>
      </w:r>
      <w:r w:rsidR="008F1EA2" w:rsidRPr="00B77100">
        <w:rPr>
          <w:spacing w:val="-2"/>
          <w:lang w:val="ca-ES"/>
        </w:rPr>
        <w:t>President, Library Users of America, Watertown, MA</w:t>
      </w:r>
    </w:p>
    <w:p w14:paraId="0D817033" w14:textId="7DA7D63E" w:rsidR="005F0B3C" w:rsidRDefault="005F0B3C" w:rsidP="009E7A4A"/>
    <w:p w14:paraId="2F05F4BB" w14:textId="01D777FF" w:rsidR="005F0B3C" w:rsidRPr="00B77100" w:rsidRDefault="005F0B3C" w:rsidP="009E7A4A">
      <w:r w:rsidRPr="00B77100">
        <w:rPr>
          <w:lang w:val="ca-ES"/>
        </w:rPr>
        <w:t xml:space="preserve">4:00 pm </w:t>
      </w:r>
      <w:r w:rsidR="00FB51C3" w:rsidRPr="00B77100">
        <w:rPr>
          <w:lang w:val="ca-ES"/>
        </w:rPr>
        <w:t>-</w:t>
      </w:r>
      <w:r w:rsidRPr="00B77100">
        <w:rPr>
          <w:lang w:val="ca-ES"/>
        </w:rPr>
        <w:t xml:space="preserve"> 5:15 pm: </w:t>
      </w:r>
      <w:r w:rsidRPr="00B77100">
        <w:t>LUA Presents Voices and Access and Freedom through a Conversation on Book Banning</w:t>
      </w:r>
      <w:r w:rsidRPr="00B77100">
        <w:rPr>
          <w:lang w:val="ca-ES"/>
        </w:rPr>
        <w:t>; Virtual</w:t>
      </w:r>
      <w:r w:rsidR="00FB51C3" w:rsidRPr="00B77100">
        <w:rPr>
          <w:lang w:val="ca-ES"/>
        </w:rPr>
        <w:br/>
      </w:r>
      <w:r w:rsidR="00DB5CB6" w:rsidRPr="00B77100">
        <w:t xml:space="preserve">Join this thought-provoking exploration of book banning - its definition, history, and growing impact on access to information. Engage in meaningful discussion about who decides what content is appropriate and how those decisions shape education, libraries, and society. This session also highlights equity concerns, emphasizing how restrictions disproportionately affect blind and low vision readers and others who already face barriers to access. Gain a deeper understanding of intellectual freedom and practical ways to advocate for inclusive, accessible, and diverse collections. </w:t>
      </w:r>
      <w:r w:rsidR="00336B69" w:rsidRPr="00B77100">
        <w:br/>
      </w:r>
      <w:r w:rsidR="00482C78" w:rsidRPr="00B77100">
        <w:br/>
      </w:r>
      <w:r w:rsidR="00DB5CB6" w:rsidRPr="00B77100">
        <w:t xml:space="preserve">Presenters: Regina Brink, First Vice President, California Council of the Blind, Sacramento, CA; Annie Chiappetta, President, Friends In Art </w:t>
      </w:r>
      <w:r w:rsidR="00336B69" w:rsidRPr="00B77100">
        <w:t>of</w:t>
      </w:r>
      <w:r w:rsidR="00DB5CB6" w:rsidRPr="00B77100">
        <w:t xml:space="preserve"> ACB, Monroeville, PA</w:t>
      </w:r>
      <w:r w:rsidR="00FB51C3" w:rsidRPr="00B77100">
        <w:br/>
      </w:r>
      <w:r w:rsidR="00DB5CB6" w:rsidRPr="00B77100">
        <w:t xml:space="preserve"> </w:t>
      </w:r>
      <w:r w:rsidR="00482C78" w:rsidRPr="00B77100">
        <w:br/>
      </w:r>
      <w:r w:rsidR="00DB5CB6" w:rsidRPr="00B77100">
        <w:t>Facilitator: Deborah Kendrick, award-winning writer, columnist and poet, Cincinnati, OH</w:t>
      </w:r>
    </w:p>
    <w:p w14:paraId="22900BFF" w14:textId="77777777" w:rsidR="006774D6" w:rsidRPr="00B77100" w:rsidRDefault="006774D6" w:rsidP="009E7A4A"/>
    <w:bookmarkEnd w:id="62"/>
    <w:p w14:paraId="00ECE45F" w14:textId="3C4C555D" w:rsidR="00A52D95" w:rsidRPr="00B77100" w:rsidRDefault="00A52D95" w:rsidP="009E7A4A">
      <w:pPr>
        <w:rPr>
          <w:b/>
          <w:bCs/>
        </w:rPr>
      </w:pPr>
      <w:r w:rsidRPr="00B77100">
        <w:rPr>
          <w:b/>
          <w:bCs/>
        </w:rPr>
        <w:t>Friday, Ju</w:t>
      </w:r>
      <w:r w:rsidR="005F0B3C" w:rsidRPr="00B77100">
        <w:rPr>
          <w:b/>
          <w:bCs/>
        </w:rPr>
        <w:t>ly 17</w:t>
      </w:r>
    </w:p>
    <w:p w14:paraId="04F278D4" w14:textId="22B5553C" w:rsidR="005F0B3C" w:rsidRPr="00B77100" w:rsidRDefault="005F0B3C" w:rsidP="009E7A4A">
      <w:r w:rsidRPr="00B77100">
        <w:rPr>
          <w:lang w:val="ca-ES"/>
        </w:rPr>
        <w:t xml:space="preserve">4:00 pm </w:t>
      </w:r>
      <w:r w:rsidR="00FB51C3" w:rsidRPr="00B77100">
        <w:rPr>
          <w:lang w:val="ca-ES"/>
        </w:rPr>
        <w:t>-</w:t>
      </w:r>
      <w:r w:rsidRPr="00B77100">
        <w:rPr>
          <w:lang w:val="ca-ES"/>
        </w:rPr>
        <w:t xml:space="preserve"> </w:t>
      </w:r>
      <w:r w:rsidR="002F2D73" w:rsidRPr="00B77100">
        <w:rPr>
          <w:lang w:val="ca-ES"/>
        </w:rPr>
        <w:t>6</w:t>
      </w:r>
      <w:r w:rsidRPr="00B77100">
        <w:rPr>
          <w:lang w:val="ca-ES"/>
        </w:rPr>
        <w:t xml:space="preserve">:45 pm: </w:t>
      </w:r>
      <w:r w:rsidRPr="00B77100">
        <w:t>LUA Annual Business Meeting</w:t>
      </w:r>
      <w:r w:rsidRPr="00B77100">
        <w:rPr>
          <w:lang w:val="ca-ES"/>
        </w:rPr>
        <w:t>; Virtual</w:t>
      </w:r>
      <w:r w:rsidR="00FB51C3" w:rsidRPr="00B77100">
        <w:rPr>
          <w:lang w:val="ca-ES"/>
        </w:rPr>
        <w:br/>
      </w:r>
      <w:r w:rsidR="00482C78" w:rsidRPr="00B77100">
        <w:rPr>
          <w:lang w:val="ca-ES"/>
        </w:rPr>
        <w:br/>
      </w:r>
      <w:r w:rsidR="002F2D73" w:rsidRPr="00B77100">
        <w:t>A double session including elections and consideration of changes to the LUA Constitution and Bylaws.</w:t>
      </w:r>
    </w:p>
    <w:p w14:paraId="10B1B71B" w14:textId="77777777" w:rsidR="00D66986" w:rsidRPr="00B77100" w:rsidRDefault="00D66986" w:rsidP="009E7A4A"/>
    <w:p w14:paraId="3A5573D6" w14:textId="5DD6B384" w:rsidR="00A52D95" w:rsidRPr="00B77100" w:rsidRDefault="00A52D95" w:rsidP="009E7A4A">
      <w:pPr>
        <w:rPr>
          <w:b/>
          <w:bCs/>
        </w:rPr>
      </w:pPr>
      <w:r w:rsidRPr="00B77100">
        <w:rPr>
          <w:b/>
          <w:bCs/>
        </w:rPr>
        <w:t xml:space="preserve">Tuesday, July </w:t>
      </w:r>
      <w:r w:rsidR="00D66986" w:rsidRPr="00B77100">
        <w:rPr>
          <w:b/>
          <w:bCs/>
        </w:rPr>
        <w:t>2</w:t>
      </w:r>
      <w:r w:rsidRPr="00B77100">
        <w:rPr>
          <w:b/>
          <w:bCs/>
        </w:rPr>
        <w:t>8</w:t>
      </w:r>
    </w:p>
    <w:p w14:paraId="13103812" w14:textId="09603826" w:rsidR="00D66986" w:rsidRPr="00B77100" w:rsidRDefault="00D66986" w:rsidP="009E7A4A">
      <w:r>
        <w:t xml:space="preserve">3:00 pm </w:t>
      </w:r>
      <w:r w:rsidR="00FB51C3">
        <w:t>-</w:t>
      </w:r>
      <w:r>
        <w:t xml:space="preserve"> 4:15 pm: LUA Presents Meet the Narrator; Hybrid; </w:t>
      </w:r>
      <w:r w:rsidR="00306974">
        <w:t>Sterling 3</w:t>
      </w:r>
      <w:r>
        <w:br/>
      </w:r>
      <w:r>
        <w:br/>
      </w:r>
      <w:r w:rsidR="00931D23">
        <w:t>Spend part of your afternoon in a fun and engaging conversation with Talking Book Narrator MacKenzie Beyer. This will be an interactive session</w:t>
      </w:r>
      <w:r w:rsidR="122337D4">
        <w:t>;</w:t>
      </w:r>
      <w:r w:rsidR="00931D23">
        <w:t xml:space="preserve"> questions are welcome! Participants may also get to hear a live reading. MacKenzie has read books such as The Best Thing by Mariana Capata, A Precious Jewel by Mary Balogh and Bummer Summer by Ann Martin.</w:t>
      </w:r>
      <w:r>
        <w:br/>
      </w:r>
      <w:r w:rsidR="00931D23">
        <w:t xml:space="preserve"> </w:t>
      </w:r>
      <w:r>
        <w:br/>
      </w:r>
      <w:r w:rsidR="00931D23">
        <w:t>Facilitated by Ralph Smitherman, Secretary, Library Users of America, Brandon, MS</w:t>
      </w:r>
      <w:r w:rsidR="14AD34CC">
        <w:t>.</w:t>
      </w:r>
      <w:r>
        <w:br/>
      </w:r>
      <w:r>
        <w:br/>
      </w:r>
      <w:r w:rsidR="00931D23">
        <w:t>Co-sponsored by LUA, BRL and AABT</w:t>
      </w:r>
      <w:r w:rsidR="0A649141">
        <w:t>.</w:t>
      </w:r>
      <w:r>
        <w:br/>
      </w:r>
    </w:p>
    <w:p w14:paraId="114D23E4" w14:textId="2E3D3A19" w:rsidR="00A52D95" w:rsidRPr="00B77100" w:rsidRDefault="00D66986" w:rsidP="009E7A4A">
      <w:r>
        <w:t xml:space="preserve">5:00 pm </w:t>
      </w:r>
      <w:r w:rsidR="00FB51C3">
        <w:t>-</w:t>
      </w:r>
      <w:r>
        <w:t xml:space="preserve"> 6:15 pm: LUA Presents News and Updates at NLS; Hybrid; </w:t>
      </w:r>
      <w:r w:rsidR="00306974">
        <w:t>Sterling 3</w:t>
      </w:r>
      <w:r>
        <w:br/>
      </w:r>
      <w:r>
        <w:br/>
      </w:r>
      <w:r w:rsidR="00931D23">
        <w:t>Hear the latest developments from the National Library Service (NLS). Learn about upcoming initiatives and the future of NLS and bring your questions about programs and services.</w:t>
      </w:r>
      <w:r>
        <w:br/>
      </w:r>
      <w:r w:rsidR="00931D23">
        <w:t xml:space="preserve"> </w:t>
      </w:r>
      <w:r>
        <w:br/>
      </w:r>
      <w:r w:rsidR="00931D23">
        <w:t>Presenters: Jason Broughton, Director, and Jason Yasner, Deputy Director, National Library Service for the Blind and Print Disabled, Washington, DC</w:t>
      </w:r>
      <w:r>
        <w:br/>
      </w:r>
      <w:r>
        <w:br/>
      </w:r>
      <w:r w:rsidR="00931D23">
        <w:t>Facilitator: Paul Edwards, Past President, Library Users of America, Jacksonville, FL</w:t>
      </w:r>
      <w:r w:rsidR="00E03D73">
        <w:br/>
      </w:r>
      <w:r>
        <w:br/>
      </w:r>
      <w:r w:rsidR="00931D23">
        <w:t>Co-sponsored by LUA, AABT and BRL</w:t>
      </w:r>
      <w:r w:rsidR="3DCC5B11">
        <w:t>.</w:t>
      </w:r>
      <w:r>
        <w:br/>
      </w:r>
    </w:p>
    <w:p w14:paraId="24490341" w14:textId="5AD0F649" w:rsidR="007776A7" w:rsidRPr="00B77100" w:rsidRDefault="007776A7" w:rsidP="009E7A4A">
      <w:pPr>
        <w:pStyle w:val="Heading2"/>
        <w:rPr>
          <w:u w:val="single"/>
        </w:rPr>
      </w:pPr>
      <w:bookmarkStart w:id="63" w:name="_Toc232406155"/>
      <w:r w:rsidRPr="00B77100">
        <w:rPr>
          <w:u w:val="single"/>
        </w:rPr>
        <w:t>L</w:t>
      </w:r>
      <w:r w:rsidR="002D49ED" w:rsidRPr="00B77100">
        <w:rPr>
          <w:u w:val="single"/>
        </w:rPr>
        <w:t xml:space="preserve">ow </w:t>
      </w:r>
      <w:r w:rsidRPr="00B77100">
        <w:rPr>
          <w:u w:val="single"/>
        </w:rPr>
        <w:t>V</w:t>
      </w:r>
      <w:r w:rsidR="002D49ED" w:rsidRPr="00B77100">
        <w:rPr>
          <w:u w:val="single"/>
        </w:rPr>
        <w:t xml:space="preserve">ision </w:t>
      </w:r>
      <w:r w:rsidRPr="00B77100">
        <w:rPr>
          <w:u w:val="single"/>
        </w:rPr>
        <w:t>A</w:t>
      </w:r>
      <w:bookmarkStart w:id="64" w:name="_Toc198814975"/>
      <w:r w:rsidR="002D49ED" w:rsidRPr="00B77100">
        <w:rPr>
          <w:u w:val="single"/>
        </w:rPr>
        <w:t>lliance</w:t>
      </w:r>
      <w:bookmarkEnd w:id="63"/>
    </w:p>
    <w:p w14:paraId="06DB55ED" w14:textId="2C31FC14" w:rsidR="007776A7" w:rsidRPr="00B77100" w:rsidRDefault="007776A7" w:rsidP="009E7A4A">
      <w:r w:rsidRPr="00B77100">
        <w:t>LVA President: Patti Cox</w:t>
      </w:r>
    </w:p>
    <w:p w14:paraId="277C0B63" w14:textId="277F9783" w:rsidR="007776A7" w:rsidRPr="00B77100" w:rsidRDefault="007776A7" w:rsidP="009E7A4A">
      <w:r w:rsidRPr="00B77100">
        <w:t>Convention Program Chair: Dianna Leonard</w:t>
      </w:r>
    </w:p>
    <w:p w14:paraId="5CCDA7D6" w14:textId="64E43E3A" w:rsidR="007776A7" w:rsidRPr="00B77100" w:rsidRDefault="007776A7" w:rsidP="009E7A4A">
      <w:r w:rsidRPr="00B77100">
        <w:t>Affiliate Donation: $15</w:t>
      </w:r>
    </w:p>
    <w:p w14:paraId="47F6560F" w14:textId="77777777" w:rsidR="007776A7" w:rsidRPr="00B77100" w:rsidRDefault="007776A7" w:rsidP="009E7A4A"/>
    <w:p w14:paraId="2B99FEE8" w14:textId="77777777" w:rsidR="007776A7" w:rsidRPr="00B77100" w:rsidRDefault="007776A7" w:rsidP="009E7A4A">
      <w:pPr>
        <w:rPr>
          <w:b/>
          <w:bCs/>
        </w:rPr>
      </w:pPr>
      <w:r w:rsidRPr="00B77100">
        <w:rPr>
          <w:b/>
          <w:bCs/>
        </w:rPr>
        <w:t>Thursday, July 16</w:t>
      </w:r>
    </w:p>
    <w:p w14:paraId="168DCF27" w14:textId="1E8F9D7E" w:rsidR="007776A7" w:rsidRPr="00B77100" w:rsidRDefault="007776A7" w:rsidP="009E7A4A">
      <w:pPr>
        <w:rPr>
          <w:lang w:val="ca-ES"/>
        </w:rPr>
      </w:pPr>
      <w:r w:rsidRPr="00B77100">
        <w:rPr>
          <w:lang w:val="ca-ES"/>
        </w:rPr>
        <w:t xml:space="preserve">5:30 pm </w:t>
      </w:r>
      <w:r w:rsidR="00FB51C3" w:rsidRPr="00B77100">
        <w:rPr>
          <w:lang w:val="ca-ES"/>
        </w:rPr>
        <w:t>-</w:t>
      </w:r>
      <w:r w:rsidRPr="00B77100">
        <w:rPr>
          <w:lang w:val="ca-ES"/>
        </w:rPr>
        <w:t xml:space="preserve"> 6:45 pm: </w:t>
      </w:r>
      <w:r w:rsidRPr="00B77100">
        <w:t>LVA Presents the Importance of a Low Vision Evaluation</w:t>
      </w:r>
      <w:r w:rsidRPr="00B77100">
        <w:rPr>
          <w:lang w:val="ca-ES"/>
        </w:rPr>
        <w:t>; Virtual</w:t>
      </w:r>
      <w:r w:rsidR="00FB51C3" w:rsidRPr="00B77100">
        <w:rPr>
          <w:lang w:val="ca-ES"/>
        </w:rPr>
        <w:br/>
      </w:r>
      <w:r w:rsidR="00482C78" w:rsidRPr="00B77100">
        <w:rPr>
          <w:lang w:val="ca-ES"/>
        </w:rPr>
        <w:br/>
      </w:r>
      <w:r w:rsidRPr="00B77100">
        <w:t>Join Low Vision Alliance with Carlos L. Grandela, OD, FAAO Optometrist, Mesa, AZ for an informative session on the importance of a low vision evaluation, what it is, and why you should have one. There will be time for questions.</w:t>
      </w:r>
    </w:p>
    <w:p w14:paraId="00CE8023" w14:textId="77777777" w:rsidR="00410743" w:rsidRDefault="00410743">
      <w:pPr>
        <w:rPr>
          <w:b/>
          <w:bCs/>
        </w:rPr>
      </w:pPr>
      <w:r>
        <w:rPr>
          <w:b/>
          <w:bCs/>
        </w:rPr>
        <w:br w:type="page"/>
      </w:r>
    </w:p>
    <w:p w14:paraId="58A3F97A" w14:textId="511DD703" w:rsidR="007776A7" w:rsidRPr="00B77100" w:rsidRDefault="007776A7" w:rsidP="009E7A4A">
      <w:pPr>
        <w:rPr>
          <w:b/>
          <w:bCs/>
        </w:rPr>
      </w:pPr>
      <w:r w:rsidRPr="00B77100">
        <w:rPr>
          <w:b/>
          <w:bCs/>
        </w:rPr>
        <w:t>Saturday, July 18</w:t>
      </w:r>
    </w:p>
    <w:p w14:paraId="25A69B5B" w14:textId="4F80E19A" w:rsidR="007776A7" w:rsidRPr="00B77100" w:rsidRDefault="007776A7" w:rsidP="009E7A4A">
      <w:pPr>
        <w:rPr>
          <w:lang w:val="ca-ES"/>
        </w:rPr>
      </w:pPr>
      <w:r w:rsidRPr="00B77100">
        <w:rPr>
          <w:lang w:val="ca-ES"/>
        </w:rPr>
        <w:t xml:space="preserve">2:30 pm </w:t>
      </w:r>
      <w:r w:rsidR="00FB51C3" w:rsidRPr="00B77100">
        <w:rPr>
          <w:lang w:val="ca-ES"/>
        </w:rPr>
        <w:t>-</w:t>
      </w:r>
      <w:r w:rsidRPr="00B77100">
        <w:rPr>
          <w:lang w:val="ca-ES"/>
        </w:rPr>
        <w:t xml:space="preserve"> 5:15 pm: </w:t>
      </w:r>
      <w:r w:rsidRPr="00B77100">
        <w:t>LVA Business Meeting</w:t>
      </w:r>
      <w:r w:rsidRPr="00B77100">
        <w:rPr>
          <w:lang w:val="ca-ES"/>
        </w:rPr>
        <w:t>; Virtual</w:t>
      </w:r>
    </w:p>
    <w:p w14:paraId="25586A91" w14:textId="77777777" w:rsidR="007776A7" w:rsidRPr="00B77100" w:rsidRDefault="007776A7" w:rsidP="009E7A4A">
      <w:pPr>
        <w:rPr>
          <w:lang w:val="ca-ES"/>
        </w:rPr>
      </w:pPr>
    </w:p>
    <w:p w14:paraId="54BE8DAF" w14:textId="7EFCE986" w:rsidR="007776A7" w:rsidRPr="00B77100" w:rsidRDefault="007776A7" w:rsidP="009E7A4A">
      <w:pPr>
        <w:rPr>
          <w:b/>
          <w:bCs/>
        </w:rPr>
      </w:pPr>
      <w:r w:rsidRPr="00B77100">
        <w:rPr>
          <w:b/>
          <w:bCs/>
        </w:rPr>
        <w:t>Monday, July 27</w:t>
      </w:r>
    </w:p>
    <w:p w14:paraId="3212B3DB" w14:textId="6520E7F4" w:rsidR="007776A7" w:rsidRPr="00B77100" w:rsidRDefault="007776A7" w:rsidP="009E7A4A">
      <w:pPr>
        <w:rPr>
          <w:lang w:val="ca-ES"/>
        </w:rPr>
      </w:pPr>
      <w:r w:rsidRPr="00B77100">
        <w:rPr>
          <w:lang w:val="ca-ES"/>
        </w:rPr>
        <w:t xml:space="preserve">1:00 pm </w:t>
      </w:r>
      <w:r w:rsidR="00FB51C3" w:rsidRPr="00B77100">
        <w:rPr>
          <w:lang w:val="ca-ES"/>
        </w:rPr>
        <w:t>-</w:t>
      </w:r>
      <w:r w:rsidRPr="00B77100">
        <w:rPr>
          <w:lang w:val="ca-ES"/>
        </w:rPr>
        <w:t xml:space="preserve"> 2:15 pm: </w:t>
      </w:r>
      <w:r w:rsidRPr="00B77100">
        <w:t>LVA Presents How Do You Do That Hobb</w:t>
      </w:r>
      <w:r w:rsidR="006D7468" w:rsidRPr="00B77100">
        <w:t>y</w:t>
      </w:r>
      <w:r w:rsidRPr="00B77100">
        <w:t xml:space="preserve"> with Low Vision</w:t>
      </w:r>
      <w:r w:rsidRPr="00B77100">
        <w:rPr>
          <w:lang w:val="ca-ES"/>
        </w:rPr>
        <w:t xml:space="preserve">; </w:t>
      </w:r>
      <w:r w:rsidR="006D7468" w:rsidRPr="00B77100">
        <w:rPr>
          <w:lang w:val="ca-ES"/>
        </w:rPr>
        <w:t>Hybrid</w:t>
      </w:r>
      <w:r w:rsidR="007B3C63" w:rsidRPr="00B77100">
        <w:rPr>
          <w:lang w:val="ca-ES"/>
        </w:rPr>
        <w:t xml:space="preserve">; </w:t>
      </w:r>
      <w:r w:rsidR="00306974" w:rsidRPr="00B77100">
        <w:t>Mills 3</w:t>
      </w:r>
      <w:r w:rsidR="00FB51C3" w:rsidRPr="00B77100">
        <w:br/>
      </w:r>
      <w:r w:rsidR="00482C78" w:rsidRPr="00B77100">
        <w:br/>
      </w:r>
      <w:r w:rsidRPr="00B77100">
        <w:t>Panelists Josh Schneider, Theresa Breeden, and Lindsey Tilden will invite us into the world of playing sports, crafting, and enjoying tabletop games and how they've adapted their activities for low vision.</w:t>
      </w:r>
    </w:p>
    <w:p w14:paraId="5700E4A6" w14:textId="77777777" w:rsidR="007B3C63" w:rsidRPr="00B77100" w:rsidRDefault="007B3C63" w:rsidP="009E7A4A">
      <w:pPr>
        <w:rPr>
          <w:lang w:val="ca-ES"/>
        </w:rPr>
      </w:pPr>
    </w:p>
    <w:p w14:paraId="3BD070F7" w14:textId="19DEC7B7" w:rsidR="007B3C63" w:rsidRDefault="006D7468" w:rsidP="009E7A4A">
      <w:pPr>
        <w:rPr>
          <w:lang w:val="ca-ES"/>
        </w:rPr>
      </w:pPr>
      <w:r w:rsidRPr="00B77100">
        <w:rPr>
          <w:lang w:val="ca-ES"/>
        </w:rPr>
        <w:t xml:space="preserve">7:00 pm </w:t>
      </w:r>
      <w:r w:rsidR="00FB51C3" w:rsidRPr="00B77100">
        <w:rPr>
          <w:lang w:val="ca-ES"/>
        </w:rPr>
        <w:t>-</w:t>
      </w:r>
      <w:r w:rsidRPr="00B77100">
        <w:rPr>
          <w:lang w:val="ca-ES"/>
        </w:rPr>
        <w:t xml:space="preserve"> 12:00 am</w:t>
      </w:r>
      <w:r w:rsidR="007B3C63" w:rsidRPr="00B77100">
        <w:rPr>
          <w:lang w:val="ca-ES"/>
        </w:rPr>
        <w:t xml:space="preserve">: </w:t>
      </w:r>
      <w:r w:rsidR="007B3C63" w:rsidRPr="00B77100">
        <w:t>LVA Big Bash</w:t>
      </w:r>
      <w:r w:rsidR="007B3C63" w:rsidRPr="00B77100">
        <w:rPr>
          <w:lang w:val="ca-ES"/>
        </w:rPr>
        <w:t xml:space="preserve">; </w:t>
      </w:r>
      <w:r w:rsidR="00CF4976" w:rsidRPr="00B77100">
        <w:rPr>
          <w:lang w:val="ca-ES"/>
        </w:rPr>
        <w:t>OnSite</w:t>
      </w:r>
      <w:r w:rsidR="007B3C63" w:rsidRPr="00B77100">
        <w:rPr>
          <w:lang w:val="ca-ES"/>
        </w:rPr>
        <w:t xml:space="preserve">; </w:t>
      </w:r>
      <w:r w:rsidR="00306974" w:rsidRPr="00B77100">
        <w:rPr>
          <w:lang w:val="ca-ES"/>
        </w:rPr>
        <w:t>Gateway West</w:t>
      </w:r>
      <w:r w:rsidR="00FB51C3" w:rsidRPr="00B77100">
        <w:rPr>
          <w:lang w:val="ca-ES"/>
        </w:rPr>
        <w:br/>
      </w:r>
      <w:r w:rsidR="00482C78" w:rsidRPr="00B77100">
        <w:rPr>
          <w:lang w:val="ca-ES"/>
        </w:rPr>
        <w:br/>
      </w:r>
      <w:r w:rsidR="007B3C63" w:rsidRPr="00B77100">
        <w:t xml:space="preserve">Join LVA for an exciting night! Take fun photos in front of a photo </w:t>
      </w:r>
      <w:r w:rsidR="00336B69" w:rsidRPr="00B77100">
        <w:t>spot and</w:t>
      </w:r>
      <w:r w:rsidR="007B3C63" w:rsidRPr="00B77100">
        <w:t xml:space="preserve"> stay for door prizes. From 7 to 9 pm we'll be playing Outburst, and from 9 until midnight it's our big bash dance! Dress to impress for the decades in outfits from the '70s, '90s, or 2020s as we celebrate our name changes throughout the years. There will be costume contests and a cash </w:t>
      </w:r>
      <w:r w:rsidR="007B3C63" w:rsidRPr="007B3C63">
        <w:t>bar.</w:t>
      </w:r>
    </w:p>
    <w:p w14:paraId="2EB5B43E" w14:textId="77777777" w:rsidR="007776A7" w:rsidRPr="007776A7" w:rsidRDefault="007776A7" w:rsidP="009E7A4A"/>
    <w:p w14:paraId="6F24A568" w14:textId="77777777" w:rsidR="002D49ED" w:rsidRPr="00117394" w:rsidRDefault="002D49ED" w:rsidP="14638D2A">
      <w:pPr>
        <w:pStyle w:val="Heading2"/>
        <w:rPr>
          <w:u w:val="single"/>
        </w:rPr>
      </w:pPr>
      <w:bookmarkStart w:id="65" w:name="_Toc232406156"/>
      <w:bookmarkEnd w:id="64"/>
      <w:r w:rsidRPr="14638D2A">
        <w:rPr>
          <w:u w:val="single"/>
        </w:rPr>
        <w:t>Randolph-Sheppard Vendors of America (RSVA)</w:t>
      </w:r>
      <w:bookmarkEnd w:id="65"/>
    </w:p>
    <w:p w14:paraId="7548C47C" w14:textId="43D34F30" w:rsidR="005E4A5C" w:rsidRPr="00EB0486" w:rsidRDefault="005E4A5C" w:rsidP="009E7A4A">
      <w:r>
        <w:t>RSVA</w:t>
      </w:r>
      <w:r w:rsidRPr="00EB0486">
        <w:t xml:space="preserve"> President: </w:t>
      </w:r>
      <w:r w:rsidRPr="005E4A5C">
        <w:t>Scott Eggen</w:t>
      </w:r>
    </w:p>
    <w:p w14:paraId="03A6D132" w14:textId="501CCEC2" w:rsidR="005E4A5C" w:rsidRPr="00D027CC" w:rsidRDefault="005E4A5C" w:rsidP="009E7A4A">
      <w:r w:rsidRPr="00D027CC">
        <w:t xml:space="preserve">Convention Program Chair: </w:t>
      </w:r>
      <w:r w:rsidRPr="005E4A5C">
        <w:t>Ardis Bazyn</w:t>
      </w:r>
    </w:p>
    <w:p w14:paraId="31B4204A" w14:textId="2F8EBE36" w:rsidR="005E4A5C" w:rsidRDefault="005E4A5C" w:rsidP="009E7A4A">
      <w:r w:rsidRPr="00EB0486">
        <w:t xml:space="preserve">Affiliate Donation: </w:t>
      </w:r>
      <w:r>
        <w:t>$20 ($25)</w:t>
      </w:r>
    </w:p>
    <w:p w14:paraId="04CB63DE" w14:textId="243B2C1A" w:rsidR="005E4A5C" w:rsidRDefault="005E4A5C" w:rsidP="00482C78">
      <w:pPr>
        <w:ind w:left="0" w:firstLine="0"/>
      </w:pPr>
      <w:r w:rsidRPr="005E4A5C">
        <w:t>This includes 2027 RSVA membership dues and door prize opportunities.</w:t>
      </w:r>
    </w:p>
    <w:p w14:paraId="2B083793" w14:textId="77777777" w:rsidR="005E4A5C" w:rsidRPr="00B77100" w:rsidRDefault="005E4A5C" w:rsidP="009E7A4A"/>
    <w:p w14:paraId="16D9533C" w14:textId="7A5BB36F" w:rsidR="00A52D95" w:rsidRPr="00B77100" w:rsidRDefault="00A52D95" w:rsidP="009E7A4A">
      <w:pPr>
        <w:rPr>
          <w:b/>
          <w:bCs/>
        </w:rPr>
      </w:pPr>
      <w:r w:rsidRPr="00B77100">
        <w:rPr>
          <w:b/>
          <w:bCs/>
        </w:rPr>
        <w:t xml:space="preserve">Saturday, July </w:t>
      </w:r>
      <w:r w:rsidR="005E4A5C" w:rsidRPr="00B77100">
        <w:rPr>
          <w:b/>
          <w:bCs/>
        </w:rPr>
        <w:t>2</w:t>
      </w:r>
      <w:r w:rsidRPr="00B77100">
        <w:rPr>
          <w:b/>
          <w:bCs/>
        </w:rPr>
        <w:t>5</w:t>
      </w:r>
    </w:p>
    <w:p w14:paraId="49189ECA" w14:textId="759407AB" w:rsidR="005E4A5C" w:rsidRPr="00B77100" w:rsidRDefault="005E4A5C" w:rsidP="009E7A4A">
      <w:pPr>
        <w:rPr>
          <w:lang w:val="ca-ES"/>
        </w:rPr>
      </w:pPr>
      <w:r w:rsidRPr="00B77100">
        <w:rPr>
          <w:lang w:val="ca-ES"/>
        </w:rPr>
        <w:t xml:space="preserve">12:15 pm </w:t>
      </w:r>
      <w:r w:rsidR="00DB49F0" w:rsidRPr="00B77100">
        <w:rPr>
          <w:lang w:val="ca-ES"/>
        </w:rPr>
        <w:t>–</w:t>
      </w:r>
      <w:r w:rsidRPr="00B77100">
        <w:rPr>
          <w:lang w:val="ca-ES"/>
        </w:rPr>
        <w:t xml:space="preserve"> </w:t>
      </w:r>
      <w:r w:rsidR="00085015" w:rsidRPr="00B77100">
        <w:rPr>
          <w:lang w:val="ca-ES"/>
        </w:rPr>
        <w:t>1</w:t>
      </w:r>
      <w:r w:rsidR="00DB49F0" w:rsidRPr="00B77100">
        <w:rPr>
          <w:lang w:val="ca-ES"/>
        </w:rPr>
        <w:t>:00</w:t>
      </w:r>
      <w:r w:rsidRPr="00B77100">
        <w:rPr>
          <w:lang w:val="ca-ES"/>
        </w:rPr>
        <w:t xml:space="preserve"> pm:</w:t>
      </w:r>
      <w:r w:rsidRPr="00B77100">
        <w:t xml:space="preserve"> </w:t>
      </w:r>
      <w:r w:rsidRPr="00B77100">
        <w:rPr>
          <w:lang w:val="ca-ES"/>
        </w:rPr>
        <w:t>IVIE</w:t>
      </w:r>
      <w:r w:rsidR="00DB49F0" w:rsidRPr="00B77100">
        <w:rPr>
          <w:lang w:val="ca-ES"/>
        </w:rPr>
        <w:t xml:space="preserve"> and </w:t>
      </w:r>
      <w:r w:rsidRPr="00B77100">
        <w:rPr>
          <w:lang w:val="ca-ES"/>
        </w:rPr>
        <w:t xml:space="preserve">RSVA Luncheon; </w:t>
      </w:r>
      <w:r w:rsidR="00CF4976" w:rsidRPr="00B77100">
        <w:rPr>
          <w:lang w:val="ca-ES"/>
        </w:rPr>
        <w:t>OnSite</w:t>
      </w:r>
      <w:r w:rsidRPr="00B77100">
        <w:rPr>
          <w:lang w:val="ca-ES"/>
        </w:rPr>
        <w:t xml:space="preserve">; </w:t>
      </w:r>
      <w:r w:rsidR="00306974" w:rsidRPr="00B77100">
        <w:t xml:space="preserve">Sterling </w:t>
      </w:r>
      <w:r w:rsidR="00292D97" w:rsidRPr="00B77100">
        <w:t>2</w:t>
      </w:r>
      <w:r w:rsidRPr="00B77100">
        <w:rPr>
          <w:lang w:val="ca-ES"/>
        </w:rPr>
        <w:t>; $52</w:t>
      </w:r>
    </w:p>
    <w:p w14:paraId="509096E8" w14:textId="77777777" w:rsidR="005E4A5C" w:rsidRPr="00B77100" w:rsidRDefault="005E4A5C" w:rsidP="009E7A4A"/>
    <w:p w14:paraId="3D0DB33F" w14:textId="26C2B4E3" w:rsidR="005E4A5C" w:rsidRPr="00B77100" w:rsidRDefault="005E4A5C" w:rsidP="009E7A4A">
      <w:pPr>
        <w:rPr>
          <w:b/>
          <w:bCs/>
        </w:rPr>
      </w:pPr>
      <w:r>
        <w:t xml:space="preserve">1:00 pm </w:t>
      </w:r>
      <w:r w:rsidR="00FB51C3" w:rsidRPr="14638D2A">
        <w:rPr>
          <w:lang w:val="ca-ES"/>
        </w:rPr>
        <w:t>-</w:t>
      </w:r>
      <w:r w:rsidRPr="14638D2A">
        <w:rPr>
          <w:lang w:val="ca-ES"/>
        </w:rPr>
        <w:t xml:space="preserve"> </w:t>
      </w:r>
      <w:r>
        <w:t xml:space="preserve">2:15 pm: Path to Success; </w:t>
      </w:r>
      <w:r w:rsidR="00085015">
        <w:t>Hybrid</w:t>
      </w:r>
      <w:r>
        <w:t xml:space="preserve">; </w:t>
      </w:r>
      <w:r w:rsidR="00306974">
        <w:t>Sterling 3</w:t>
      </w:r>
      <w:r>
        <w:br/>
      </w:r>
      <w:r>
        <w:br/>
        <w:t>Co-sponsored by IVIE and RSVA</w:t>
      </w:r>
      <w:r w:rsidR="13CFCBFE">
        <w:t xml:space="preserve">. </w:t>
      </w:r>
      <w:r w:rsidR="00192FA3">
        <w:t>For session details</w:t>
      </w:r>
      <w:r w:rsidR="66C63963">
        <w:t>,</w:t>
      </w:r>
      <w:r w:rsidR="00192FA3">
        <w:t xml:space="preserve"> see</w:t>
      </w:r>
      <w:r w:rsidR="00EC4A8A">
        <w:t xml:space="preserve"> IVIE</w:t>
      </w:r>
      <w:r w:rsidR="383F1638">
        <w:t>.</w:t>
      </w:r>
      <w:r w:rsidR="00EC4A8A">
        <w:t xml:space="preserve"> </w:t>
      </w:r>
    </w:p>
    <w:p w14:paraId="2525969A" w14:textId="77777777" w:rsidR="005E4A5C" w:rsidRPr="00B77100" w:rsidRDefault="005E4A5C" w:rsidP="009E7A4A"/>
    <w:p w14:paraId="5F0B822C" w14:textId="5ADF49C0" w:rsidR="005E4A5C" w:rsidRPr="00B77100" w:rsidRDefault="005E4A5C" w:rsidP="009E7A4A">
      <w:r>
        <w:t xml:space="preserve">3:00 pm </w:t>
      </w:r>
      <w:r w:rsidR="00355724" w:rsidRPr="14638D2A">
        <w:rPr>
          <w:lang w:val="ca-ES"/>
        </w:rPr>
        <w:t>-</w:t>
      </w:r>
      <w:r w:rsidRPr="14638D2A">
        <w:rPr>
          <w:lang w:val="ca-ES"/>
        </w:rPr>
        <w:t xml:space="preserve"> 4</w:t>
      </w:r>
      <w:r>
        <w:t>:15 pm: All about the Missouri Business Enterprise Program</w:t>
      </w:r>
      <w:r w:rsidR="00726F07">
        <w:t>; Hybrid;</w:t>
      </w:r>
      <w:r>
        <w:t xml:space="preserve"> </w:t>
      </w:r>
      <w:r w:rsidR="007C3F36">
        <w:t>Sterling 3</w:t>
      </w:r>
      <w:r>
        <w:br/>
      </w:r>
      <w:r>
        <w:br/>
        <w:t>This session will be presented by staff and vendors from Missouri. Speakers will identify what type of facilities are available in Missouri, including how a blind person can become a vendor and the training involved, as well as statistics of the Missouri BEP Program.</w:t>
      </w:r>
      <w:r>
        <w:br/>
        <w:t>Presenters: Chad Dillon, Blind Vendors of Missouri Executive Committee President, owner of VF 180 Gateway Vending, St. Louis, MO; Antonio Anderson, Blind Vendors of Missouri Executive Committee Board Member, owner of VF 169 Wilson Creek Vending, Springfield, MO;  David Pinkley, Blind Vendors of Missouri Executive Committee Secretary, owner of VF 191 Patriot Dining, Fort Leonard Wood, MO; Melissa Anderson, Supervisor</w:t>
      </w:r>
      <w:r w:rsidR="1AD076B4">
        <w:t xml:space="preserve">, </w:t>
      </w:r>
      <w:r>
        <w:t>Program Coordinator</w:t>
      </w:r>
      <w:r w:rsidR="35041466">
        <w:t>,</w:t>
      </w:r>
      <w:r w:rsidR="00355724">
        <w:t xml:space="preserve"> </w:t>
      </w:r>
      <w:r>
        <w:t>State of Missouri Rehabilitation Services for the Blind, Business Enterprise Program, Jefferson City, MO.</w:t>
      </w:r>
    </w:p>
    <w:p w14:paraId="66FACDCA" w14:textId="77777777" w:rsidR="005E4A5C" w:rsidRPr="00B77100" w:rsidRDefault="005E4A5C" w:rsidP="009E7A4A"/>
    <w:p w14:paraId="6D384E17" w14:textId="41288C13" w:rsidR="00A52D95" w:rsidRPr="00B77100" w:rsidRDefault="00A52D95" w:rsidP="009E7A4A">
      <w:pPr>
        <w:rPr>
          <w:b/>
          <w:bCs/>
        </w:rPr>
      </w:pPr>
      <w:r w:rsidRPr="00B77100">
        <w:rPr>
          <w:b/>
          <w:bCs/>
        </w:rPr>
        <w:t xml:space="preserve">Sunday, July </w:t>
      </w:r>
      <w:r w:rsidR="00D04EFD" w:rsidRPr="00B77100">
        <w:rPr>
          <w:b/>
          <w:bCs/>
        </w:rPr>
        <w:t>2</w:t>
      </w:r>
      <w:r w:rsidRPr="00B77100">
        <w:rPr>
          <w:b/>
          <w:bCs/>
        </w:rPr>
        <w:t>6</w:t>
      </w:r>
    </w:p>
    <w:p w14:paraId="61A969BA" w14:textId="61668DB0" w:rsidR="00D04EFD" w:rsidRPr="00B77100" w:rsidRDefault="00D04EFD" w:rsidP="009E7A4A">
      <w:r w:rsidRPr="14638D2A">
        <w:rPr>
          <w:lang w:val="ca-ES"/>
        </w:rPr>
        <w:t xml:space="preserve">1:00 pm </w:t>
      </w:r>
      <w:r w:rsidR="00FB51C3" w:rsidRPr="14638D2A">
        <w:rPr>
          <w:lang w:val="ca-ES"/>
        </w:rPr>
        <w:t>-</w:t>
      </w:r>
      <w:r w:rsidRPr="14638D2A">
        <w:rPr>
          <w:lang w:val="ca-ES"/>
        </w:rPr>
        <w:t xml:space="preserve"> 2:15 pm:</w:t>
      </w:r>
      <w:r>
        <w:t xml:space="preserve"> </w:t>
      </w:r>
      <w:r w:rsidRPr="14638D2A">
        <w:rPr>
          <w:lang w:val="ca-ES"/>
        </w:rPr>
        <w:t xml:space="preserve">Nuts </w:t>
      </w:r>
      <w:r w:rsidR="00355724" w:rsidRPr="14638D2A">
        <w:rPr>
          <w:lang w:val="ca-ES"/>
        </w:rPr>
        <w:t>a</w:t>
      </w:r>
      <w:r w:rsidRPr="14638D2A">
        <w:rPr>
          <w:lang w:val="ca-ES"/>
        </w:rPr>
        <w:t xml:space="preserve">nd Bolts </w:t>
      </w:r>
      <w:r w:rsidR="00355724" w:rsidRPr="14638D2A">
        <w:rPr>
          <w:lang w:val="ca-ES"/>
        </w:rPr>
        <w:t>o</w:t>
      </w:r>
      <w:r w:rsidRPr="14638D2A">
        <w:rPr>
          <w:lang w:val="ca-ES"/>
        </w:rPr>
        <w:t xml:space="preserve">f Starting </w:t>
      </w:r>
      <w:r w:rsidR="00355724" w:rsidRPr="14638D2A">
        <w:rPr>
          <w:lang w:val="ca-ES"/>
        </w:rPr>
        <w:t>a</w:t>
      </w:r>
      <w:r w:rsidRPr="14638D2A">
        <w:rPr>
          <w:lang w:val="ca-ES"/>
        </w:rPr>
        <w:t xml:space="preserve"> Business; </w:t>
      </w:r>
      <w:r w:rsidR="00CF4976" w:rsidRPr="14638D2A">
        <w:rPr>
          <w:lang w:val="ca-ES"/>
        </w:rPr>
        <w:t>OnSite</w:t>
      </w:r>
      <w:r w:rsidRPr="14638D2A">
        <w:rPr>
          <w:lang w:val="ca-ES"/>
        </w:rPr>
        <w:t xml:space="preserve">; </w:t>
      </w:r>
      <w:r w:rsidR="007C3F36" w:rsidRPr="14638D2A">
        <w:rPr>
          <w:lang w:val="ca-ES"/>
        </w:rPr>
        <w:t>Mills 1</w:t>
      </w:r>
      <w:r>
        <w:br/>
      </w:r>
      <w:r>
        <w:br/>
        <w:t>Co-sponsored by IVIE and RSVA</w:t>
      </w:r>
      <w:r w:rsidR="6E7556BB">
        <w:t xml:space="preserve">. </w:t>
      </w:r>
      <w:r w:rsidR="00192FA3">
        <w:t>For session details</w:t>
      </w:r>
      <w:r w:rsidR="66BF90A5">
        <w:t>,</w:t>
      </w:r>
      <w:r w:rsidR="00192FA3">
        <w:t xml:space="preserve"> see</w:t>
      </w:r>
      <w:r w:rsidR="00EC4A8A">
        <w:t xml:space="preserve"> IVIE</w:t>
      </w:r>
      <w:r w:rsidR="66BF90A5">
        <w:t>.</w:t>
      </w:r>
    </w:p>
    <w:p w14:paraId="20BF07F4" w14:textId="77777777" w:rsidR="00D04EFD" w:rsidRPr="00B77100" w:rsidRDefault="00D04EFD" w:rsidP="009E7A4A"/>
    <w:p w14:paraId="3BF311D7" w14:textId="74027ABA" w:rsidR="00D04EFD" w:rsidRDefault="00D04EFD" w:rsidP="009E7A4A">
      <w:pPr>
        <w:rPr>
          <w:lang w:val="ca-ES"/>
        </w:rPr>
      </w:pPr>
      <w:r w:rsidRPr="00B77100">
        <w:t xml:space="preserve">7:30 pm </w:t>
      </w:r>
      <w:r w:rsidR="00FB51C3" w:rsidRPr="00B77100">
        <w:t>-</w:t>
      </w:r>
      <w:r w:rsidRPr="00B77100">
        <w:t xml:space="preserve"> 8:30 pm: Laugh with RSVA; </w:t>
      </w:r>
      <w:r w:rsidR="00CF4976" w:rsidRPr="00B77100">
        <w:t>OnSite</w:t>
      </w:r>
      <w:r w:rsidRPr="00B77100">
        <w:t xml:space="preserve">; </w:t>
      </w:r>
      <w:r w:rsidR="007C3F36" w:rsidRPr="00B77100">
        <w:t>Parkview</w:t>
      </w:r>
      <w:r w:rsidRPr="00B77100">
        <w:t>; $20 ($20)</w:t>
      </w:r>
      <w:r w:rsidR="00042583">
        <w:br/>
      </w:r>
      <w:r w:rsidR="00482C78">
        <w:br/>
      </w:r>
      <w:r w:rsidRPr="00D04EFD">
        <w:rPr>
          <w:lang w:val="ca-ES"/>
        </w:rPr>
        <w:t>RSVA® comedian sharing some laughs.</w:t>
      </w:r>
    </w:p>
    <w:p w14:paraId="7A0DBFF2" w14:textId="77777777" w:rsidR="00D04EFD" w:rsidRDefault="00D04EFD" w:rsidP="009E7A4A">
      <w:pPr>
        <w:rPr>
          <w:lang w:val="ca-ES"/>
        </w:rPr>
      </w:pPr>
    </w:p>
    <w:p w14:paraId="16769C3B" w14:textId="77777777" w:rsidR="009C7C8E" w:rsidRDefault="009C7C8E">
      <w:r>
        <w:br w:type="page"/>
      </w:r>
    </w:p>
    <w:p w14:paraId="4750220F" w14:textId="1B93F6FA" w:rsidR="00D04EFD" w:rsidRPr="00B77100" w:rsidRDefault="00917FBD" w:rsidP="009E7A4A">
      <w:pPr>
        <w:rPr>
          <w:lang w:val="ca-ES"/>
        </w:rPr>
      </w:pPr>
      <w:r w:rsidRPr="00B77100">
        <w:t>9:00</w:t>
      </w:r>
      <w:r w:rsidR="00D04EFD" w:rsidRPr="00B77100">
        <w:t xml:space="preserve"> pm </w:t>
      </w:r>
      <w:r w:rsidR="00FB51C3" w:rsidRPr="00B77100">
        <w:t>-</w:t>
      </w:r>
      <w:r w:rsidR="00D04EFD" w:rsidRPr="00B77100">
        <w:t xml:space="preserve"> </w:t>
      </w:r>
      <w:r w:rsidRPr="00B77100">
        <w:t>12:00</w:t>
      </w:r>
      <w:r w:rsidR="00D04EFD" w:rsidRPr="00B77100">
        <w:t xml:space="preserve"> </w:t>
      </w:r>
      <w:r w:rsidRPr="00B77100">
        <w:t>a</w:t>
      </w:r>
      <w:r w:rsidR="00D04EFD" w:rsidRPr="00B77100">
        <w:t xml:space="preserve">m: </w:t>
      </w:r>
      <w:r w:rsidRPr="00B77100">
        <w:t>Share your talent at RSVA Karaoke</w:t>
      </w:r>
      <w:r w:rsidR="00D04EFD" w:rsidRPr="00B77100">
        <w:t xml:space="preserve">; </w:t>
      </w:r>
      <w:r w:rsidR="00CF4976" w:rsidRPr="00B77100">
        <w:t>OnSite</w:t>
      </w:r>
      <w:r w:rsidR="00D04EFD" w:rsidRPr="00B77100">
        <w:t xml:space="preserve">; </w:t>
      </w:r>
      <w:r w:rsidR="00AE4899" w:rsidRPr="00B77100">
        <w:t>Parkview</w:t>
      </w:r>
      <w:r w:rsidR="00D04EFD" w:rsidRPr="00B77100">
        <w:t>; $</w:t>
      </w:r>
      <w:r w:rsidRPr="00B77100">
        <w:t>15</w:t>
      </w:r>
      <w:r w:rsidR="00D04EFD" w:rsidRPr="00B77100">
        <w:t xml:space="preserve"> ($20)</w:t>
      </w:r>
      <w:r w:rsidR="00355724" w:rsidRPr="00B77100">
        <w:br/>
      </w:r>
      <w:r w:rsidRPr="00B77100">
        <w:rPr>
          <w:lang w:val="ca-ES"/>
        </w:rPr>
        <w:t>Participants can share their talent at RSVA® Karaoke!</w:t>
      </w:r>
    </w:p>
    <w:p w14:paraId="3B49E920" w14:textId="77777777" w:rsidR="00D04EFD" w:rsidRPr="00B77100" w:rsidRDefault="00D04EFD" w:rsidP="009E7A4A"/>
    <w:p w14:paraId="23738246" w14:textId="77777777" w:rsidR="00D51B38" w:rsidRPr="00B77100" w:rsidRDefault="00D51B38" w:rsidP="009E7A4A">
      <w:pPr>
        <w:pStyle w:val="Heading1"/>
      </w:pPr>
      <w:bookmarkStart w:id="66" w:name="_Toc198814976"/>
      <w:bookmarkStart w:id="67" w:name="_Toc232406157"/>
      <w:r>
        <w:t>ACB Committee Meetings</w:t>
      </w:r>
      <w:bookmarkEnd w:id="66"/>
      <w:bookmarkEnd w:id="67"/>
    </w:p>
    <w:p w14:paraId="388B39CB" w14:textId="3DC70BB6" w:rsidR="008572F2" w:rsidRPr="00B77100" w:rsidRDefault="008572F2" w:rsidP="009E7A4A">
      <w:pPr>
        <w:pStyle w:val="Heading2"/>
      </w:pPr>
      <w:bookmarkStart w:id="68" w:name="_Toc232406158"/>
      <w:r w:rsidRPr="00B77100">
        <w:t>ACB Inspire</w:t>
      </w:r>
      <w:bookmarkStart w:id="69" w:name="_Toc198814977"/>
      <w:bookmarkEnd w:id="68"/>
    </w:p>
    <w:p w14:paraId="18D38B55" w14:textId="3C3AB086" w:rsidR="008572F2" w:rsidRPr="00B77100" w:rsidRDefault="008572F2" w:rsidP="009E7A4A">
      <w:r w:rsidRPr="00B77100">
        <w:t>Chair: Kenneth Semien Sr.</w:t>
      </w:r>
    </w:p>
    <w:p w14:paraId="0694E9E4" w14:textId="04A0AA4D" w:rsidR="008572F2" w:rsidRPr="00B77100" w:rsidRDefault="008572F2" w:rsidP="009E7A4A">
      <w:pPr>
        <w:rPr>
          <w:b/>
          <w:bCs/>
        </w:rPr>
      </w:pPr>
      <w:r w:rsidRPr="00B77100">
        <w:rPr>
          <w:b/>
          <w:bCs/>
        </w:rPr>
        <w:t>Saturday, July 18</w:t>
      </w:r>
    </w:p>
    <w:p w14:paraId="26A2989A" w14:textId="7DB6FC5C" w:rsidR="008572F2" w:rsidRPr="00B77100" w:rsidRDefault="008572F2" w:rsidP="009E7A4A">
      <w:r>
        <w:t xml:space="preserve">1:00 pm </w:t>
      </w:r>
      <w:r w:rsidR="00A47451">
        <w:t>-</w:t>
      </w:r>
      <w:r>
        <w:t xml:space="preserve"> 2:15 pm: ACB I</w:t>
      </w:r>
      <w:r w:rsidR="12B55DDE">
        <w:t xml:space="preserve">NSPIRE </w:t>
      </w:r>
      <w:r>
        <w:t>Mentoring Program Graduation; Virtual</w:t>
      </w:r>
      <w:r>
        <w:br/>
      </w:r>
      <w:r>
        <w:br/>
        <w:t>Celebrate with the Class of 2026 during their graduation ceremony.</w:t>
      </w:r>
    </w:p>
    <w:p w14:paraId="13844811" w14:textId="77777777" w:rsidR="008572F2" w:rsidRPr="00B77100" w:rsidRDefault="008572F2" w:rsidP="009E7A4A"/>
    <w:p w14:paraId="016C552B" w14:textId="71111CD0" w:rsidR="00D51B38" w:rsidRPr="00B77100" w:rsidRDefault="00D51B38" w:rsidP="009E7A4A">
      <w:pPr>
        <w:pStyle w:val="Heading2"/>
      </w:pPr>
      <w:bookmarkStart w:id="70" w:name="_Toc232406159"/>
      <w:r w:rsidRPr="00B77100">
        <w:t>ACB Women Committee</w:t>
      </w:r>
      <w:bookmarkEnd w:id="69"/>
      <w:bookmarkEnd w:id="70"/>
    </w:p>
    <w:p w14:paraId="38ACE386" w14:textId="123E6607" w:rsidR="008F127D" w:rsidRPr="00B77100" w:rsidRDefault="008F127D" w:rsidP="009E7A4A">
      <w:r w:rsidRPr="00B77100">
        <w:t>Chair: Linda Porelle</w:t>
      </w:r>
    </w:p>
    <w:p w14:paraId="19237E31" w14:textId="77777777" w:rsidR="006B1AB3" w:rsidRPr="00B77100" w:rsidRDefault="006B1AB3" w:rsidP="009E7A4A"/>
    <w:p w14:paraId="340C099F" w14:textId="13947F85" w:rsidR="00D51B38" w:rsidRPr="00B77100" w:rsidRDefault="008F127D" w:rsidP="009E7A4A">
      <w:pPr>
        <w:rPr>
          <w:b/>
          <w:bCs/>
        </w:rPr>
      </w:pPr>
      <w:r w:rsidRPr="00B77100">
        <w:rPr>
          <w:b/>
          <w:bCs/>
        </w:rPr>
        <w:t>Saturday, July 18</w:t>
      </w:r>
    </w:p>
    <w:p w14:paraId="6259A4AA" w14:textId="0D2FB646" w:rsidR="00D51B38" w:rsidRDefault="008F127D" w:rsidP="009E7A4A">
      <w:r>
        <w:t xml:space="preserve">11:30 am </w:t>
      </w:r>
      <w:r w:rsidR="00A47451">
        <w:t>-</w:t>
      </w:r>
      <w:r>
        <w:t xml:space="preserve"> 12</w:t>
      </w:r>
      <w:r w:rsidR="006F25C0">
        <w:t>:</w:t>
      </w:r>
      <w:r>
        <w:t>45 pm: Sister Power Brunch Hour</w:t>
      </w:r>
      <w:r w:rsidR="006F25C0">
        <w:t>; Virtual</w:t>
      </w:r>
      <w:r>
        <w:br/>
      </w:r>
      <w:r>
        <w:br/>
      </w:r>
      <w:r w:rsidR="001D5573">
        <w:t>T</w:t>
      </w:r>
      <w:r w:rsidR="00E75AFB">
        <w:t>his year and always a convention favorite; join ACB Women for another inspiring conversation with two dynamic ACB women leaders, Cheryl Cumings and Katie Frederick.</w:t>
      </w:r>
      <w:r>
        <w:br/>
      </w:r>
      <w:r>
        <w:br/>
      </w:r>
      <w:r w:rsidR="00E75AFB">
        <w:t>Facilitator</w:t>
      </w:r>
      <w:r w:rsidR="006F25C0">
        <w:t xml:space="preserve">: </w:t>
      </w:r>
      <w:r w:rsidR="00E75AFB">
        <w:t>Rachel S</w:t>
      </w:r>
      <w:r w:rsidR="5A69E5AB">
        <w:t>c</w:t>
      </w:r>
      <w:r w:rsidR="00E75AFB">
        <w:t>hroeder</w:t>
      </w:r>
      <w:r w:rsidR="006F25C0">
        <w:t xml:space="preserve">, </w:t>
      </w:r>
      <w:r w:rsidR="00E75AFB">
        <w:t xml:space="preserve">Assistive </w:t>
      </w:r>
      <w:r w:rsidR="714CF7B8">
        <w:t>T</w:t>
      </w:r>
      <w:r w:rsidR="00E75AFB">
        <w:t>echnology Specialist, ACB Board Member</w:t>
      </w:r>
      <w:r w:rsidR="006F25C0">
        <w:t xml:space="preserve">, </w:t>
      </w:r>
      <w:r w:rsidR="00E75AFB">
        <w:t xml:space="preserve">Springfield, IL </w:t>
      </w:r>
      <w:r>
        <w:br/>
      </w:r>
      <w:r>
        <w:br/>
      </w:r>
      <w:r w:rsidR="00E75AFB">
        <w:t>Presenters: Cheryl Cumin</w:t>
      </w:r>
      <w:r w:rsidR="00355724">
        <w:t>g</w:t>
      </w:r>
      <w:r w:rsidR="00E75AFB">
        <w:t>s</w:t>
      </w:r>
      <w:r w:rsidR="006F25C0">
        <w:t xml:space="preserve">, </w:t>
      </w:r>
      <w:r w:rsidR="00E75AFB">
        <w:t>Work Force Development Manager, ACB Board Member</w:t>
      </w:r>
      <w:r w:rsidR="006F25C0">
        <w:t xml:space="preserve">, </w:t>
      </w:r>
      <w:r w:rsidR="00E75AFB">
        <w:t>Seattle, WA; Katie Frederick</w:t>
      </w:r>
      <w:r w:rsidR="006F25C0">
        <w:t xml:space="preserve">, </w:t>
      </w:r>
      <w:r w:rsidR="00E75AFB">
        <w:t>Digital Engagement and Accessibility Specialist, ACB Board Secretary</w:t>
      </w:r>
      <w:r w:rsidR="006F25C0">
        <w:t xml:space="preserve">, </w:t>
      </w:r>
      <w:r w:rsidR="00E75AFB">
        <w:t>Worthington, OH</w:t>
      </w:r>
    </w:p>
    <w:p w14:paraId="3D63B376" w14:textId="77777777" w:rsidR="009C7C8E" w:rsidRPr="00B77100" w:rsidRDefault="009C7C8E" w:rsidP="009E7A4A"/>
    <w:p w14:paraId="240EF65C" w14:textId="77777777" w:rsidR="00D51B38" w:rsidRPr="00B77100" w:rsidRDefault="00D51B38" w:rsidP="009E7A4A">
      <w:pPr>
        <w:pStyle w:val="Heading2"/>
      </w:pPr>
      <w:bookmarkStart w:id="71" w:name="_Toc198814978"/>
      <w:bookmarkStart w:id="72" w:name="_Toc232406160"/>
      <w:r w:rsidRPr="00B77100">
        <w:t>Advocacy Committee</w:t>
      </w:r>
      <w:bookmarkEnd w:id="71"/>
      <w:bookmarkEnd w:id="72"/>
    </w:p>
    <w:p w14:paraId="5B740485" w14:textId="4A5B1FC1" w:rsidR="006F25C0" w:rsidRPr="00B77100" w:rsidRDefault="006F25C0" w:rsidP="009E7A4A">
      <w:r w:rsidRPr="00B77100">
        <w:t>Chair: Jeff Thom</w:t>
      </w:r>
    </w:p>
    <w:p w14:paraId="6074C4FA" w14:textId="77777777" w:rsidR="006B1AB3" w:rsidRPr="00B77100" w:rsidRDefault="006B1AB3" w:rsidP="009E7A4A"/>
    <w:p w14:paraId="6D0DF0C6" w14:textId="62806910" w:rsidR="00D51B38" w:rsidRPr="00B77100" w:rsidRDefault="006F25C0" w:rsidP="009E7A4A">
      <w:pPr>
        <w:rPr>
          <w:b/>
          <w:bCs/>
        </w:rPr>
      </w:pPr>
      <w:r w:rsidRPr="00B77100">
        <w:rPr>
          <w:b/>
          <w:bCs/>
        </w:rPr>
        <w:t>Saturday</w:t>
      </w:r>
      <w:r w:rsidR="00D51B38" w:rsidRPr="00B77100">
        <w:rPr>
          <w:b/>
          <w:bCs/>
        </w:rPr>
        <w:t xml:space="preserve">, July </w:t>
      </w:r>
      <w:r w:rsidRPr="00B77100">
        <w:rPr>
          <w:b/>
          <w:bCs/>
        </w:rPr>
        <w:t>25</w:t>
      </w:r>
    </w:p>
    <w:p w14:paraId="483C01AF" w14:textId="6F20FD5A" w:rsidR="00D51B38" w:rsidRDefault="006F25C0" w:rsidP="009E7A4A">
      <w:r w:rsidRPr="00B77100">
        <w:t xml:space="preserve">9:00 am </w:t>
      </w:r>
      <w:r w:rsidR="00A47451" w:rsidRPr="00B77100">
        <w:t>-</w:t>
      </w:r>
      <w:r w:rsidRPr="00B77100">
        <w:t xml:space="preserve"> 10:15 am: Advocacy Boot</w:t>
      </w:r>
      <w:r w:rsidR="00906FC2" w:rsidRPr="00B77100">
        <w:t>c</w:t>
      </w:r>
      <w:r w:rsidRPr="00B77100">
        <w:t xml:space="preserve">amp; Hybrid; </w:t>
      </w:r>
      <w:r w:rsidR="00417128" w:rsidRPr="00B77100">
        <w:t>Sterling 3</w:t>
      </w:r>
      <w:r w:rsidR="00A47451" w:rsidRPr="00B77100">
        <w:br/>
      </w:r>
      <w:r w:rsidR="00482C78" w:rsidRPr="00B77100">
        <w:br/>
      </w:r>
      <w:r w:rsidRPr="00B77100">
        <w:t xml:space="preserve">Advocacy can look like a lot of things; there is no right or wrong way to do it. This session will talk through the structure of our government to understand the various platforms in which to advocate through. Then, the discussion will expand </w:t>
      </w:r>
      <w:r w:rsidRPr="006F25C0">
        <w:t>further to explore other, out-of-the-box forms of advocacy that do not require engaging with the government at all. Let</w:t>
      </w:r>
      <w:r>
        <w:t>’</w:t>
      </w:r>
      <w:r w:rsidRPr="006F25C0">
        <w:t>s put on our thinking caps to find various ways to advocate and make change for the blind and low vision community.</w:t>
      </w:r>
    </w:p>
    <w:p w14:paraId="02B716EA" w14:textId="77777777" w:rsidR="00D51B38" w:rsidRDefault="00D51B38" w:rsidP="009E7A4A">
      <w:pPr>
        <w:pStyle w:val="Heading2"/>
      </w:pPr>
      <w:bookmarkStart w:id="73" w:name="_Toc198814979"/>
      <w:bookmarkStart w:id="74" w:name="_Toc232406161"/>
      <w:r w:rsidRPr="000A784C">
        <w:t>Auction Committee</w:t>
      </w:r>
      <w:bookmarkEnd w:id="73"/>
      <w:bookmarkEnd w:id="74"/>
    </w:p>
    <w:p w14:paraId="40D8C401" w14:textId="0E127084" w:rsidR="003162E1" w:rsidRDefault="003162E1" w:rsidP="009E7A4A">
      <w:r w:rsidRPr="008F127D">
        <w:t xml:space="preserve">Chair: </w:t>
      </w:r>
      <w:r>
        <w:t>Leslie Spoone</w:t>
      </w:r>
    </w:p>
    <w:p w14:paraId="23894F39" w14:textId="77777777" w:rsidR="006B1AB3" w:rsidRPr="006F25C0" w:rsidRDefault="006B1AB3" w:rsidP="009E7A4A"/>
    <w:p w14:paraId="44F6C914" w14:textId="5BEB61C2" w:rsidR="00D51B38" w:rsidRPr="00B77100" w:rsidRDefault="00D51B38" w:rsidP="009E7A4A">
      <w:pPr>
        <w:rPr>
          <w:b/>
          <w:bCs/>
        </w:rPr>
      </w:pPr>
      <w:r w:rsidRPr="00B77100">
        <w:rPr>
          <w:b/>
          <w:bCs/>
        </w:rPr>
        <w:t>Saturday, Ju</w:t>
      </w:r>
      <w:r w:rsidR="00747205" w:rsidRPr="00B77100">
        <w:rPr>
          <w:b/>
          <w:bCs/>
        </w:rPr>
        <w:t>ly</w:t>
      </w:r>
      <w:r w:rsidRPr="00B77100">
        <w:rPr>
          <w:b/>
          <w:bCs/>
        </w:rPr>
        <w:t xml:space="preserve"> </w:t>
      </w:r>
      <w:r w:rsidR="003162E1" w:rsidRPr="00B77100">
        <w:rPr>
          <w:b/>
          <w:bCs/>
        </w:rPr>
        <w:t>11</w:t>
      </w:r>
    </w:p>
    <w:p w14:paraId="4A8CD557" w14:textId="6B64A024" w:rsidR="00D51B38" w:rsidRPr="00B77100" w:rsidRDefault="003162E1" w:rsidP="009E7A4A">
      <w:r w:rsidRPr="00B77100">
        <w:t>4</w:t>
      </w:r>
      <w:r w:rsidR="00D51B38" w:rsidRPr="00B77100">
        <w:t xml:space="preserve">:00 pm </w:t>
      </w:r>
      <w:r w:rsidR="00A47451" w:rsidRPr="00B77100">
        <w:t>-</w:t>
      </w:r>
      <w:r w:rsidR="00D51B38" w:rsidRPr="00B77100">
        <w:t xml:space="preserve"> 10:00 pm</w:t>
      </w:r>
      <w:r w:rsidRPr="00B77100">
        <w:t>:</w:t>
      </w:r>
      <w:r w:rsidR="00D51B38" w:rsidRPr="00B77100">
        <w:t xml:space="preserve"> ACB Summer </w:t>
      </w:r>
      <w:r w:rsidRPr="00B77100">
        <w:t xml:space="preserve">Auction; </w:t>
      </w:r>
      <w:r w:rsidR="00D51B38" w:rsidRPr="00B77100">
        <w:t>Virtual</w:t>
      </w:r>
      <w:r w:rsidR="00A47451" w:rsidRPr="00B77100">
        <w:br/>
      </w:r>
      <w:r w:rsidR="00D51B38" w:rsidRPr="00B77100">
        <w:t xml:space="preserve"> </w:t>
      </w:r>
    </w:p>
    <w:p w14:paraId="542E7A5B" w14:textId="7E7E8C02" w:rsidR="003162E1" w:rsidRPr="00B77100" w:rsidRDefault="003162E1" w:rsidP="00482C78">
      <w:pPr>
        <w:ind w:left="0" w:firstLine="0"/>
      </w:pPr>
      <w:r w:rsidRPr="00B77100">
        <w:t>Come and join us for the 20th anniversary of the Summer Auction! The appetizer auction starts on Thursday, July 9 and Friday, July 10. The live auction will be on Saturday. Happy bidding!</w:t>
      </w:r>
    </w:p>
    <w:p w14:paraId="1675040E" w14:textId="77777777" w:rsidR="00747205" w:rsidRPr="00B77100" w:rsidRDefault="00747205" w:rsidP="009E7A4A"/>
    <w:p w14:paraId="38D1F22A" w14:textId="77777777" w:rsidR="00D51B38" w:rsidRPr="00B77100" w:rsidRDefault="00D51B38" w:rsidP="009E7A4A">
      <w:pPr>
        <w:pStyle w:val="Heading2"/>
      </w:pPr>
      <w:bookmarkStart w:id="75" w:name="_Toc198814980"/>
      <w:bookmarkStart w:id="76" w:name="_Toc232406162"/>
      <w:r w:rsidRPr="00B77100">
        <w:t>Audio Description Project Steering Committee</w:t>
      </w:r>
      <w:bookmarkEnd w:id="75"/>
      <w:bookmarkEnd w:id="76"/>
    </w:p>
    <w:p w14:paraId="51781833" w14:textId="0F819447" w:rsidR="004817AE" w:rsidRPr="00B77100" w:rsidRDefault="004817AE" w:rsidP="009E7A4A">
      <w:r w:rsidRPr="00B77100">
        <w:t>Co-chairs: Kim Charlson and Carl Richardson</w:t>
      </w:r>
    </w:p>
    <w:p w14:paraId="52D34AB5" w14:textId="77777777" w:rsidR="006B1AB3" w:rsidRPr="00B77100" w:rsidRDefault="006B1AB3" w:rsidP="009E7A4A"/>
    <w:p w14:paraId="6943FED6" w14:textId="6BB1016E" w:rsidR="00D51B38" w:rsidRPr="00B77100" w:rsidRDefault="00D51B38" w:rsidP="009E7A4A">
      <w:pPr>
        <w:rPr>
          <w:b/>
          <w:bCs/>
        </w:rPr>
      </w:pPr>
      <w:r w:rsidRPr="00B77100">
        <w:rPr>
          <w:b/>
          <w:bCs/>
        </w:rPr>
        <w:t>Thursday, Ju</w:t>
      </w:r>
      <w:r w:rsidR="004817AE" w:rsidRPr="00B77100">
        <w:rPr>
          <w:b/>
          <w:bCs/>
        </w:rPr>
        <w:t>ly 16</w:t>
      </w:r>
    </w:p>
    <w:p w14:paraId="35577E17" w14:textId="12BCF920" w:rsidR="004817AE" w:rsidRPr="00B77100" w:rsidRDefault="00D51B38" w:rsidP="009E7A4A">
      <w:r>
        <w:t xml:space="preserve">1:00 pm </w:t>
      </w:r>
      <w:r w:rsidR="00A47451">
        <w:t>-</w:t>
      </w:r>
      <w:r>
        <w:t xml:space="preserve"> 2:15 pm</w:t>
      </w:r>
      <w:r w:rsidR="004817AE">
        <w:t xml:space="preserve">: What </w:t>
      </w:r>
      <w:r w:rsidR="27E3979B">
        <w:t>I</w:t>
      </w:r>
      <w:r w:rsidR="004817AE">
        <w:t xml:space="preserve">s Next Generation TV and What Should I </w:t>
      </w:r>
      <w:r w:rsidR="11818459">
        <w:t>K</w:t>
      </w:r>
      <w:r w:rsidR="004817AE">
        <w:t>now to Get Ready; Virtual</w:t>
      </w:r>
      <w:r>
        <w:br/>
      </w:r>
      <w:r>
        <w:br/>
      </w:r>
      <w:r w:rsidR="004817AE">
        <w:t xml:space="preserve">Come learn about the Next Generation of broadcast television, which is a combination of over-the-air broadcast and </w:t>
      </w:r>
      <w:r w:rsidR="4ABD3F82">
        <w:t>I</w:t>
      </w:r>
      <w:r w:rsidR="004817AE">
        <w:t xml:space="preserve">nternet technology. It will have enhanced picture, sound, and interactive capability, as well as enhanced accessibility. Learn from industry experts and consumers what you need to know to be ready for the future of television. </w:t>
      </w:r>
      <w:r>
        <w:br/>
      </w:r>
      <w:r>
        <w:br/>
      </w:r>
      <w:r w:rsidR="004817AE">
        <w:t>Moderator: Carl Richardson, Co-Chair, ACB Audio Description Project, Brighton, MA</w:t>
      </w:r>
      <w:r>
        <w:br/>
      </w:r>
      <w:r>
        <w:br/>
      </w:r>
      <w:r w:rsidR="004817AE">
        <w:t>Panelists: Matt Kaplowitz, President, Bridge Multimedia, New York, NY; Renee Arrington-Johnson, ADP Steering Committee Member, Cleveland, OH; Louis Johnson IV, MBA, PMP, CPBE, Cleveland, OH; Timothy Wynn, ADP Media Subcommittee Member, Arlington, VA</w:t>
      </w:r>
    </w:p>
    <w:p w14:paraId="02611A3C" w14:textId="77777777" w:rsidR="00D51B38" w:rsidRPr="00B77100" w:rsidRDefault="00D51B38" w:rsidP="009E7A4A"/>
    <w:p w14:paraId="2256C35D" w14:textId="0C53904D" w:rsidR="004817AE" w:rsidRPr="00B77100" w:rsidRDefault="00D51B38" w:rsidP="14638D2A">
      <w:r>
        <w:t xml:space="preserve">2:30 pm </w:t>
      </w:r>
      <w:r w:rsidR="005F5232">
        <w:t>-</w:t>
      </w:r>
      <w:r>
        <w:t xml:space="preserve"> 3:45 pm</w:t>
      </w:r>
      <w:r w:rsidR="004817AE">
        <w:t xml:space="preserve">: Why Can’t Audio Description Files Always Travel with the Program; </w:t>
      </w:r>
      <w:r>
        <w:t>Virtual</w:t>
      </w:r>
      <w:r>
        <w:br/>
      </w:r>
      <w:r>
        <w:br/>
      </w:r>
      <w:r w:rsidR="004817AE">
        <w:t>Are you frustrated when you watch a movie or</w:t>
      </w:r>
      <w:r w:rsidR="05646D0A">
        <w:t xml:space="preserve"> TV</w:t>
      </w:r>
      <w:r w:rsidR="004817AE">
        <w:t xml:space="preserve"> show that doesn’t have audio description when you know it did before in the cinema</w:t>
      </w:r>
      <w:r w:rsidR="2FB9F3A0">
        <w:t xml:space="preserve">? </w:t>
      </w:r>
      <w:r w:rsidR="004817AE">
        <w:t>Come learn about the complexity of the life of an audio description file covering topics including the journey of the file through the broadcast pipeline, copyright issues, file format conflicts and much more.</w:t>
      </w:r>
      <w:r>
        <w:br/>
      </w:r>
      <w:r>
        <w:br/>
      </w:r>
      <w:r w:rsidR="004817AE">
        <w:t>Moderator: Carl Richardson, Co-Chair, ACB Audio Description Project, Brighton, MA</w:t>
      </w:r>
      <w:r>
        <w:br/>
      </w:r>
      <w:r>
        <w:br/>
      </w:r>
      <w:r w:rsidR="004817AE">
        <w:t>Panelists: Mark Francisco, CTO, Infinite Access PBC, Millstone Township, NJ; Rhys Lloyd, Studio Head, Descriptive Video Works, Vancouver, B.C., Canada</w:t>
      </w:r>
    </w:p>
    <w:p w14:paraId="1C41220A" w14:textId="77777777" w:rsidR="00D51B38" w:rsidRPr="00B77100" w:rsidRDefault="00D51B38" w:rsidP="009E7A4A"/>
    <w:p w14:paraId="09C3AB75" w14:textId="556ACC45" w:rsidR="00D51B38" w:rsidRPr="00B77100" w:rsidRDefault="00D51B38" w:rsidP="009E7A4A">
      <w:pPr>
        <w:rPr>
          <w:b/>
          <w:bCs/>
        </w:rPr>
      </w:pPr>
      <w:r w:rsidRPr="00B77100">
        <w:rPr>
          <w:b/>
          <w:bCs/>
        </w:rPr>
        <w:t>Friday, Ju</w:t>
      </w:r>
      <w:r w:rsidR="0051487F" w:rsidRPr="00B77100">
        <w:rPr>
          <w:b/>
          <w:bCs/>
        </w:rPr>
        <w:t>ly 17</w:t>
      </w:r>
    </w:p>
    <w:p w14:paraId="230BBF45" w14:textId="30EA7E65" w:rsidR="00D51B38" w:rsidRPr="00B77100" w:rsidRDefault="0051487F" w:rsidP="009E7A4A">
      <w:r w:rsidRPr="00B77100">
        <w:t xml:space="preserve">2:30 pm </w:t>
      </w:r>
      <w:r w:rsidR="005F5232" w:rsidRPr="00B77100">
        <w:t>-</w:t>
      </w:r>
      <w:r w:rsidRPr="00B77100">
        <w:t xml:space="preserve"> 3:45 pm: Overview of the New Audio Description Project Website; Virtual</w:t>
      </w:r>
      <w:r w:rsidR="005F5232" w:rsidRPr="00B77100">
        <w:br/>
      </w:r>
      <w:r w:rsidR="00482C78" w:rsidRPr="00B77100">
        <w:br/>
      </w:r>
      <w:r w:rsidRPr="00B77100">
        <w:t>The Audio Description Project's website was re-designed in 2025, built around a modern content management system, which now allows us to place everything we know about movies, series, and TV programs in a database for display by website visitors. But how can you best optimize the ADP website features to customize your visit for maximum usefulness?</w:t>
      </w:r>
      <w:r w:rsidR="005F5232" w:rsidRPr="00B77100">
        <w:br/>
      </w:r>
      <w:r w:rsidR="00482C78" w:rsidRPr="00B77100">
        <w:br/>
      </w:r>
      <w:r w:rsidRPr="00B77100">
        <w:t>Panelists: Fred Brack, ADP Webmaster, Raleigh, NC; and Dianna Leonard, ACB ADP Coordinator, Virginia Beach, VA</w:t>
      </w:r>
      <w:r w:rsidR="00D51B38" w:rsidRPr="00B77100">
        <w:t xml:space="preserve"> </w:t>
      </w:r>
    </w:p>
    <w:p w14:paraId="4C977398" w14:textId="77777777" w:rsidR="006C788F" w:rsidRPr="00B77100" w:rsidRDefault="006C788F" w:rsidP="009E7A4A"/>
    <w:p w14:paraId="40474856" w14:textId="10822B76" w:rsidR="006C788F" w:rsidRPr="00B77100" w:rsidRDefault="006C788F" w:rsidP="009E7A4A">
      <w:r>
        <w:t>4</w:t>
      </w:r>
      <w:r w:rsidRPr="14638D2A">
        <w:rPr>
          <w:lang w:val="ca-ES"/>
        </w:rPr>
        <w:t xml:space="preserve">:00 pm </w:t>
      </w:r>
      <w:r w:rsidR="005F5232" w:rsidRPr="14638D2A">
        <w:rPr>
          <w:lang w:val="ca-ES"/>
        </w:rPr>
        <w:t>-</w:t>
      </w:r>
      <w:r w:rsidRPr="14638D2A">
        <w:rPr>
          <w:lang w:val="ca-ES"/>
        </w:rPr>
        <w:t xml:space="preserve"> 6:45 pm: </w:t>
      </w:r>
      <w:r>
        <w:t xml:space="preserve">Film Preview </w:t>
      </w:r>
      <w:r w:rsidR="005F5232">
        <w:t>-</w:t>
      </w:r>
      <w:r>
        <w:t xml:space="preserve"> Brailled It</w:t>
      </w:r>
      <w:r w:rsidRPr="14638D2A">
        <w:rPr>
          <w:lang w:val="ca-ES"/>
        </w:rPr>
        <w:t>; Virtual</w:t>
      </w:r>
      <w:r>
        <w:br/>
      </w:r>
      <w:r>
        <w:br/>
        <w:t>Co-sponsored by ACBS and the Audio Description Project Committee.</w:t>
      </w:r>
      <w:r w:rsidR="3CE378C3">
        <w:t xml:space="preserve"> </w:t>
      </w:r>
      <w:r w:rsidR="00192FA3">
        <w:t>For session details</w:t>
      </w:r>
      <w:r w:rsidR="0DF56272">
        <w:t>,</w:t>
      </w:r>
      <w:r w:rsidR="00192FA3">
        <w:t xml:space="preserve"> see</w:t>
      </w:r>
      <w:r w:rsidR="00756247">
        <w:t xml:space="preserve"> ACB Students</w:t>
      </w:r>
      <w:r w:rsidR="3D179A86">
        <w:t>.</w:t>
      </w:r>
      <w:r w:rsidR="00756247">
        <w:t xml:space="preserve"> </w:t>
      </w:r>
    </w:p>
    <w:p w14:paraId="14B57F01" w14:textId="77777777" w:rsidR="00D51B38" w:rsidRPr="00B77100" w:rsidRDefault="00D51B38" w:rsidP="009E7A4A"/>
    <w:p w14:paraId="05E188A6" w14:textId="77777777" w:rsidR="000A79B9" w:rsidRDefault="000A79B9">
      <w:pPr>
        <w:rPr>
          <w:b/>
          <w:bCs/>
        </w:rPr>
      </w:pPr>
      <w:r>
        <w:rPr>
          <w:b/>
          <w:bCs/>
        </w:rPr>
        <w:br w:type="page"/>
      </w:r>
    </w:p>
    <w:p w14:paraId="11D6010A" w14:textId="5794E351" w:rsidR="00D51B38" w:rsidRPr="00B77100" w:rsidRDefault="00D51B38" w:rsidP="009E7A4A">
      <w:pPr>
        <w:rPr>
          <w:b/>
          <w:bCs/>
        </w:rPr>
      </w:pPr>
      <w:r w:rsidRPr="00B77100">
        <w:rPr>
          <w:b/>
          <w:bCs/>
        </w:rPr>
        <w:t>Saturday, Ju</w:t>
      </w:r>
      <w:r w:rsidR="005E5111" w:rsidRPr="00B77100">
        <w:rPr>
          <w:b/>
          <w:bCs/>
        </w:rPr>
        <w:t>ly 18</w:t>
      </w:r>
    </w:p>
    <w:p w14:paraId="3EA56298" w14:textId="0290F02A" w:rsidR="005E5111" w:rsidRPr="00B77100" w:rsidRDefault="00D51B38" w:rsidP="009E7A4A">
      <w:r>
        <w:t xml:space="preserve">11:30 am </w:t>
      </w:r>
      <w:r w:rsidR="005F5232">
        <w:t>-</w:t>
      </w:r>
      <w:r>
        <w:t xml:space="preserve"> 12:45 pm</w:t>
      </w:r>
      <w:r w:rsidR="005E5111">
        <w:t>: Innovations in Performing Arts Access;</w:t>
      </w:r>
      <w:r>
        <w:t xml:space="preserve"> Virtual</w:t>
      </w:r>
      <w:r>
        <w:br/>
      </w:r>
      <w:r>
        <w:br/>
      </w:r>
      <w:r w:rsidR="005E5111">
        <w:t>This session will share new and innovative practices in performing arts accessibility with audio description. Join us to learn strategies for evolving practices and what can be possible in live performing arts venues.</w:t>
      </w:r>
      <w:r w:rsidR="00F247C9">
        <w:br/>
      </w:r>
      <w:r w:rsidR="005E5111">
        <w:t>Moderator: Kim Charlson, Co-Chair, ACB Audio Description Project, Watertown, MA</w:t>
      </w:r>
      <w:r>
        <w:br/>
      </w:r>
      <w:r>
        <w:br/>
      </w:r>
      <w:r w:rsidR="005E5111">
        <w:t xml:space="preserve">Panelists: Stasha Boyd, Founder/Executive Director, Audio Description Initiative Foundation, Inc., Orlando, FL; Magan Harms, Director, Audio Description and ADA Coordinator, MindsEye Radio, Belleville, IL; Sam Gould, Co-Founder, Think Outside the VOX, and President, Open Door Theatre, Acton, MA  </w:t>
      </w:r>
    </w:p>
    <w:p w14:paraId="29C77941" w14:textId="3584EBF5" w:rsidR="14638D2A" w:rsidRDefault="14638D2A" w:rsidP="14638D2A">
      <w:pPr>
        <w:rPr>
          <w:b/>
          <w:bCs/>
        </w:rPr>
      </w:pPr>
    </w:p>
    <w:p w14:paraId="4DA58ECF" w14:textId="3321A0CA" w:rsidR="00D51B38" w:rsidRPr="00B77100" w:rsidRDefault="005E5111" w:rsidP="009E7A4A">
      <w:pPr>
        <w:rPr>
          <w:b/>
          <w:bCs/>
        </w:rPr>
      </w:pPr>
      <w:r w:rsidRPr="00B77100">
        <w:rPr>
          <w:b/>
          <w:bCs/>
        </w:rPr>
        <w:t>Monday</w:t>
      </w:r>
      <w:r w:rsidR="00D51B38" w:rsidRPr="00B77100">
        <w:rPr>
          <w:b/>
          <w:bCs/>
        </w:rPr>
        <w:t xml:space="preserve">, July </w:t>
      </w:r>
      <w:r w:rsidRPr="00B77100">
        <w:rPr>
          <w:b/>
          <w:bCs/>
        </w:rPr>
        <w:t>27</w:t>
      </w:r>
    </w:p>
    <w:p w14:paraId="291D12E0" w14:textId="2B939D36" w:rsidR="005E5111" w:rsidRPr="00B77100" w:rsidRDefault="005E5111" w:rsidP="009E7A4A">
      <w:r>
        <w:t>3:00 p</w:t>
      </w:r>
      <w:r w:rsidR="00D51B38">
        <w:t xml:space="preserve">m </w:t>
      </w:r>
      <w:r w:rsidR="005F5232">
        <w:t>-</w:t>
      </w:r>
      <w:r w:rsidR="00D51B38">
        <w:t xml:space="preserve"> </w:t>
      </w:r>
      <w:r>
        <w:t>4:15</w:t>
      </w:r>
      <w:r w:rsidR="00D51B38">
        <w:t xml:space="preserve"> </w:t>
      </w:r>
      <w:r>
        <w:t>p</w:t>
      </w:r>
      <w:r w:rsidR="00D51B38">
        <w:t>m</w:t>
      </w:r>
      <w:r>
        <w:t>: Audio Description &amp; Gaming Accessibility Featuring Microsoft Xbox along with Blind Gamers</w:t>
      </w:r>
      <w:r w:rsidR="00124C16">
        <w:t>; Hybrid;</w:t>
      </w:r>
      <w:r>
        <w:t xml:space="preserve"> </w:t>
      </w:r>
      <w:r w:rsidR="00F60D6B">
        <w:t>Sterling 3</w:t>
      </w:r>
      <w:r>
        <w:br/>
      </w:r>
      <w:r>
        <w:br/>
        <w:t xml:space="preserve">A panel of Xbox accessibility experts will discuss how accessibility is incorporated into the development of </w:t>
      </w:r>
      <w:r w:rsidR="00034E61">
        <w:t>a AAA</w:t>
      </w:r>
      <w:r>
        <w:t xml:space="preserve"> game; the challenges developers face when implementing accessibility features; technologies that are making accessibility more achievable; and the future outlook for accessibility in gaming.</w:t>
      </w:r>
      <w:r>
        <w:br/>
      </w:r>
      <w:r>
        <w:br/>
        <w:t>Co-Moderators: Aaron Spelker, Chair, Audio Description Gaming Committee, Natick</w:t>
      </w:r>
      <w:r w:rsidR="5840064D">
        <w:t xml:space="preserve">, </w:t>
      </w:r>
      <w:r>
        <w:t>MA; Jenna “Jennissary</w:t>
      </w:r>
      <w:r w:rsidR="56993DC7">
        <w:t>,</w:t>
      </w:r>
      <w:r>
        <w:t>” Producer, Live and Interactive Audio Description, Descriptive Video Works, Vancouver, B.C., Canada</w:t>
      </w:r>
    </w:p>
    <w:p w14:paraId="1F7217BD" w14:textId="77777777" w:rsidR="00D51B38" w:rsidRPr="00B77100" w:rsidRDefault="00D51B38" w:rsidP="009E7A4A"/>
    <w:p w14:paraId="56521EDC" w14:textId="77777777" w:rsidR="00D51B38" w:rsidRPr="00B77100" w:rsidRDefault="00D51B38" w:rsidP="009E7A4A">
      <w:pPr>
        <w:pStyle w:val="Heading2"/>
      </w:pPr>
      <w:bookmarkStart w:id="77" w:name="_Toc198814981"/>
      <w:bookmarkStart w:id="78" w:name="_Toc232406163"/>
      <w:r w:rsidRPr="00B77100">
        <w:t>Berl Colley Leadership Committee</w:t>
      </w:r>
      <w:bookmarkEnd w:id="77"/>
      <w:bookmarkEnd w:id="78"/>
    </w:p>
    <w:p w14:paraId="7999035A" w14:textId="2E745D4D" w:rsidR="0096679B" w:rsidRPr="00B77100" w:rsidRDefault="0096679B" w:rsidP="009E7A4A">
      <w:r w:rsidRPr="00B77100">
        <w:t>Chair: Donna Brown</w:t>
      </w:r>
    </w:p>
    <w:p w14:paraId="7E04041E" w14:textId="77777777" w:rsidR="004F16DA" w:rsidRPr="00B77100" w:rsidRDefault="004F16DA" w:rsidP="009E7A4A"/>
    <w:p w14:paraId="62DF8A5A" w14:textId="4CDAF0D6" w:rsidR="004F16DA" w:rsidRPr="00B77100" w:rsidRDefault="004F16DA" w:rsidP="004F16DA">
      <w:pPr>
        <w:rPr>
          <w:b/>
          <w:bCs/>
        </w:rPr>
      </w:pPr>
      <w:r w:rsidRPr="00B77100">
        <w:rPr>
          <w:b/>
          <w:bCs/>
        </w:rPr>
        <w:t>Friday, July 24</w:t>
      </w:r>
    </w:p>
    <w:p w14:paraId="7496D7D2" w14:textId="652850A9" w:rsidR="004F16DA" w:rsidRPr="00B77100" w:rsidRDefault="004F16DA" w:rsidP="004F16DA">
      <w:r w:rsidRPr="14638D2A">
        <w:rPr>
          <w:lang w:val="ca-ES"/>
        </w:rPr>
        <w:t xml:space="preserve">5:30 pm - 6:45 pm: </w:t>
      </w:r>
      <w:r>
        <w:t>Leadership Linkup 2.0</w:t>
      </w:r>
      <w:r w:rsidR="003831A9">
        <w:t>;</w:t>
      </w:r>
      <w:r>
        <w:t xml:space="preserve"> Ready</w:t>
      </w:r>
      <w:r w:rsidR="003831A9">
        <w:t>,</w:t>
      </w:r>
      <w:r>
        <w:t xml:space="preserve"> Set</w:t>
      </w:r>
      <w:r w:rsidR="003831A9">
        <w:t>,</w:t>
      </w:r>
      <w:r>
        <w:t xml:space="preserve"> Network</w:t>
      </w:r>
      <w:r w:rsidRPr="14638D2A">
        <w:rPr>
          <w:lang w:val="ca-ES"/>
        </w:rPr>
        <w:t>; OnSite; Sterling 6</w:t>
      </w:r>
      <w:r>
        <w:br/>
      </w:r>
      <w:r>
        <w:br/>
        <w:t>Co-sponsored by ACBNG and ACB’s Berl Colley Leadership Committee</w:t>
      </w:r>
      <w:r w:rsidR="7A9BDCEA">
        <w:t xml:space="preserve">. </w:t>
      </w:r>
      <w:r w:rsidR="00FE7221">
        <w:t>For session details</w:t>
      </w:r>
      <w:r w:rsidR="20E61571">
        <w:t>,</w:t>
      </w:r>
      <w:r w:rsidR="00FE7221">
        <w:t xml:space="preserve"> see ACB Next Generation</w:t>
      </w:r>
      <w:r w:rsidR="66FD569C">
        <w:t>.</w:t>
      </w:r>
    </w:p>
    <w:p w14:paraId="5383711A" w14:textId="77777777" w:rsidR="004F16DA" w:rsidRPr="00B77100" w:rsidRDefault="004F16DA" w:rsidP="009E7A4A">
      <w:pPr>
        <w:rPr>
          <w:b/>
          <w:bCs/>
        </w:rPr>
      </w:pPr>
    </w:p>
    <w:p w14:paraId="2776CAF2" w14:textId="350D1FA3" w:rsidR="00D51B38" w:rsidRPr="00B77100" w:rsidRDefault="00D51B38" w:rsidP="009E7A4A">
      <w:pPr>
        <w:rPr>
          <w:b/>
          <w:bCs/>
        </w:rPr>
      </w:pPr>
      <w:r w:rsidRPr="00B77100">
        <w:rPr>
          <w:b/>
          <w:bCs/>
        </w:rPr>
        <w:t>Saturday, Ju</w:t>
      </w:r>
      <w:r w:rsidR="0096679B" w:rsidRPr="00B77100">
        <w:rPr>
          <w:b/>
          <w:bCs/>
        </w:rPr>
        <w:t>ly 25</w:t>
      </w:r>
    </w:p>
    <w:p w14:paraId="7D6AD6D4" w14:textId="38440333" w:rsidR="0096679B" w:rsidRPr="00B77100" w:rsidRDefault="0096679B" w:rsidP="009E7A4A">
      <w:r>
        <w:t>9:00</w:t>
      </w:r>
      <w:r w:rsidR="00D51B38">
        <w:t xml:space="preserve"> am </w:t>
      </w:r>
      <w:r w:rsidR="005F5232">
        <w:t>-</w:t>
      </w:r>
      <w:r w:rsidR="00D51B38">
        <w:t xml:space="preserve"> 1</w:t>
      </w:r>
      <w:r>
        <w:t>0</w:t>
      </w:r>
      <w:r w:rsidR="00D51B38">
        <w:t>:</w:t>
      </w:r>
      <w:r>
        <w:t>1</w:t>
      </w:r>
      <w:r w:rsidR="00D51B38">
        <w:t xml:space="preserve">5 </w:t>
      </w:r>
      <w:r>
        <w:t>a</w:t>
      </w:r>
      <w:r w:rsidR="00D51B38">
        <w:t>m</w:t>
      </w:r>
      <w:r>
        <w:t xml:space="preserve">: Committee 101: From Onboarding to Outstanding; Hybrid; </w:t>
      </w:r>
      <w:r w:rsidR="00F60D6B">
        <w:t>Mills 3</w:t>
      </w:r>
      <w:r>
        <w:br/>
        <w:t xml:space="preserve">Have you ever wondered how to become an emerging leader? How more responsible positions become open to newer members? Join us to explore what it takes to become a successful committee team member, and grow into your aspiration </w:t>
      </w:r>
      <w:r w:rsidR="008D7F3F">
        <w:t>from your chapter</w:t>
      </w:r>
      <w:r>
        <w:t xml:space="preserve"> to your affiliate, to national office.</w:t>
      </w:r>
      <w:r>
        <w:br/>
      </w:r>
      <w:r>
        <w:br/>
        <w:t>Speakers: Berl Colley Leadership Training Committee Members; Kenneth Semien Sr., Beaumont, TX</w:t>
      </w:r>
    </w:p>
    <w:p w14:paraId="0A242B58" w14:textId="77777777" w:rsidR="00DB18E5" w:rsidRPr="00B77100" w:rsidRDefault="00DB18E5" w:rsidP="009E7A4A"/>
    <w:p w14:paraId="08149B58" w14:textId="2A128AA3" w:rsidR="00DB18E5" w:rsidRPr="00B77100" w:rsidRDefault="00DB18E5" w:rsidP="009E7A4A">
      <w:r>
        <w:t xml:space="preserve">10:30 am </w:t>
      </w:r>
      <w:r w:rsidR="005F5232">
        <w:t>-</w:t>
      </w:r>
      <w:r>
        <w:t xml:space="preserve"> 11:45 am: Committee Magic</w:t>
      </w:r>
      <w:r w:rsidR="00DB49F0">
        <w:t>;</w:t>
      </w:r>
      <w:r>
        <w:t xml:space="preserve"> Transforming Meetings into Meaningful Results; Hybrid; </w:t>
      </w:r>
      <w:r w:rsidR="00F60D6B">
        <w:t>Mills 3</w:t>
      </w:r>
      <w:r>
        <w:br/>
      </w:r>
      <w:r>
        <w:br/>
        <w:t xml:space="preserve">Whether you are a </w:t>
      </w:r>
      <w:r w:rsidR="104FCB22">
        <w:t>c</w:t>
      </w:r>
      <w:r>
        <w:t xml:space="preserve">ommittee </w:t>
      </w:r>
      <w:r w:rsidR="31C572DC">
        <w:t>c</w:t>
      </w:r>
      <w:r>
        <w:t xml:space="preserve">hair or an </w:t>
      </w:r>
      <w:r w:rsidR="51CC86D1">
        <w:t>o</w:t>
      </w:r>
      <w:r>
        <w:t>fficer, you know that your organization's success depends on the management of committees. This session will help you turn committee meetings from talking about the problems, to planning sessions for meaningful action to attain goals.</w:t>
      </w:r>
      <w:r>
        <w:br/>
      </w:r>
      <w:r>
        <w:br/>
        <w:t xml:space="preserve">Speaker: </w:t>
      </w:r>
      <w:r w:rsidR="00BE61B3">
        <w:t xml:space="preserve">Kenneth Semien Sr., </w:t>
      </w:r>
      <w:r>
        <w:t>Berl Colley Leadership Training Committee Member</w:t>
      </w:r>
      <w:r w:rsidR="00BE61B3">
        <w:t>,</w:t>
      </w:r>
      <w:r>
        <w:t xml:space="preserve"> Beaumont, TX</w:t>
      </w:r>
    </w:p>
    <w:p w14:paraId="4771AA4E" w14:textId="77777777" w:rsidR="00D51B38" w:rsidRPr="00B77100" w:rsidRDefault="00D51B38" w:rsidP="009E7A4A"/>
    <w:p w14:paraId="6E9F5098" w14:textId="77777777" w:rsidR="00D51B38" w:rsidRPr="00B77100" w:rsidRDefault="00D51B38" w:rsidP="009E7A4A">
      <w:pPr>
        <w:pStyle w:val="Heading2"/>
      </w:pPr>
      <w:bookmarkStart w:id="79" w:name="_Toc198814982"/>
      <w:bookmarkStart w:id="80" w:name="_Toc232406164"/>
      <w:r w:rsidRPr="00B77100">
        <w:t>DKM First-Timers Committee</w:t>
      </w:r>
      <w:bookmarkEnd w:id="79"/>
      <w:bookmarkEnd w:id="80"/>
    </w:p>
    <w:p w14:paraId="75719FB5" w14:textId="59BF6731" w:rsidR="00064CCE" w:rsidRPr="00B77100" w:rsidRDefault="00064CCE" w:rsidP="009E7A4A">
      <w:r w:rsidRPr="00B77100">
        <w:t>Chair: Zelda Gebhard</w:t>
      </w:r>
    </w:p>
    <w:p w14:paraId="301A7B10" w14:textId="77777777" w:rsidR="006B1AB3" w:rsidRPr="00B77100" w:rsidRDefault="006B1AB3" w:rsidP="009E7A4A"/>
    <w:p w14:paraId="70E3C463" w14:textId="0850EB23" w:rsidR="00D51B38" w:rsidRPr="00B77100" w:rsidRDefault="00D51B38" w:rsidP="009E7A4A">
      <w:pPr>
        <w:rPr>
          <w:b/>
          <w:bCs/>
        </w:rPr>
      </w:pPr>
      <w:r w:rsidRPr="00B77100">
        <w:rPr>
          <w:b/>
          <w:bCs/>
        </w:rPr>
        <w:t xml:space="preserve">Wednesday, July </w:t>
      </w:r>
      <w:r w:rsidR="00064CCE" w:rsidRPr="00B77100">
        <w:rPr>
          <w:b/>
          <w:bCs/>
        </w:rPr>
        <w:t>2</w:t>
      </w:r>
      <w:r w:rsidRPr="00B77100">
        <w:rPr>
          <w:b/>
          <w:bCs/>
        </w:rPr>
        <w:t>9</w:t>
      </w:r>
    </w:p>
    <w:p w14:paraId="364A75DC" w14:textId="243B8C87" w:rsidR="00064CCE" w:rsidRPr="00B77100" w:rsidRDefault="00064CCE" w:rsidP="009E7A4A">
      <w:r>
        <w:t>7</w:t>
      </w:r>
      <w:r w:rsidR="00D51B38">
        <w:t>:</w:t>
      </w:r>
      <w:r>
        <w:t>0</w:t>
      </w:r>
      <w:r w:rsidR="00D51B38">
        <w:t xml:space="preserve">0 pm </w:t>
      </w:r>
      <w:r w:rsidR="005F5232">
        <w:t>-</w:t>
      </w:r>
      <w:r w:rsidR="00D51B38">
        <w:t xml:space="preserve"> </w:t>
      </w:r>
      <w:r w:rsidR="00CF46D8">
        <w:t>9</w:t>
      </w:r>
      <w:r>
        <w:t>:</w:t>
      </w:r>
      <w:r w:rsidR="00CF46D8">
        <w:t>0</w:t>
      </w:r>
      <w:r>
        <w:t xml:space="preserve">0 </w:t>
      </w:r>
      <w:r w:rsidR="00D51B38">
        <w:t>pm</w:t>
      </w:r>
      <w:r>
        <w:t xml:space="preserve">: Durward K. McDaniel Leadership Legacy Reception; </w:t>
      </w:r>
      <w:r w:rsidR="00CF4976">
        <w:t>OnSite</w:t>
      </w:r>
      <w:r>
        <w:t xml:space="preserve">; </w:t>
      </w:r>
      <w:r w:rsidR="00F60D6B">
        <w:t>Gateway East</w:t>
      </w:r>
      <w:r>
        <w:t>; $20 ($23)</w:t>
      </w:r>
      <w:r>
        <w:br/>
      </w:r>
      <w:r>
        <w:br/>
        <w:t>Join us for a reception honoring 30 years of Durward K. McDaniel First Timers’ Leadership Program award recipients and 10 years of ACB Leadership Fellows. Together, these programs celebrate leadership, service, and lasting impact within ACB.</w:t>
      </w:r>
      <w:r w:rsidR="348D060F">
        <w:t xml:space="preserve"> </w:t>
      </w:r>
      <w:r w:rsidR="000A79B9">
        <w:br/>
      </w:r>
      <w:r>
        <w:br/>
        <w:t>Convention attendees are invited to join us in celebrating this shared legacy of leadership.</w:t>
      </w:r>
    </w:p>
    <w:p w14:paraId="1A7D3C64" w14:textId="77777777" w:rsidR="00D51B38" w:rsidRPr="00B77100" w:rsidRDefault="00D51B38" w:rsidP="009E7A4A"/>
    <w:p w14:paraId="5182870B" w14:textId="77777777" w:rsidR="00D51B38" w:rsidRPr="00B77100" w:rsidRDefault="00D51B38" w:rsidP="009E7A4A">
      <w:pPr>
        <w:pStyle w:val="Heading2"/>
      </w:pPr>
      <w:bookmarkStart w:id="81" w:name="_Toc198814983"/>
      <w:bookmarkStart w:id="82" w:name="_Toc232406165"/>
      <w:r w:rsidRPr="00B77100">
        <w:t>Employment Committee</w:t>
      </w:r>
      <w:bookmarkEnd w:id="81"/>
      <w:bookmarkEnd w:id="82"/>
    </w:p>
    <w:p w14:paraId="23EC882D" w14:textId="6BB0840B" w:rsidR="000B3B0D" w:rsidRPr="00B77100" w:rsidRDefault="000B3B0D" w:rsidP="009E7A4A">
      <w:r w:rsidRPr="00B77100">
        <w:t>Chair: Peter Altschul</w:t>
      </w:r>
    </w:p>
    <w:p w14:paraId="491394CE" w14:textId="77777777" w:rsidR="006B1AB3" w:rsidRPr="00B77100" w:rsidRDefault="006B1AB3" w:rsidP="009E7A4A"/>
    <w:p w14:paraId="17838C1D" w14:textId="1309327F" w:rsidR="00D51B38" w:rsidRPr="00B77100" w:rsidRDefault="006C3A37" w:rsidP="009E7A4A">
      <w:pPr>
        <w:rPr>
          <w:b/>
          <w:bCs/>
        </w:rPr>
      </w:pPr>
      <w:r w:rsidRPr="00B77100">
        <w:rPr>
          <w:b/>
          <w:bCs/>
        </w:rPr>
        <w:t>Thursday, July 16</w:t>
      </w:r>
    </w:p>
    <w:p w14:paraId="2CA2E338" w14:textId="41793BD3" w:rsidR="00D51B38" w:rsidRPr="00B77100" w:rsidRDefault="008B79B4" w:rsidP="14638D2A">
      <w:r w:rsidRPr="14638D2A">
        <w:rPr>
          <w:lang w:val="ca-ES"/>
        </w:rPr>
        <w:t xml:space="preserve">11:30 am </w:t>
      </w:r>
      <w:r w:rsidR="005F5232" w:rsidRPr="14638D2A">
        <w:rPr>
          <w:lang w:val="ca-ES"/>
        </w:rPr>
        <w:t>-</w:t>
      </w:r>
      <w:r w:rsidRPr="14638D2A">
        <w:rPr>
          <w:lang w:val="ca-ES"/>
        </w:rPr>
        <w:t xml:space="preserve"> 12:45 pm: </w:t>
      </w:r>
      <w:r>
        <w:t>Moving Forward from Job Loss</w:t>
      </w:r>
      <w:r w:rsidRPr="14638D2A">
        <w:rPr>
          <w:lang w:val="ca-ES"/>
        </w:rPr>
        <w:t>; Virtual</w:t>
      </w:r>
      <w:r>
        <w:br/>
      </w:r>
      <w:r>
        <w:br/>
        <w:t xml:space="preserve">Join us as three Employment Committee members share their experiences after losing (or nearly losing) their jobs in January 2026. </w:t>
      </w:r>
      <w:r>
        <w:br/>
      </w:r>
      <w:r>
        <w:br/>
        <w:t>Facilitator</w:t>
      </w:r>
      <w:r w:rsidR="364DD312">
        <w:t xml:space="preserve">: </w:t>
      </w:r>
      <w:r>
        <w:t>Lori Scharff, Work Incentive Practitioner-Certified Access to Employment and Information, Waynesboro, VA</w:t>
      </w:r>
      <w:r>
        <w:br/>
      </w:r>
      <w:r>
        <w:br/>
        <w:t>Panelists: Peter Altschul, Creating Common Ground Consultant, Coos Bay, OR; Carrie Muth, ICAP Coordinator, Southwest Oregon Community College, Coos Bay, OR; Melanie S</w:t>
      </w:r>
      <w:r w:rsidR="1C11388D">
        <w:t>i</w:t>
      </w:r>
      <w:r>
        <w:t xml:space="preserve">nohui, Senior Process Engineer, Phoenix, AZ </w:t>
      </w:r>
      <w:r>
        <w:br/>
      </w:r>
      <w:r>
        <w:br/>
        <w:t>Co-sponsored by ACBNG, ACBS and ACB Employment Committee.</w:t>
      </w:r>
    </w:p>
    <w:p w14:paraId="5C4E3186" w14:textId="5C1DD1ED" w:rsidR="14638D2A" w:rsidRDefault="14638D2A" w:rsidP="14638D2A"/>
    <w:p w14:paraId="537F45FE" w14:textId="0C4003F9" w:rsidR="008B79B4" w:rsidRPr="00B77100" w:rsidRDefault="008B79B4" w:rsidP="009E7A4A">
      <w:pPr>
        <w:rPr>
          <w:b/>
          <w:bCs/>
        </w:rPr>
      </w:pPr>
      <w:r w:rsidRPr="00B77100">
        <w:rPr>
          <w:b/>
          <w:bCs/>
        </w:rPr>
        <w:t>Friday, July 17</w:t>
      </w:r>
    </w:p>
    <w:p w14:paraId="703C4711" w14:textId="2F305A63" w:rsidR="008B79B4" w:rsidRDefault="008B79B4" w:rsidP="009E7A4A">
      <w:r w:rsidRPr="14638D2A">
        <w:rPr>
          <w:lang w:val="ca-ES"/>
        </w:rPr>
        <w:t xml:space="preserve">11:30 am </w:t>
      </w:r>
      <w:r w:rsidR="005F5232" w:rsidRPr="14638D2A">
        <w:rPr>
          <w:lang w:val="ca-ES"/>
        </w:rPr>
        <w:t>-</w:t>
      </w:r>
      <w:r w:rsidRPr="14638D2A">
        <w:rPr>
          <w:lang w:val="ca-ES"/>
        </w:rPr>
        <w:t xml:space="preserve"> 12:45 pm: </w:t>
      </w:r>
      <w:r>
        <w:t>Workplace Etiquette</w:t>
      </w:r>
      <w:r w:rsidRPr="14638D2A">
        <w:rPr>
          <w:lang w:val="ca-ES"/>
        </w:rPr>
        <w:t>; Virtual</w:t>
      </w:r>
      <w:r>
        <w:br/>
      </w:r>
      <w:r>
        <w:br/>
        <w:t>Explore workplace etiquette through the lens of individuals who are blind or visually impaired. Participants will gain insight into unspoken office norms from navigating shared spaces and introductions to handling meetings, social cues, and common misconceptions.</w:t>
      </w:r>
      <w:r>
        <w:br/>
      </w:r>
      <w:r>
        <w:br/>
        <w:t>Facilitator: Sara Freeman Smith, Author/Speaker &amp; Retired Recruiting Manager, Houston, TX</w:t>
      </w:r>
      <w:r>
        <w:br/>
      </w:r>
      <w:r>
        <w:br/>
        <w:t>Panelists: Sayuree Naik, HR &amp; Payroll Specialist, Minneapolis, MN; Mitch Pomerantz, Sr</w:t>
      </w:r>
      <w:r w:rsidR="25E44BDF">
        <w:t xml:space="preserve">. </w:t>
      </w:r>
      <w:r>
        <w:t xml:space="preserve">Personnel/HR Analyst, City of Los Angeles, Pasadena, CA </w:t>
      </w:r>
      <w:r>
        <w:br/>
      </w:r>
      <w:r>
        <w:br/>
        <w:t>Co-sponsored by ACBNG, ACBS, and ACB Employment Committee.</w:t>
      </w:r>
    </w:p>
    <w:p w14:paraId="38906A95" w14:textId="77777777" w:rsidR="000A79B9" w:rsidRPr="00B77100" w:rsidRDefault="000A79B9" w:rsidP="009E7A4A"/>
    <w:p w14:paraId="3EA9753A" w14:textId="4F7EBAAE" w:rsidR="00D51B38" w:rsidRPr="00B77100" w:rsidRDefault="008B79B4" w:rsidP="009E7A4A">
      <w:pPr>
        <w:rPr>
          <w:b/>
          <w:bCs/>
        </w:rPr>
      </w:pPr>
      <w:r w:rsidRPr="00B77100">
        <w:rPr>
          <w:b/>
          <w:bCs/>
        </w:rPr>
        <w:t>Monday</w:t>
      </w:r>
      <w:r w:rsidR="00D51B38" w:rsidRPr="00B77100">
        <w:rPr>
          <w:b/>
          <w:bCs/>
        </w:rPr>
        <w:t>, Ju</w:t>
      </w:r>
      <w:r w:rsidRPr="00B77100">
        <w:rPr>
          <w:b/>
          <w:bCs/>
        </w:rPr>
        <w:t>ly</w:t>
      </w:r>
      <w:r w:rsidR="00D51B38" w:rsidRPr="00B77100">
        <w:rPr>
          <w:b/>
          <w:bCs/>
        </w:rPr>
        <w:t xml:space="preserve"> 2</w:t>
      </w:r>
      <w:r w:rsidRPr="00B77100">
        <w:rPr>
          <w:b/>
          <w:bCs/>
        </w:rPr>
        <w:t>7</w:t>
      </w:r>
      <w:r w:rsidR="00D51B38" w:rsidRPr="00B77100">
        <w:rPr>
          <w:b/>
          <w:bCs/>
        </w:rPr>
        <w:t xml:space="preserve"> </w:t>
      </w:r>
    </w:p>
    <w:p w14:paraId="5CEE07DE" w14:textId="1B27110E" w:rsidR="00A131A6" w:rsidRPr="00B77100" w:rsidRDefault="008B79B4" w:rsidP="009E7A4A">
      <w:pPr>
        <w:rPr>
          <w:lang w:val="ca-ES"/>
        </w:rPr>
      </w:pPr>
      <w:r w:rsidRPr="00B77100">
        <w:rPr>
          <w:lang w:val="ca-ES"/>
        </w:rPr>
        <w:t xml:space="preserve">3:00 pm </w:t>
      </w:r>
      <w:r w:rsidR="005F5232" w:rsidRPr="00B77100">
        <w:rPr>
          <w:lang w:val="ca-ES"/>
        </w:rPr>
        <w:t>-</w:t>
      </w:r>
      <w:r w:rsidRPr="00B77100">
        <w:rPr>
          <w:lang w:val="ca-ES"/>
        </w:rPr>
        <w:t xml:space="preserve"> 4:15 pm: </w:t>
      </w:r>
      <w:r w:rsidRPr="00B77100">
        <w:t>Interviewing Skills Workshop</w:t>
      </w:r>
      <w:r w:rsidRPr="00B77100">
        <w:rPr>
          <w:lang w:val="ca-ES"/>
        </w:rPr>
        <w:t xml:space="preserve">; </w:t>
      </w:r>
      <w:r w:rsidR="00CF4976" w:rsidRPr="00B77100">
        <w:rPr>
          <w:lang w:val="ca-ES"/>
        </w:rPr>
        <w:t>OnSite</w:t>
      </w:r>
      <w:r w:rsidR="00F60D6B" w:rsidRPr="00B77100">
        <w:rPr>
          <w:lang w:val="ca-ES"/>
        </w:rPr>
        <w:t xml:space="preserve">; </w:t>
      </w:r>
      <w:r w:rsidR="00C60A06" w:rsidRPr="00B77100">
        <w:rPr>
          <w:lang w:val="ca-ES"/>
        </w:rPr>
        <w:t>Mills 5</w:t>
      </w:r>
      <w:r w:rsidR="005F5232" w:rsidRPr="00B77100">
        <w:rPr>
          <w:lang w:val="ca-ES"/>
        </w:rPr>
        <w:br/>
      </w:r>
      <w:r w:rsidR="00482C78" w:rsidRPr="00B77100">
        <w:rPr>
          <w:lang w:val="ca-ES"/>
        </w:rPr>
        <w:br/>
      </w:r>
      <w:r w:rsidRPr="00B77100">
        <w:t xml:space="preserve">Come sharpen your skills connecting with the most </w:t>
      </w:r>
      <w:r w:rsidRPr="00F93D52">
        <w:rPr>
          <w:spacing w:val="-6"/>
        </w:rPr>
        <w:t>awkward blind date ever</w:t>
      </w:r>
      <w:r w:rsidR="003F4444" w:rsidRPr="00F93D52">
        <w:rPr>
          <w:spacing w:val="-6"/>
        </w:rPr>
        <w:t>,</w:t>
      </w:r>
      <w:r w:rsidRPr="00F93D52">
        <w:rPr>
          <w:spacing w:val="-6"/>
        </w:rPr>
        <w:t xml:space="preserve"> that elusive hiring manager.</w:t>
      </w:r>
      <w:r w:rsidR="005F5232" w:rsidRPr="00B77100">
        <w:br/>
      </w:r>
      <w:r w:rsidR="0022378B">
        <w:br/>
      </w:r>
      <w:r>
        <w:t>Facilitators</w:t>
      </w:r>
      <w:r w:rsidR="14346762">
        <w:t xml:space="preserve">: </w:t>
      </w:r>
      <w:r>
        <w:t>Peter Altschul, ACB Employment Committee Chair Coos Bay</w:t>
      </w:r>
      <w:r w:rsidR="003F4444">
        <w:t>, OR</w:t>
      </w:r>
      <w:r w:rsidR="005F5232">
        <w:t xml:space="preserve">; </w:t>
      </w:r>
      <w:r>
        <w:t xml:space="preserve">Rosanna Beaudrie, ACB Employment Committee member, Levittown, NY </w:t>
      </w:r>
    </w:p>
    <w:p w14:paraId="1210D784" w14:textId="77777777" w:rsidR="00D51B38" w:rsidRPr="00B77100" w:rsidRDefault="00D51B38" w:rsidP="009E7A4A"/>
    <w:p w14:paraId="65466C33" w14:textId="77777777" w:rsidR="000A79B9" w:rsidRDefault="000A79B9">
      <w:pPr>
        <w:rPr>
          <w:rFonts w:eastAsiaTheme="majorEastAsia" w:cstheme="majorBidi"/>
          <w:b/>
          <w:bCs/>
          <w:sz w:val="40"/>
          <w:szCs w:val="26"/>
        </w:rPr>
      </w:pPr>
      <w:bookmarkStart w:id="83" w:name="_Toc198814984"/>
      <w:r>
        <w:br w:type="page"/>
      </w:r>
    </w:p>
    <w:p w14:paraId="2B288EA3" w14:textId="2EF76E12" w:rsidR="00D51B38" w:rsidRPr="00B77100" w:rsidRDefault="00D51B38" w:rsidP="009E7A4A">
      <w:pPr>
        <w:pStyle w:val="Heading2"/>
      </w:pPr>
      <w:bookmarkStart w:id="84" w:name="_Toc232406166"/>
      <w:r w:rsidRPr="00B77100">
        <w:t>Get Up and Get Moving</w:t>
      </w:r>
      <w:bookmarkEnd w:id="83"/>
      <w:bookmarkEnd w:id="84"/>
    </w:p>
    <w:p w14:paraId="4318D841" w14:textId="4C7F5FF4" w:rsidR="00982B8C" w:rsidRPr="00B77100" w:rsidRDefault="00982B8C" w:rsidP="009E7A4A">
      <w:r w:rsidRPr="00B77100">
        <w:t>Co-chairs: Leslie Spoone and Koni Sims</w:t>
      </w:r>
    </w:p>
    <w:p w14:paraId="3A0CC9BA" w14:textId="77777777" w:rsidR="006B1AB3" w:rsidRPr="00B77100" w:rsidRDefault="006B1AB3" w:rsidP="009E7A4A"/>
    <w:p w14:paraId="479F6D52" w14:textId="17559E83" w:rsidR="001A0382" w:rsidRPr="00B77100" w:rsidRDefault="001A0382" w:rsidP="009E7A4A">
      <w:pPr>
        <w:rPr>
          <w:b/>
          <w:bCs/>
        </w:rPr>
      </w:pPr>
      <w:r w:rsidRPr="00B77100">
        <w:rPr>
          <w:b/>
          <w:bCs/>
        </w:rPr>
        <w:t>Thursday, July 16</w:t>
      </w:r>
    </w:p>
    <w:p w14:paraId="6452FAE9" w14:textId="111C4DF3" w:rsidR="001A0382" w:rsidRPr="00B77100" w:rsidRDefault="001A0382" w:rsidP="009E7A4A">
      <w:r w:rsidRPr="00B77100">
        <w:t xml:space="preserve">4:00 pm </w:t>
      </w:r>
      <w:r w:rsidR="005F5232" w:rsidRPr="00B77100">
        <w:t>-</w:t>
      </w:r>
      <w:r w:rsidRPr="00B77100">
        <w:t xml:space="preserve"> 5:15 pm: Easy Chair Yoga with Leslie Spoone; Virtual</w:t>
      </w:r>
      <w:r w:rsidR="005F5232" w:rsidRPr="00B77100">
        <w:br/>
      </w:r>
      <w:r w:rsidR="00482C78" w:rsidRPr="00B77100">
        <w:br/>
      </w:r>
      <w:r w:rsidRPr="00B77100">
        <w:t>Come and enjoy some Easy Chair Yoga with certified aerobics instructor and personal trainer, Leslie Spoone. We will be doing some stretches and poses that will leave your body relaxed and centered after the first day of zoom convention sessions.</w:t>
      </w:r>
    </w:p>
    <w:p w14:paraId="38BC0F2B" w14:textId="77777777" w:rsidR="001A0382" w:rsidRPr="00B77100" w:rsidRDefault="001A0382" w:rsidP="009E7A4A"/>
    <w:p w14:paraId="0B017337" w14:textId="16446BEE" w:rsidR="001A0382" w:rsidRPr="00B77100" w:rsidRDefault="001A0382" w:rsidP="009E7A4A">
      <w:pPr>
        <w:rPr>
          <w:b/>
          <w:bCs/>
        </w:rPr>
      </w:pPr>
      <w:r w:rsidRPr="00B77100">
        <w:rPr>
          <w:b/>
          <w:bCs/>
        </w:rPr>
        <w:t>Friday, July 17</w:t>
      </w:r>
    </w:p>
    <w:p w14:paraId="3AFE5756" w14:textId="3F515021" w:rsidR="001A0382" w:rsidRDefault="001A0382" w:rsidP="009E7A4A">
      <w:r w:rsidRPr="00B77100">
        <w:t xml:space="preserve">4:00 pm </w:t>
      </w:r>
      <w:r w:rsidR="005F5232" w:rsidRPr="00B77100">
        <w:t>-</w:t>
      </w:r>
      <w:r w:rsidRPr="00B77100">
        <w:t xml:space="preserve"> 5:15 pm: Happy Hour Cardio with Leslie Spoone; Virtual</w:t>
      </w:r>
      <w:r w:rsidR="005F5232" w:rsidRPr="00B77100">
        <w:br/>
      </w:r>
      <w:r w:rsidR="00482C78" w:rsidRPr="00B77100">
        <w:br/>
      </w:r>
      <w:r w:rsidRPr="00B77100">
        <w:t xml:space="preserve">Join us for an energizing cardio session sprinkled with some laughs with certified aerobics instructor and personal trainer, Leslie Spoone, Orlando Fl. You can either dance around for your cardio or you </w:t>
      </w:r>
      <w:r w:rsidRPr="001A0382">
        <w:t>can jump on your treadmill, elliptical or bike. This class will leave you pumped and happy as the convention begins.</w:t>
      </w:r>
    </w:p>
    <w:p w14:paraId="6E157110" w14:textId="77777777" w:rsidR="001A0382" w:rsidRDefault="001A0382" w:rsidP="009E7A4A"/>
    <w:p w14:paraId="1B1EFF7D" w14:textId="55870DA9" w:rsidR="006C57E0" w:rsidRPr="004703CB" w:rsidRDefault="006C57E0" w:rsidP="009E7A4A">
      <w:pPr>
        <w:rPr>
          <w:b/>
          <w:bCs/>
        </w:rPr>
      </w:pPr>
      <w:r w:rsidRPr="004703CB">
        <w:rPr>
          <w:b/>
          <w:bCs/>
        </w:rPr>
        <w:t xml:space="preserve">Monday, July 27 </w:t>
      </w:r>
    </w:p>
    <w:p w14:paraId="41FE326C" w14:textId="7D67F3ED" w:rsidR="00803E03" w:rsidRPr="004703CB" w:rsidRDefault="006C57E0" w:rsidP="009E7A4A">
      <w:r>
        <w:t xml:space="preserve">5:00 pm </w:t>
      </w:r>
      <w:r w:rsidR="005F5232">
        <w:t>-</w:t>
      </w:r>
      <w:r>
        <w:t xml:space="preserve"> 7:00 pm: March to the Arch </w:t>
      </w:r>
      <w:r w:rsidR="005F5232">
        <w:t>-</w:t>
      </w:r>
      <w:r>
        <w:t xml:space="preserve"> ACB Brenda Dillon Memorial Walk; </w:t>
      </w:r>
      <w:r w:rsidR="00CF4976">
        <w:t>OnSite</w:t>
      </w:r>
      <w:r>
        <w:t xml:space="preserve">; </w:t>
      </w:r>
      <w:r w:rsidR="00D74892">
        <w:t>Lobby</w:t>
      </w:r>
      <w:r>
        <w:t>; $20</w:t>
      </w:r>
      <w:r>
        <w:br/>
      </w:r>
      <w:r>
        <w:br/>
        <w:t>Co-sponsored by Brenda Dillon Memorial Walk Committee and the Get Up Get Moving Committee</w:t>
      </w:r>
      <w:r w:rsidR="4F20A369">
        <w:t xml:space="preserve">. </w:t>
      </w:r>
      <w:r w:rsidR="0022378B">
        <w:br/>
      </w:r>
      <w:r w:rsidR="0022378B">
        <w:br/>
      </w:r>
      <w:r w:rsidR="4F20A369">
        <w:t>S</w:t>
      </w:r>
      <w:r w:rsidR="00803E03">
        <w:t>ee Walk Committee for session details</w:t>
      </w:r>
    </w:p>
    <w:p w14:paraId="2EBA38B9" w14:textId="1800C1AB" w:rsidR="0022378B" w:rsidRDefault="0022378B">
      <w:pPr>
        <w:rPr>
          <w:rFonts w:eastAsiaTheme="majorEastAsia" w:cstheme="majorBidi"/>
          <w:b/>
          <w:bCs/>
          <w:sz w:val="40"/>
          <w:szCs w:val="26"/>
        </w:rPr>
      </w:pPr>
      <w:bookmarkStart w:id="85" w:name="_Toc198814986"/>
    </w:p>
    <w:p w14:paraId="4F982703" w14:textId="1805B9EB" w:rsidR="00D51B38" w:rsidRPr="004703CB" w:rsidRDefault="00D51B38" w:rsidP="009E7A4A">
      <w:pPr>
        <w:pStyle w:val="Heading2"/>
      </w:pPr>
      <w:bookmarkStart w:id="86" w:name="_Toc232406167"/>
      <w:r w:rsidRPr="004703CB">
        <w:t>Membership Committee</w:t>
      </w:r>
      <w:bookmarkEnd w:id="85"/>
      <w:bookmarkEnd w:id="86"/>
    </w:p>
    <w:p w14:paraId="4145D938" w14:textId="76A7341F" w:rsidR="00E72DDF" w:rsidRPr="004703CB" w:rsidRDefault="00E72DDF" w:rsidP="009E7A4A">
      <w:r w:rsidRPr="004703CB">
        <w:t>Chair: Ardis Bazyn</w:t>
      </w:r>
    </w:p>
    <w:p w14:paraId="0346F648" w14:textId="77777777" w:rsidR="006B1AB3" w:rsidRPr="004703CB" w:rsidRDefault="006B1AB3" w:rsidP="009E7A4A"/>
    <w:p w14:paraId="1B1D704A" w14:textId="2E8BB906" w:rsidR="00D51B38" w:rsidRPr="004703CB" w:rsidRDefault="00D51B38" w:rsidP="009E7A4A">
      <w:pPr>
        <w:rPr>
          <w:b/>
          <w:bCs/>
        </w:rPr>
      </w:pPr>
      <w:r w:rsidRPr="004703CB">
        <w:rPr>
          <w:b/>
          <w:bCs/>
        </w:rPr>
        <w:t xml:space="preserve">Wednesday, July </w:t>
      </w:r>
      <w:r w:rsidR="00686CDF" w:rsidRPr="004703CB">
        <w:rPr>
          <w:b/>
          <w:bCs/>
        </w:rPr>
        <w:t>2</w:t>
      </w:r>
      <w:r w:rsidRPr="004703CB">
        <w:rPr>
          <w:b/>
          <w:bCs/>
        </w:rPr>
        <w:t>9</w:t>
      </w:r>
    </w:p>
    <w:p w14:paraId="1C6558CB" w14:textId="2A740709" w:rsidR="00686CDF" w:rsidRPr="004703CB" w:rsidRDefault="003A531F" w:rsidP="14638D2A">
      <w:r>
        <w:t>3</w:t>
      </w:r>
      <w:r w:rsidR="00D51B38">
        <w:t xml:space="preserve">:00 pm </w:t>
      </w:r>
      <w:r w:rsidR="005F5232">
        <w:t>-</w:t>
      </w:r>
      <w:r w:rsidR="00D51B38">
        <w:t xml:space="preserve"> </w:t>
      </w:r>
      <w:r>
        <w:t>4</w:t>
      </w:r>
      <w:r w:rsidR="00D51B38">
        <w:t>:15 pm</w:t>
      </w:r>
      <w:r w:rsidR="00686CDF">
        <w:t xml:space="preserve">: </w:t>
      </w:r>
      <w:r>
        <w:t xml:space="preserve">Membership Seminar, What Outreach </w:t>
      </w:r>
      <w:r w:rsidR="28FB9FB0">
        <w:t>M</w:t>
      </w:r>
      <w:r>
        <w:t>echanism</w:t>
      </w:r>
      <w:r w:rsidR="5EE01C44">
        <w:t>s</w:t>
      </w:r>
      <w:r>
        <w:t xml:space="preserve"> Work for Growth</w:t>
      </w:r>
      <w:r w:rsidR="00686CDF">
        <w:t xml:space="preserve">; Hybrid; </w:t>
      </w:r>
      <w:r w:rsidR="0095291F">
        <w:t>Mills 3</w:t>
      </w:r>
      <w:r>
        <w:br/>
      </w:r>
      <w:r>
        <w:br/>
      </w:r>
      <w:r w:rsidR="00686CDF">
        <w:t>Theme: What outreach mechanisms work for growth</w:t>
      </w:r>
      <w:r>
        <w:br/>
      </w:r>
      <w:r w:rsidR="00686CDF">
        <w:t>Panel 1: What interactive activities and awards might encourage more participation and retain members</w:t>
      </w:r>
      <w:r>
        <w:br/>
      </w:r>
      <w:r>
        <w:br/>
      </w:r>
      <w:r w:rsidR="00686CDF">
        <w:t>Speakers: Becky Dunkerson, Diabetics in Action, Des Moines, IA; Sheila Young, Immediate Past President</w:t>
      </w:r>
      <w:r w:rsidR="38C122EA">
        <w:t>,</w:t>
      </w:r>
      <w:r w:rsidR="00686CDF">
        <w:t xml:space="preserve"> Florida Council of the Blind, Orlando, FL; David Kingsbury, </w:t>
      </w:r>
      <w:r w:rsidR="1EEF6568">
        <w:t>P</w:t>
      </w:r>
      <w:r w:rsidR="00686CDF">
        <w:t xml:space="preserve">resident of Bay State Council of the </w:t>
      </w:r>
      <w:r w:rsidR="003F4444">
        <w:t>B</w:t>
      </w:r>
      <w:r w:rsidR="00686CDF">
        <w:t>lind, Boston</w:t>
      </w:r>
      <w:r w:rsidR="3B58ABC8">
        <w:t>,</w:t>
      </w:r>
      <w:r w:rsidR="00686CDF">
        <w:t xml:space="preserve"> </w:t>
      </w:r>
      <w:r w:rsidR="35E78ECE">
        <w:t>MA</w:t>
      </w:r>
      <w:r w:rsidR="00686CDF">
        <w:t xml:space="preserve">; Ardis </w:t>
      </w:r>
      <w:r w:rsidR="003F4444">
        <w:t>Bazyn, First</w:t>
      </w:r>
      <w:r w:rsidR="00686CDF">
        <w:t xml:space="preserve"> Vice President</w:t>
      </w:r>
      <w:r w:rsidR="146B817C">
        <w:t>,</w:t>
      </w:r>
      <w:r w:rsidR="00686CDF">
        <w:t xml:space="preserve"> Randolph-Sheppard Vendors of America, Thornton, CO</w:t>
      </w:r>
      <w:r>
        <w:br/>
      </w:r>
      <w:r>
        <w:br/>
      </w:r>
      <w:r w:rsidR="00686CDF">
        <w:t>Panel 2: What website links or call to action items would draw more people to respond</w:t>
      </w:r>
      <w:r>
        <w:br/>
      </w:r>
      <w:r>
        <w:br/>
      </w:r>
      <w:r w:rsidR="00686CDF">
        <w:t xml:space="preserve">Speakers: Steve Longmire, Georgia Webmaster and app developer, Decatur, </w:t>
      </w:r>
      <w:r w:rsidR="75BA5B97">
        <w:t>GA</w:t>
      </w:r>
      <w:r w:rsidR="00686CDF">
        <w:t>; Sheila Young, Immediate Past President</w:t>
      </w:r>
      <w:r w:rsidR="61742C01">
        <w:t>,</w:t>
      </w:r>
      <w:r w:rsidR="00686CDF">
        <w:t xml:space="preserve"> Florida Council of the Blind, Orlando, FL; Jeff Thom, Immediate Past President</w:t>
      </w:r>
      <w:r w:rsidR="78DD27A0">
        <w:t>,</w:t>
      </w:r>
      <w:r w:rsidR="00686CDF">
        <w:t xml:space="preserve"> Alliance on Aging and Vision Loss, Sacramento, CA</w:t>
      </w:r>
    </w:p>
    <w:p w14:paraId="1707AB77" w14:textId="77777777" w:rsidR="00686CDF" w:rsidRPr="004703CB" w:rsidRDefault="00686CDF" w:rsidP="009E7A4A"/>
    <w:p w14:paraId="14348E92" w14:textId="77777777" w:rsidR="00D51B38" w:rsidRPr="004703CB" w:rsidRDefault="00D51B38" w:rsidP="009E7A4A">
      <w:pPr>
        <w:pStyle w:val="Heading2"/>
      </w:pPr>
      <w:bookmarkStart w:id="87" w:name="_Toc198814987"/>
      <w:bookmarkStart w:id="88" w:name="_Toc232406168"/>
      <w:r w:rsidRPr="004703CB">
        <w:t>Mental Health and Wellness Committee</w:t>
      </w:r>
      <w:bookmarkEnd w:id="87"/>
      <w:bookmarkEnd w:id="88"/>
    </w:p>
    <w:p w14:paraId="6D549E99" w14:textId="7836DE04" w:rsidR="00E7413C" w:rsidRPr="004703CB" w:rsidRDefault="00E7413C" w:rsidP="009E7A4A">
      <w:r w:rsidRPr="004703CB">
        <w:t>Chair: Pam Shaw</w:t>
      </w:r>
    </w:p>
    <w:p w14:paraId="60097237" w14:textId="77777777" w:rsidR="006B1AB3" w:rsidRPr="004703CB" w:rsidRDefault="006B1AB3" w:rsidP="009E7A4A"/>
    <w:p w14:paraId="3F4E2A5E" w14:textId="7D0D5420" w:rsidR="00D51B38" w:rsidRPr="004703CB" w:rsidRDefault="00E7413C" w:rsidP="009E7A4A">
      <w:pPr>
        <w:rPr>
          <w:b/>
          <w:bCs/>
        </w:rPr>
      </w:pPr>
      <w:r w:rsidRPr="004703CB">
        <w:rPr>
          <w:b/>
          <w:bCs/>
        </w:rPr>
        <w:t>Saturday</w:t>
      </w:r>
      <w:r w:rsidR="00D51B38" w:rsidRPr="004703CB">
        <w:rPr>
          <w:b/>
          <w:bCs/>
        </w:rPr>
        <w:t>, Ju</w:t>
      </w:r>
      <w:r w:rsidRPr="004703CB">
        <w:rPr>
          <w:b/>
          <w:bCs/>
        </w:rPr>
        <w:t>ly</w:t>
      </w:r>
      <w:r w:rsidR="00D51B38" w:rsidRPr="004703CB">
        <w:rPr>
          <w:b/>
          <w:bCs/>
        </w:rPr>
        <w:t xml:space="preserve"> 2</w:t>
      </w:r>
      <w:r w:rsidRPr="004703CB">
        <w:rPr>
          <w:b/>
          <w:bCs/>
        </w:rPr>
        <w:t>5</w:t>
      </w:r>
    </w:p>
    <w:p w14:paraId="2EB85E84" w14:textId="4E496144" w:rsidR="00E7413C" w:rsidRPr="004703CB" w:rsidRDefault="00E7413C" w:rsidP="009E7A4A">
      <w:r w:rsidRPr="004703CB">
        <w:rPr>
          <w:spacing w:val="-10"/>
        </w:rPr>
        <w:t xml:space="preserve">3:00 pm </w:t>
      </w:r>
      <w:r w:rsidR="005F5232" w:rsidRPr="004703CB">
        <w:rPr>
          <w:spacing w:val="-10"/>
        </w:rPr>
        <w:t>-</w:t>
      </w:r>
      <w:r w:rsidRPr="004703CB">
        <w:rPr>
          <w:spacing w:val="-10"/>
        </w:rPr>
        <w:t xml:space="preserve"> 4:15 pm: I </w:t>
      </w:r>
      <w:r w:rsidR="005746AA" w:rsidRPr="004703CB">
        <w:rPr>
          <w:spacing w:val="-10"/>
        </w:rPr>
        <w:t>D</w:t>
      </w:r>
      <w:r w:rsidRPr="004703CB">
        <w:rPr>
          <w:spacing w:val="-10"/>
        </w:rPr>
        <w:t xml:space="preserve">idn’t </w:t>
      </w:r>
      <w:r w:rsidR="005746AA" w:rsidRPr="004703CB">
        <w:rPr>
          <w:spacing w:val="-10"/>
        </w:rPr>
        <w:t>S</w:t>
      </w:r>
      <w:r w:rsidRPr="004703CB">
        <w:rPr>
          <w:spacing w:val="-10"/>
        </w:rPr>
        <w:t xml:space="preserve">ee </w:t>
      </w:r>
      <w:r w:rsidR="005746AA" w:rsidRPr="004703CB">
        <w:rPr>
          <w:spacing w:val="-10"/>
        </w:rPr>
        <w:t>T</w:t>
      </w:r>
      <w:r w:rsidRPr="004703CB">
        <w:rPr>
          <w:spacing w:val="-10"/>
        </w:rPr>
        <w:t xml:space="preserve">his </w:t>
      </w:r>
      <w:r w:rsidR="005746AA" w:rsidRPr="004703CB">
        <w:rPr>
          <w:spacing w:val="-10"/>
        </w:rPr>
        <w:t>C</w:t>
      </w:r>
      <w:r w:rsidRPr="004703CB">
        <w:rPr>
          <w:spacing w:val="-10"/>
        </w:rPr>
        <w:t xml:space="preserve">oming; Hybrid; </w:t>
      </w:r>
      <w:r w:rsidR="00DA7976" w:rsidRPr="004703CB">
        <w:rPr>
          <w:spacing w:val="-10"/>
        </w:rPr>
        <w:t>Mills 3</w:t>
      </w:r>
      <w:r w:rsidR="005F5232" w:rsidRPr="004703CB">
        <w:rPr>
          <w:spacing w:val="-10"/>
        </w:rPr>
        <w:br/>
      </w:r>
      <w:r w:rsidR="00482C78" w:rsidRPr="005F5232">
        <w:br/>
      </w:r>
      <w:r w:rsidRPr="004703CB">
        <w:t>The challenges of life often require resilience, courage and a new way of thinking. This session will feature four individuals who have conquered unexpected circumstances while coping with vision loss.</w:t>
      </w:r>
    </w:p>
    <w:p w14:paraId="6C99CBAF" w14:textId="77777777" w:rsidR="00D51B38" w:rsidRPr="004703CB" w:rsidRDefault="00D51B38" w:rsidP="009E7A4A">
      <w:pPr>
        <w:pStyle w:val="Heading2"/>
      </w:pPr>
      <w:bookmarkStart w:id="89" w:name="_Toc198814988"/>
      <w:bookmarkStart w:id="90" w:name="_Toc232406169"/>
      <w:r w:rsidRPr="004703CB">
        <w:t>Multicultural Affairs Committee</w:t>
      </w:r>
      <w:bookmarkEnd w:id="89"/>
      <w:bookmarkEnd w:id="90"/>
    </w:p>
    <w:p w14:paraId="7815F5F6" w14:textId="34310A08" w:rsidR="00AF5413" w:rsidRPr="004703CB" w:rsidRDefault="00AF5413" w:rsidP="009E7A4A">
      <w:r w:rsidRPr="004703CB">
        <w:t>Chair: Cheryl Cumings</w:t>
      </w:r>
    </w:p>
    <w:p w14:paraId="7FB874B8" w14:textId="77777777" w:rsidR="006B1AB3" w:rsidRPr="004703CB" w:rsidRDefault="006B1AB3" w:rsidP="009E7A4A"/>
    <w:p w14:paraId="6327DF86" w14:textId="38CE8B73" w:rsidR="00D51B38" w:rsidRPr="004703CB" w:rsidRDefault="00D51B38" w:rsidP="009E7A4A">
      <w:pPr>
        <w:rPr>
          <w:b/>
          <w:bCs/>
        </w:rPr>
      </w:pPr>
      <w:r w:rsidRPr="004703CB">
        <w:rPr>
          <w:b/>
          <w:bCs/>
        </w:rPr>
        <w:t>Thursday, Ju</w:t>
      </w:r>
      <w:r w:rsidR="00AF5413" w:rsidRPr="004703CB">
        <w:rPr>
          <w:b/>
          <w:bCs/>
        </w:rPr>
        <w:t>ly</w:t>
      </w:r>
      <w:r w:rsidRPr="004703CB">
        <w:rPr>
          <w:b/>
          <w:bCs/>
        </w:rPr>
        <w:t xml:space="preserve"> </w:t>
      </w:r>
      <w:r w:rsidR="00AF5413" w:rsidRPr="004703CB">
        <w:rPr>
          <w:b/>
          <w:bCs/>
        </w:rPr>
        <w:t>1</w:t>
      </w:r>
      <w:r w:rsidRPr="004703CB">
        <w:rPr>
          <w:b/>
          <w:bCs/>
        </w:rPr>
        <w:t>6</w:t>
      </w:r>
    </w:p>
    <w:p w14:paraId="71911533" w14:textId="26B0BA82" w:rsidR="00AF5413" w:rsidRPr="004703CB" w:rsidRDefault="00D51B38" w:rsidP="14638D2A">
      <w:r>
        <w:t xml:space="preserve">2:30 pm </w:t>
      </w:r>
      <w:r w:rsidR="005F5232">
        <w:t>-</w:t>
      </w:r>
      <w:r>
        <w:t xml:space="preserve"> 3:45 pm</w:t>
      </w:r>
      <w:r w:rsidR="00AF5413">
        <w:t xml:space="preserve">: American </w:t>
      </w:r>
      <w:r w:rsidR="3953EF95">
        <w:t>C</w:t>
      </w:r>
      <w:r w:rsidR="00AF5413">
        <w:t>omedy and the Jewish Connection; Virtual</w:t>
      </w:r>
      <w:r>
        <w:br/>
      </w:r>
      <w:r>
        <w:br/>
      </w:r>
      <w:r w:rsidR="00AF5413">
        <w:t>Comedy will be explored in the 20</w:t>
      </w:r>
      <w:r w:rsidR="00213E96">
        <w:t>th</w:t>
      </w:r>
      <w:r w:rsidR="00AF5413">
        <w:t xml:space="preserve"> and 21st centuries and the impact it has had on the culture. The contributions of Jewish writers and performers; we will delve into stand-up, skits, television, comedy and movies. Join us for an entertaining and informative presentation.</w:t>
      </w:r>
      <w:r>
        <w:br/>
      </w:r>
    </w:p>
    <w:p w14:paraId="518D6342" w14:textId="04CDBC3F" w:rsidR="00AF5413" w:rsidRPr="004703CB" w:rsidRDefault="70692B6E" w:rsidP="14638D2A">
      <w:pPr>
        <w:ind w:firstLine="0"/>
      </w:pPr>
      <w:r>
        <w:t>Facilitator: Lynne Koral, PhD, Olympia, WA</w:t>
      </w:r>
    </w:p>
    <w:p w14:paraId="4814ADD5" w14:textId="2BE58592" w:rsidR="00AF5413" w:rsidRPr="004703CB" w:rsidRDefault="00D51B38" w:rsidP="14638D2A">
      <w:pPr>
        <w:ind w:firstLine="0"/>
      </w:pPr>
      <w:r>
        <w:br/>
      </w:r>
      <w:r w:rsidR="00AF5413">
        <w:t>Presenters: Rabbi Lenny Sarko, Pittsburgh, PA; Earl Raab, ACB Member, Martinez, CA</w:t>
      </w:r>
      <w:r>
        <w:br/>
      </w:r>
    </w:p>
    <w:p w14:paraId="1D74A757" w14:textId="302A7E28" w:rsidR="00D51B38" w:rsidRPr="004703CB" w:rsidRDefault="00AF5413" w:rsidP="009E7A4A">
      <w:pPr>
        <w:rPr>
          <w:b/>
          <w:bCs/>
        </w:rPr>
      </w:pPr>
      <w:r w:rsidRPr="004703CB">
        <w:rPr>
          <w:b/>
          <w:bCs/>
        </w:rPr>
        <w:t>Monday</w:t>
      </w:r>
      <w:r w:rsidR="00D51B38" w:rsidRPr="004703CB">
        <w:rPr>
          <w:b/>
          <w:bCs/>
        </w:rPr>
        <w:t xml:space="preserve">, July </w:t>
      </w:r>
      <w:r w:rsidRPr="004703CB">
        <w:rPr>
          <w:b/>
          <w:bCs/>
        </w:rPr>
        <w:t>27</w:t>
      </w:r>
    </w:p>
    <w:p w14:paraId="4CB67D41" w14:textId="01B917E7" w:rsidR="00AF5413" w:rsidRPr="004703CB" w:rsidRDefault="00AF5413" w:rsidP="009E7A4A">
      <w:r>
        <w:t>3</w:t>
      </w:r>
      <w:r w:rsidR="00D51B38">
        <w:t xml:space="preserve">:00 pm </w:t>
      </w:r>
      <w:r w:rsidR="005F5232">
        <w:t>-</w:t>
      </w:r>
      <w:r w:rsidR="00D51B38">
        <w:t xml:space="preserve"> </w:t>
      </w:r>
      <w:r>
        <w:t>4</w:t>
      </w:r>
      <w:r w:rsidR="00D51B38">
        <w:t>:15 pm</w:t>
      </w:r>
      <w:r>
        <w:t xml:space="preserve">: Small Beginnings and the History of Growth in St. Louis; Hybrid; </w:t>
      </w:r>
      <w:r w:rsidR="00122984">
        <w:t>Mills 3</w:t>
      </w:r>
      <w:r>
        <w:br/>
      </w:r>
      <w:r>
        <w:br/>
        <w:t>Part 1 of a 2-part series presented by the Multi-cultural Affairs Committee that traces the growth and development of the Black and Indigenous communities in St. Louis.</w:t>
      </w:r>
      <w:r>
        <w:br/>
      </w:r>
      <w:r>
        <w:br/>
      </w:r>
      <w:r w:rsidRPr="14638D2A">
        <w:rPr>
          <w:lang w:val="en"/>
        </w:rPr>
        <w:t>Speaker: Emily Jaycox, Head Librarian, Missouri History Museum</w:t>
      </w:r>
      <w:r>
        <w:br/>
      </w:r>
      <w:r>
        <w:br/>
        <w:t>Facilitators: Reverend</w:t>
      </w:r>
      <w:r w:rsidRPr="14638D2A">
        <w:rPr>
          <w:lang w:val="en"/>
        </w:rPr>
        <w:t xml:space="preserve"> Michael Garrett, Missouri City</w:t>
      </w:r>
      <w:r w:rsidR="317EDE26" w:rsidRPr="14638D2A">
        <w:rPr>
          <w:lang w:val="en"/>
        </w:rPr>
        <w:t>,</w:t>
      </w:r>
      <w:r w:rsidRPr="14638D2A">
        <w:rPr>
          <w:lang w:val="en"/>
        </w:rPr>
        <w:t xml:space="preserve"> T</w:t>
      </w:r>
      <w:r w:rsidR="00213E96" w:rsidRPr="14638D2A">
        <w:rPr>
          <w:lang w:val="en"/>
        </w:rPr>
        <w:t>X</w:t>
      </w:r>
      <w:r w:rsidRPr="14638D2A">
        <w:rPr>
          <w:lang w:val="en"/>
        </w:rPr>
        <w:t xml:space="preserve">; </w:t>
      </w:r>
      <w:r>
        <w:t>Lynne Koral, Ph</w:t>
      </w:r>
      <w:r w:rsidR="738E3475">
        <w:t>.</w:t>
      </w:r>
      <w:r>
        <w:t>D.</w:t>
      </w:r>
      <w:r w:rsidR="005F5232">
        <w:t>,</w:t>
      </w:r>
      <w:r>
        <w:t xml:space="preserve"> Olympia, WA</w:t>
      </w:r>
    </w:p>
    <w:p w14:paraId="6403CB87" w14:textId="77777777" w:rsidR="00AF5413" w:rsidRPr="004703CB" w:rsidRDefault="00AF5413" w:rsidP="009E7A4A"/>
    <w:p w14:paraId="78213E20" w14:textId="391EEE92" w:rsidR="00AF5413" w:rsidRPr="004703CB" w:rsidRDefault="00AF5413" w:rsidP="009E7A4A">
      <w:pPr>
        <w:rPr>
          <w:b/>
          <w:bCs/>
        </w:rPr>
      </w:pPr>
      <w:r w:rsidRPr="004703CB">
        <w:rPr>
          <w:b/>
          <w:bCs/>
        </w:rPr>
        <w:t>Tuesday, July 28</w:t>
      </w:r>
    </w:p>
    <w:p w14:paraId="286F1942" w14:textId="550EC923" w:rsidR="00AF5413" w:rsidRPr="004703CB" w:rsidRDefault="00AF5413" w:rsidP="009E7A4A">
      <w:r w:rsidRPr="004703CB">
        <w:t xml:space="preserve">3:00 pm </w:t>
      </w:r>
      <w:r w:rsidR="005F5232" w:rsidRPr="004703CB">
        <w:t>-</w:t>
      </w:r>
      <w:r w:rsidRPr="004703CB">
        <w:t xml:space="preserve"> 4:15 pm: The History of Economic Resilience in St. Louis; Hybrid; </w:t>
      </w:r>
      <w:r w:rsidR="004F6AD0" w:rsidRPr="004703CB">
        <w:t>Mills 3</w:t>
      </w:r>
      <w:r w:rsidR="005F5232" w:rsidRPr="004703CB">
        <w:br/>
      </w:r>
      <w:r w:rsidR="00B96445" w:rsidRPr="004703CB">
        <w:br/>
      </w:r>
      <w:r w:rsidRPr="004703CB">
        <w:t>Part 2 of a 2-part series presented by the Multi-Cultural Affairs Committee that uncovers the economic resilience of the Black and Indigenous communities in St. Louis.</w:t>
      </w:r>
      <w:r w:rsidR="005F5232" w:rsidRPr="004703CB">
        <w:br/>
      </w:r>
      <w:r w:rsidR="00B96445" w:rsidRPr="004703CB">
        <w:br/>
      </w:r>
      <w:r w:rsidRPr="004703CB">
        <w:t>Facilitators: Regina Brink, Sacramento</w:t>
      </w:r>
      <w:r w:rsidR="00213E96" w:rsidRPr="004703CB">
        <w:t>,</w:t>
      </w:r>
      <w:r w:rsidRPr="004703CB">
        <w:t xml:space="preserve"> CA; Pam Hill Metz, Chatsworth, CA</w:t>
      </w:r>
    </w:p>
    <w:p w14:paraId="27D381A4" w14:textId="77777777" w:rsidR="00AF5413" w:rsidRPr="004703CB" w:rsidRDefault="00AF5413" w:rsidP="009E7A4A"/>
    <w:p w14:paraId="1942D457" w14:textId="74DD3BE1" w:rsidR="008251C4" w:rsidRPr="004703CB" w:rsidRDefault="008251C4" w:rsidP="009E7A4A">
      <w:pPr>
        <w:rPr>
          <w:b/>
          <w:bCs/>
        </w:rPr>
      </w:pPr>
      <w:r w:rsidRPr="004703CB">
        <w:rPr>
          <w:b/>
          <w:bCs/>
        </w:rPr>
        <w:t>Thursday, July 30</w:t>
      </w:r>
    </w:p>
    <w:p w14:paraId="18DD8258" w14:textId="237C5D87" w:rsidR="008251C4" w:rsidRPr="004703CB" w:rsidRDefault="008251C4" w:rsidP="009E7A4A">
      <w:r>
        <w:t xml:space="preserve">4:00 pm </w:t>
      </w:r>
      <w:r w:rsidR="005F5232">
        <w:t>-</w:t>
      </w:r>
      <w:r>
        <w:t xml:space="preserve"> 5:15 pm: Multi-Cultural Affairs Mixer; </w:t>
      </w:r>
      <w:r w:rsidR="00CF4976">
        <w:t>OnSite</w:t>
      </w:r>
      <w:r>
        <w:t xml:space="preserve">; </w:t>
      </w:r>
      <w:r w:rsidR="00BD09C1">
        <w:t>Sterling 3</w:t>
      </w:r>
      <w:r>
        <w:t>; $20 ($23)</w:t>
      </w:r>
      <w:r>
        <w:br/>
      </w:r>
      <w:r>
        <w:br/>
      </w:r>
      <w:r w:rsidRPr="14638D2A">
        <w:rPr>
          <w:b/>
          <w:bCs/>
        </w:rPr>
        <w:t>Hope Through Hard Times</w:t>
      </w:r>
      <w:r>
        <w:br/>
        <w:t>Join the Multi</w:t>
      </w:r>
      <w:r>
        <w:noBreakHyphen/>
        <w:t>Cultural Affairs Committee for an uplifting evening of connection, reflection, and community. This in</w:t>
      </w:r>
      <w:r>
        <w:noBreakHyphen/>
        <w:t>person mixer invites ACB members to come together in fellowship and share songs of hope, change, and resilience during these challenging times. Whether your favorite tune is a powerful protest anthem, a song of personal triumph, or a melody that moves you toward unity, bring it in your heart and mind to celebrate the strength and spirit that music inspires. Let’s mix, mingle, and raise our collective voices for hope and renewal.</w:t>
      </w:r>
    </w:p>
    <w:p w14:paraId="7A2930D2" w14:textId="77777777" w:rsidR="008251C4" w:rsidRPr="004703CB" w:rsidRDefault="008251C4" w:rsidP="009E7A4A"/>
    <w:p w14:paraId="0AE6F063" w14:textId="6475DB0D" w:rsidR="00A62D24" w:rsidRPr="004703CB" w:rsidRDefault="00A62D24" w:rsidP="009E7A4A">
      <w:pPr>
        <w:pStyle w:val="Heading2"/>
      </w:pPr>
      <w:bookmarkStart w:id="91" w:name="_Toc232406170"/>
      <w:r w:rsidRPr="004703CB">
        <w:t>Pedestrian Environmental Access Committee</w:t>
      </w:r>
      <w:bookmarkStart w:id="92" w:name="_Toc198814989"/>
      <w:bookmarkEnd w:id="91"/>
    </w:p>
    <w:p w14:paraId="6CD114A7" w14:textId="7E31059E" w:rsidR="00A62D24" w:rsidRPr="004703CB" w:rsidRDefault="00A62D24" w:rsidP="009E7A4A">
      <w:r w:rsidRPr="004703CB">
        <w:t>Chair: Liz Botner</w:t>
      </w:r>
    </w:p>
    <w:p w14:paraId="66D1A874" w14:textId="77777777" w:rsidR="00A62D24" w:rsidRPr="004703CB" w:rsidRDefault="00A62D24" w:rsidP="009E7A4A"/>
    <w:p w14:paraId="6FFCBFA8" w14:textId="44E0944A" w:rsidR="00A62D24" w:rsidRPr="004703CB" w:rsidRDefault="00A62D24" w:rsidP="009E7A4A">
      <w:pPr>
        <w:rPr>
          <w:b/>
          <w:bCs/>
        </w:rPr>
      </w:pPr>
      <w:r w:rsidRPr="004703CB">
        <w:rPr>
          <w:b/>
          <w:bCs/>
        </w:rPr>
        <w:t xml:space="preserve">Wednesday, July </w:t>
      </w:r>
      <w:r w:rsidR="00D535A4" w:rsidRPr="004703CB">
        <w:rPr>
          <w:b/>
          <w:bCs/>
        </w:rPr>
        <w:t>29</w:t>
      </w:r>
    </w:p>
    <w:p w14:paraId="66B1223E" w14:textId="68BA19C5" w:rsidR="00A62D24" w:rsidRDefault="00A62D24" w:rsidP="14638D2A">
      <w:r w:rsidRPr="14638D2A">
        <w:rPr>
          <w:rFonts w:eastAsia="Times New Roman"/>
        </w:rPr>
        <w:t>3:00</w:t>
      </w:r>
      <w:r>
        <w:t xml:space="preserve"> pm </w:t>
      </w:r>
      <w:r w:rsidR="005F5232">
        <w:t>-</w:t>
      </w:r>
      <w:r>
        <w:t xml:space="preserve"> 6:45 pm: PEAC Presents Promoting Access in the Built Environment</w:t>
      </w:r>
      <w:r w:rsidR="003A531F">
        <w:t xml:space="preserve">; </w:t>
      </w:r>
      <w:r>
        <w:t xml:space="preserve">A </w:t>
      </w:r>
      <w:r w:rsidR="00D535A4">
        <w:t>2-part</w:t>
      </w:r>
      <w:r>
        <w:t xml:space="preserve"> Educational Series; Hybrid; </w:t>
      </w:r>
      <w:r w:rsidR="00F93479">
        <w:t>Sterling 3</w:t>
      </w:r>
      <w:r>
        <w:br/>
      </w:r>
      <w:r>
        <w:br/>
        <w:t>Join PEAC and Gene Boecker from Code Consultants, Inc</w:t>
      </w:r>
      <w:r w:rsidR="49BF1E7F">
        <w:t>.</w:t>
      </w:r>
      <w:r>
        <w:t xml:space="preserve"> (CCI) for a dynamic two-session series dedicated to advancing access and inclusion for people who are blind or have low vision in the built environment. This program is designed for anyone interested in learning how to advocate for or create more accessible spaces.</w:t>
      </w:r>
      <w:r>
        <w:br/>
        <w:t xml:space="preserve">Explore the rich history and evolving landscape of accessibility, examining the key organizations at the forefront of change and the development of standards and regulations that shape inclusive design today. Special emphasis will be placed on the unique needs and rights of individuals who are blind or </w:t>
      </w:r>
      <w:r w:rsidR="00213E96">
        <w:t xml:space="preserve">have </w:t>
      </w:r>
      <w:r>
        <w:t>low vision, with practical applications that architects, engineers, facility managers, and other stakeholders use.</w:t>
      </w:r>
      <w:r>
        <w:br/>
      </w:r>
    </w:p>
    <w:p w14:paraId="5C136F7B" w14:textId="0F3669D4" w:rsidR="00A62D24" w:rsidRDefault="00A62D24" w:rsidP="14638D2A">
      <w:r>
        <w:t>Learning Objectives:</w:t>
      </w:r>
      <w:r>
        <w:br/>
        <w:t>- Understand the historical context of accessibility in the build environment and the pivotal role of advocacy organizations.</w:t>
      </w:r>
      <w:r>
        <w:br/>
        <w:t>- Identify major standards and regulations (such as the Americans with Disabilities Act and relevant building codes) that impact access for people who are blind or low vision.</w:t>
      </w:r>
      <w:r>
        <w:br/>
        <w:t>- Explore best practices for designing, constructing, and maintaining environments that promote independence and inclusion.</w:t>
      </w:r>
      <w:r>
        <w:br/>
        <w:t>- Engage with an expert, ask questions, and apply learnings to real-world scenarios.</w:t>
      </w:r>
      <w:r>
        <w:br/>
      </w:r>
      <w:r>
        <w:br/>
        <w:t xml:space="preserve">Who Should Attend? This series is ideal for anyone eager to champion inclusion in public and private spaces. Don't </w:t>
      </w:r>
      <w:r w:rsidR="3B5B60B9">
        <w:t>m</w:t>
      </w:r>
      <w:r>
        <w:t xml:space="preserve">iss </w:t>
      </w:r>
      <w:r w:rsidR="16C9A4A8">
        <w:t>o</w:t>
      </w:r>
      <w:r>
        <w:t>ut! Be part of the movement to make our communities accessible for all and help shape a more inclusive future.</w:t>
      </w:r>
    </w:p>
    <w:p w14:paraId="1E16DAE0" w14:textId="77777777" w:rsidR="00B952AF" w:rsidRPr="004703CB" w:rsidRDefault="00B952AF" w:rsidP="009E7A4A"/>
    <w:p w14:paraId="639E82C8" w14:textId="6AA9B08D" w:rsidR="00D51B38" w:rsidRPr="004703CB" w:rsidRDefault="00D51B38" w:rsidP="009E7A4A">
      <w:pPr>
        <w:pStyle w:val="Heading2"/>
      </w:pPr>
      <w:bookmarkStart w:id="93" w:name="_Toc232406171"/>
      <w:r w:rsidRPr="004703CB">
        <w:t>Rehab Issues Task Force Committee</w:t>
      </w:r>
      <w:bookmarkEnd w:id="92"/>
      <w:bookmarkEnd w:id="93"/>
    </w:p>
    <w:p w14:paraId="7D8BF23B" w14:textId="19A4E002" w:rsidR="00D51B38" w:rsidRPr="004703CB" w:rsidRDefault="006D69EE" w:rsidP="009E7A4A">
      <w:r w:rsidRPr="004703CB">
        <w:t>Chair: Christine Hunsinger</w:t>
      </w:r>
    </w:p>
    <w:p w14:paraId="5C6D10D9" w14:textId="77777777" w:rsidR="00003B70" w:rsidRPr="004703CB" w:rsidRDefault="00003B70" w:rsidP="009E7A4A"/>
    <w:p w14:paraId="68443C70" w14:textId="2488923A" w:rsidR="00003B70" w:rsidRPr="004703CB" w:rsidRDefault="00003B70" w:rsidP="009E7A4A">
      <w:pPr>
        <w:rPr>
          <w:b/>
          <w:bCs/>
        </w:rPr>
      </w:pPr>
      <w:r w:rsidRPr="004703CB">
        <w:rPr>
          <w:b/>
          <w:bCs/>
        </w:rPr>
        <w:t>Sunday, July 26</w:t>
      </w:r>
    </w:p>
    <w:p w14:paraId="49E42626" w14:textId="2CBA82E7" w:rsidR="00334762" w:rsidRPr="004703CB" w:rsidRDefault="00003B70" w:rsidP="009E7A4A">
      <w:r w:rsidRPr="004703CB">
        <w:rPr>
          <w:rFonts w:eastAsia="Times New Roman"/>
        </w:rPr>
        <w:t>3:00</w:t>
      </w:r>
      <w:r w:rsidRPr="004703CB">
        <w:t xml:space="preserve"> pm </w:t>
      </w:r>
      <w:r w:rsidR="005F5232" w:rsidRPr="004703CB">
        <w:t>-</w:t>
      </w:r>
      <w:r w:rsidRPr="004703CB">
        <w:t xml:space="preserve"> 4:15 pm: What Does the New Era Mean for Rehabilitation </w:t>
      </w:r>
      <w:r w:rsidR="005F5232" w:rsidRPr="004703CB">
        <w:t>-</w:t>
      </w:r>
      <w:r w:rsidRPr="004703CB">
        <w:t xml:space="preserve"> A Rehab Task Force Discussion; Hybrid; </w:t>
      </w:r>
      <w:r w:rsidR="004A0ACB" w:rsidRPr="004703CB">
        <w:t>Sterling 3</w:t>
      </w:r>
      <w:r w:rsidR="005F5232" w:rsidRPr="004703CB">
        <w:br/>
      </w:r>
      <w:r w:rsidR="00F92D5D" w:rsidRPr="004703CB">
        <w:br/>
      </w:r>
      <w:r w:rsidR="00714C3D" w:rsidRPr="004703CB">
        <w:t>Has the Rehabilitation Services Administration moved to the Department of Labor? Did the Older Independent Blind Program move with it? What does it all mean to service providers and clients? And where do we go from here? We'll take a look from the national, state, and local points of view.</w:t>
      </w:r>
      <w:r w:rsidR="005F5232" w:rsidRPr="004703CB">
        <w:br/>
      </w:r>
      <w:r w:rsidR="00F92D5D" w:rsidRPr="004703CB">
        <w:br/>
      </w:r>
      <w:r w:rsidR="00334762" w:rsidRPr="004703CB">
        <w:t>Presenters: Greg Trapp, President</w:t>
      </w:r>
      <w:r w:rsidR="09B228F5">
        <w:t>,</w:t>
      </w:r>
      <w:r w:rsidR="00334762">
        <w:t xml:space="preserve"> National Council of State Agencies for the Blind (NCSAB), Executive Director</w:t>
      </w:r>
      <w:r w:rsidR="35781E94">
        <w:t>,</w:t>
      </w:r>
      <w:r w:rsidR="00334762">
        <w:t xml:space="preserve"> New Mexico Commission for the Blind, Albuquerque, NM; Tracy Anderson, President</w:t>
      </w:r>
      <w:r w:rsidR="78C4172B">
        <w:t>,</w:t>
      </w:r>
      <w:r w:rsidR="00334762">
        <w:t xml:space="preserve"> Missouri Council of the Blind, St. Louis, MO; Ricardo Salazar, President</w:t>
      </w:r>
      <w:r w:rsidR="74BE812B">
        <w:t>,</w:t>
      </w:r>
      <w:r w:rsidR="00334762">
        <w:t xml:space="preserve"> ACB Students, Miami, FL</w:t>
      </w:r>
    </w:p>
    <w:p w14:paraId="364626C2" w14:textId="77777777" w:rsidR="00003B70" w:rsidRPr="004703CB" w:rsidRDefault="00003B70" w:rsidP="009E7A4A"/>
    <w:p w14:paraId="7CD8AB3B" w14:textId="77777777" w:rsidR="00D51B38" w:rsidRPr="004703CB" w:rsidRDefault="00D51B38" w:rsidP="009E7A4A">
      <w:pPr>
        <w:pStyle w:val="Heading2"/>
      </w:pPr>
      <w:bookmarkStart w:id="94" w:name="_Toc198814990"/>
      <w:bookmarkStart w:id="95" w:name="_Toc232406172"/>
      <w:r w:rsidRPr="004703CB">
        <w:t>Scholarship Committee</w:t>
      </w:r>
      <w:bookmarkEnd w:id="94"/>
      <w:bookmarkEnd w:id="95"/>
    </w:p>
    <w:p w14:paraId="75A5EE84" w14:textId="1C02B056" w:rsidR="00F90D5B" w:rsidRPr="004703CB" w:rsidRDefault="00F90D5B" w:rsidP="009E7A4A">
      <w:r w:rsidRPr="004703CB">
        <w:t>Chair: Amanda Selm</w:t>
      </w:r>
    </w:p>
    <w:p w14:paraId="7E96CA61" w14:textId="77777777" w:rsidR="006B1AB3" w:rsidRPr="004703CB" w:rsidRDefault="006B1AB3" w:rsidP="009E7A4A"/>
    <w:p w14:paraId="1F2DE28F" w14:textId="2E3385BF" w:rsidR="00D51B38" w:rsidRPr="004703CB" w:rsidRDefault="00D51B38" w:rsidP="009E7A4A">
      <w:pPr>
        <w:rPr>
          <w:b/>
          <w:bCs/>
        </w:rPr>
      </w:pPr>
      <w:r w:rsidRPr="004703CB">
        <w:rPr>
          <w:b/>
          <w:bCs/>
        </w:rPr>
        <w:t xml:space="preserve">Saturday, July </w:t>
      </w:r>
      <w:r w:rsidR="00F90D5B" w:rsidRPr="004703CB">
        <w:rPr>
          <w:b/>
          <w:bCs/>
        </w:rPr>
        <w:t>2</w:t>
      </w:r>
      <w:r w:rsidRPr="004703CB">
        <w:rPr>
          <w:b/>
          <w:bCs/>
        </w:rPr>
        <w:t>5</w:t>
      </w:r>
    </w:p>
    <w:p w14:paraId="3E593F9F" w14:textId="6CC41257" w:rsidR="00D51B38" w:rsidRDefault="00D51B38" w:rsidP="009E7A4A">
      <w:pPr>
        <w:rPr>
          <w:spacing w:val="-4"/>
        </w:rPr>
      </w:pPr>
      <w:r w:rsidRPr="004703CB">
        <w:rPr>
          <w:rFonts w:eastAsia="Times New Roman"/>
        </w:rPr>
        <w:t>12</w:t>
      </w:r>
      <w:r w:rsidRPr="004703CB">
        <w:t xml:space="preserve">:15 pm </w:t>
      </w:r>
      <w:r w:rsidR="005F5232" w:rsidRPr="004703CB">
        <w:t>-</w:t>
      </w:r>
      <w:r w:rsidRPr="004703CB">
        <w:t xml:space="preserve"> </w:t>
      </w:r>
      <w:r w:rsidR="00184388" w:rsidRPr="004703CB">
        <w:t>2:15</w:t>
      </w:r>
      <w:r w:rsidRPr="004703CB">
        <w:t xml:space="preserve"> pm</w:t>
      </w:r>
      <w:r w:rsidR="00F90D5B" w:rsidRPr="004703CB">
        <w:t xml:space="preserve">: </w:t>
      </w:r>
      <w:r w:rsidRPr="004703CB">
        <w:t>Scholarship Winners’ Luncheon</w:t>
      </w:r>
      <w:r w:rsidR="00F90D5B" w:rsidRPr="004703CB">
        <w:t xml:space="preserve"> </w:t>
      </w:r>
      <w:r w:rsidR="00F90D5B" w:rsidRPr="004703CB">
        <w:rPr>
          <w:spacing w:val="-4"/>
        </w:rPr>
        <w:t>and Icebreaker</w:t>
      </w:r>
      <w:r w:rsidRPr="004703CB">
        <w:rPr>
          <w:spacing w:val="-4"/>
        </w:rPr>
        <w:t xml:space="preserve"> (by invitation</w:t>
      </w:r>
      <w:r w:rsidRPr="004703CB">
        <w:rPr>
          <w:rFonts w:eastAsia="Times New Roman"/>
          <w:spacing w:val="-4"/>
        </w:rPr>
        <w:t xml:space="preserve"> only)</w:t>
      </w:r>
      <w:r w:rsidR="00F90D5B" w:rsidRPr="004703CB">
        <w:rPr>
          <w:rFonts w:eastAsia="Times New Roman"/>
          <w:spacing w:val="-4"/>
        </w:rPr>
        <w:t xml:space="preserve">; </w:t>
      </w:r>
      <w:r w:rsidR="00CF4976" w:rsidRPr="004703CB">
        <w:rPr>
          <w:spacing w:val="-4"/>
        </w:rPr>
        <w:t>OnSite</w:t>
      </w:r>
      <w:r w:rsidR="00F90D5B" w:rsidRPr="004703CB">
        <w:rPr>
          <w:spacing w:val="-4"/>
        </w:rPr>
        <w:t>;</w:t>
      </w:r>
      <w:r w:rsidR="006A3361" w:rsidRPr="004703CB">
        <w:rPr>
          <w:spacing w:val="-4"/>
        </w:rPr>
        <w:t xml:space="preserve"> </w:t>
      </w:r>
      <w:r w:rsidR="008213DB" w:rsidRPr="004703CB">
        <w:rPr>
          <w:spacing w:val="-4"/>
        </w:rPr>
        <w:t>Sterling 6</w:t>
      </w:r>
    </w:p>
    <w:p w14:paraId="3BD85805" w14:textId="77777777" w:rsidR="00D874C3" w:rsidRPr="004703CB" w:rsidRDefault="00D874C3" w:rsidP="009E7A4A"/>
    <w:p w14:paraId="417DD855" w14:textId="5888839B" w:rsidR="00D51B38" w:rsidRPr="004703CB" w:rsidRDefault="006A3361" w:rsidP="009E7A4A">
      <w:pPr>
        <w:rPr>
          <w:b/>
          <w:bCs/>
        </w:rPr>
      </w:pPr>
      <w:r w:rsidRPr="004703CB">
        <w:rPr>
          <w:b/>
          <w:bCs/>
        </w:rPr>
        <w:t>Monday, July 27</w:t>
      </w:r>
    </w:p>
    <w:p w14:paraId="248FC2DE" w14:textId="6157AA72" w:rsidR="006A3361" w:rsidRPr="004703CB" w:rsidRDefault="006A3361" w:rsidP="009E7A4A">
      <w:r w:rsidRPr="004703CB">
        <w:t>7</w:t>
      </w:r>
      <w:r w:rsidR="00D51B38" w:rsidRPr="004703CB">
        <w:t>:</w:t>
      </w:r>
      <w:r w:rsidR="00251EC3" w:rsidRPr="004703CB">
        <w:t>3</w:t>
      </w:r>
      <w:r w:rsidR="00D51B38" w:rsidRPr="004703CB">
        <w:t xml:space="preserve">0 pm </w:t>
      </w:r>
      <w:r w:rsidR="005F5232" w:rsidRPr="004703CB">
        <w:t>-</w:t>
      </w:r>
      <w:r w:rsidR="00D51B38" w:rsidRPr="004703CB">
        <w:t xml:space="preserve"> </w:t>
      </w:r>
      <w:r w:rsidR="00251EC3" w:rsidRPr="004703CB">
        <w:t>9</w:t>
      </w:r>
      <w:r w:rsidR="00D51B38" w:rsidRPr="004703CB">
        <w:t>:</w:t>
      </w:r>
      <w:r w:rsidR="00251EC3" w:rsidRPr="004703CB">
        <w:t>0</w:t>
      </w:r>
      <w:r w:rsidRPr="004703CB">
        <w:t>0</w:t>
      </w:r>
      <w:r w:rsidR="00D51B38" w:rsidRPr="004703CB">
        <w:t xml:space="preserve"> pm</w:t>
      </w:r>
      <w:r w:rsidRPr="004703CB">
        <w:t xml:space="preserve">: </w:t>
      </w:r>
      <w:r w:rsidR="00D51B38" w:rsidRPr="004703CB">
        <w:t xml:space="preserve">Scholarship Recipients </w:t>
      </w:r>
      <w:r w:rsidRPr="004703CB">
        <w:t xml:space="preserve">Reception; </w:t>
      </w:r>
      <w:r w:rsidR="00CF4976" w:rsidRPr="004703CB">
        <w:t>OnSite</w:t>
      </w:r>
      <w:r w:rsidRPr="004703CB">
        <w:t xml:space="preserve">; </w:t>
      </w:r>
      <w:r w:rsidR="008213DB" w:rsidRPr="004703CB">
        <w:t>Gateway East</w:t>
      </w:r>
      <w:r w:rsidR="005F5232" w:rsidRPr="004703CB">
        <w:br/>
      </w:r>
      <w:r w:rsidR="00F92D5D" w:rsidRPr="004703CB">
        <w:br/>
      </w:r>
      <w:r w:rsidRPr="004703CB">
        <w:t>Meet and mingle with the 2025 scholarship winners. Special-interest affiliate presidents are welcome to say a few words about their affiliate, to encourage today’s winners to become tomorrow’s future leaders.</w:t>
      </w:r>
    </w:p>
    <w:p w14:paraId="10227311" w14:textId="77777777" w:rsidR="00D51B38" w:rsidRPr="004703CB" w:rsidRDefault="00D51B38" w:rsidP="009E7A4A"/>
    <w:p w14:paraId="14A5181D" w14:textId="77777777" w:rsidR="00D51B38" w:rsidRPr="004703CB" w:rsidRDefault="00D51B38" w:rsidP="009E7A4A">
      <w:pPr>
        <w:pStyle w:val="Heading2"/>
      </w:pPr>
      <w:bookmarkStart w:id="96" w:name="_Toc198814991"/>
      <w:bookmarkStart w:id="97" w:name="_Toc232406173"/>
      <w:r w:rsidRPr="004703CB">
        <w:t>Sight and Sound Impaired Committee</w:t>
      </w:r>
      <w:bookmarkEnd w:id="96"/>
      <w:bookmarkEnd w:id="97"/>
    </w:p>
    <w:p w14:paraId="33F32064" w14:textId="27A183F7" w:rsidR="0041642A" w:rsidRPr="004703CB" w:rsidRDefault="0041642A" w:rsidP="009E7A4A">
      <w:r>
        <w:t>Chair: Carl Richardson</w:t>
      </w:r>
    </w:p>
    <w:p w14:paraId="6BF7F4CE" w14:textId="5E80D787" w:rsidR="007467FF" w:rsidRDefault="007467FF">
      <w:pPr>
        <w:rPr>
          <w:b/>
          <w:bCs/>
        </w:rPr>
      </w:pPr>
    </w:p>
    <w:p w14:paraId="7AB2D41A" w14:textId="62E450AD" w:rsidR="00D51B38" w:rsidRPr="004703CB" w:rsidRDefault="00D51B38" w:rsidP="009E7A4A">
      <w:pPr>
        <w:rPr>
          <w:b/>
          <w:bCs/>
        </w:rPr>
      </w:pPr>
      <w:r w:rsidRPr="004703CB">
        <w:rPr>
          <w:b/>
          <w:bCs/>
        </w:rPr>
        <w:t>Thursday, Ju</w:t>
      </w:r>
      <w:r w:rsidR="0041642A" w:rsidRPr="004703CB">
        <w:rPr>
          <w:b/>
          <w:bCs/>
        </w:rPr>
        <w:t>ly</w:t>
      </w:r>
      <w:r w:rsidRPr="004703CB">
        <w:rPr>
          <w:b/>
          <w:bCs/>
        </w:rPr>
        <w:t xml:space="preserve"> </w:t>
      </w:r>
      <w:r w:rsidR="0041642A" w:rsidRPr="004703CB">
        <w:rPr>
          <w:b/>
          <w:bCs/>
        </w:rPr>
        <w:t>1</w:t>
      </w:r>
      <w:r w:rsidRPr="004703CB">
        <w:rPr>
          <w:b/>
          <w:bCs/>
        </w:rPr>
        <w:t>6</w:t>
      </w:r>
    </w:p>
    <w:p w14:paraId="43AF162A" w14:textId="6DB86D53" w:rsidR="0041642A" w:rsidRPr="004703CB" w:rsidRDefault="00D51B38" w:rsidP="009E7A4A">
      <w:r w:rsidRPr="004703CB">
        <w:t xml:space="preserve">5:30 pm </w:t>
      </w:r>
      <w:r w:rsidR="005F5232" w:rsidRPr="004703CB">
        <w:t>-</w:t>
      </w:r>
      <w:r w:rsidRPr="004703CB">
        <w:t xml:space="preserve"> 6:45 pm</w:t>
      </w:r>
      <w:r w:rsidR="0041642A" w:rsidRPr="004703CB">
        <w:t xml:space="preserve">: </w:t>
      </w:r>
      <w:r w:rsidRPr="004703CB">
        <w:t>SASI Social</w:t>
      </w:r>
      <w:r w:rsidR="0041642A" w:rsidRPr="004703CB">
        <w:t xml:space="preserve">; </w:t>
      </w:r>
      <w:r w:rsidRPr="004703CB">
        <w:t>Virtual</w:t>
      </w:r>
      <w:r w:rsidR="005F5232" w:rsidRPr="004703CB">
        <w:br/>
      </w:r>
      <w:r w:rsidR="00F92D5D" w:rsidRPr="004703CB">
        <w:br/>
      </w:r>
      <w:r w:rsidR="0041642A" w:rsidRPr="004703CB">
        <w:t xml:space="preserve">The title says it all. This is strictly a social where individuals with </w:t>
      </w:r>
      <w:r w:rsidR="001779DE" w:rsidRPr="004703CB">
        <w:t>dual</w:t>
      </w:r>
      <w:r w:rsidR="0041642A" w:rsidRPr="004703CB">
        <w:t xml:space="preserve"> sensory loss of vision and hearing join together to meet each other, learn from each other, and gather inspiration on how to live our lives to the fullest.</w:t>
      </w:r>
    </w:p>
    <w:p w14:paraId="7C9D86C1" w14:textId="77777777" w:rsidR="00D51B38" w:rsidRPr="004703CB" w:rsidRDefault="00D51B38" w:rsidP="009E7A4A"/>
    <w:p w14:paraId="42478C4E" w14:textId="12CA3D9D" w:rsidR="00D51B38" w:rsidRPr="004703CB" w:rsidRDefault="00D51B38" w:rsidP="009E7A4A">
      <w:pPr>
        <w:pStyle w:val="Heading2"/>
      </w:pPr>
      <w:bookmarkStart w:id="98" w:name="_Toc198814992"/>
      <w:bookmarkStart w:id="99" w:name="_Toc232406174"/>
      <w:r w:rsidRPr="004703CB">
        <w:t>Walk Committee</w:t>
      </w:r>
      <w:bookmarkEnd w:id="98"/>
      <w:bookmarkEnd w:id="99"/>
    </w:p>
    <w:p w14:paraId="7E3AE76D" w14:textId="3870BB0A" w:rsidR="0041642A" w:rsidRPr="004703CB" w:rsidRDefault="0041642A" w:rsidP="009E7A4A">
      <w:r w:rsidRPr="004703CB">
        <w:t>Chair: Donna Brown</w:t>
      </w:r>
    </w:p>
    <w:p w14:paraId="1C7F8546" w14:textId="77777777" w:rsidR="0041642A" w:rsidRPr="004703CB" w:rsidRDefault="0041642A" w:rsidP="009E7A4A"/>
    <w:p w14:paraId="4DDE5F48" w14:textId="2E57FD26" w:rsidR="00D51B38" w:rsidRPr="004703CB" w:rsidRDefault="0041642A" w:rsidP="009E7A4A">
      <w:pPr>
        <w:rPr>
          <w:b/>
          <w:bCs/>
        </w:rPr>
      </w:pPr>
      <w:r w:rsidRPr="004703CB">
        <w:rPr>
          <w:b/>
          <w:bCs/>
        </w:rPr>
        <w:t>Mon</w:t>
      </w:r>
      <w:r w:rsidR="00D51B38" w:rsidRPr="004703CB">
        <w:rPr>
          <w:b/>
          <w:bCs/>
        </w:rPr>
        <w:t xml:space="preserve">day, July </w:t>
      </w:r>
      <w:r w:rsidRPr="004703CB">
        <w:rPr>
          <w:b/>
          <w:bCs/>
        </w:rPr>
        <w:t>27</w:t>
      </w:r>
      <w:r w:rsidR="00D51B38" w:rsidRPr="004703CB">
        <w:rPr>
          <w:b/>
          <w:bCs/>
        </w:rPr>
        <w:t xml:space="preserve"> </w:t>
      </w:r>
    </w:p>
    <w:p w14:paraId="16C093EE" w14:textId="50104EB7" w:rsidR="009C3EF2" w:rsidRPr="004703CB" w:rsidRDefault="0041642A" w:rsidP="009E7A4A">
      <w:r>
        <w:t xml:space="preserve">5:00 pm </w:t>
      </w:r>
      <w:r w:rsidR="005F5232">
        <w:t>-</w:t>
      </w:r>
      <w:r>
        <w:t xml:space="preserve"> 7:00</w:t>
      </w:r>
      <w:r w:rsidR="00D51B38">
        <w:t xml:space="preserve"> pm</w:t>
      </w:r>
      <w:r>
        <w:t>:</w:t>
      </w:r>
      <w:r w:rsidR="00D51B38">
        <w:t xml:space="preserve"> </w:t>
      </w:r>
      <w:r w:rsidR="00D74935">
        <w:t xml:space="preserve">March to the Arch </w:t>
      </w:r>
      <w:r w:rsidR="005F5232">
        <w:t>-</w:t>
      </w:r>
      <w:r w:rsidR="00D74935">
        <w:t xml:space="preserve"> ACB Brenda Dillon Memorial Walk</w:t>
      </w:r>
      <w:r>
        <w:t xml:space="preserve">; </w:t>
      </w:r>
      <w:r w:rsidR="00CF4976">
        <w:t>OnSite</w:t>
      </w:r>
      <w:r>
        <w:t xml:space="preserve">; </w:t>
      </w:r>
      <w:r w:rsidR="00D74892">
        <w:t>Lobby</w:t>
      </w:r>
      <w:r w:rsidR="00D74935">
        <w:t>; $20</w:t>
      </w:r>
      <w:r>
        <w:br/>
      </w:r>
      <w:r>
        <w:br/>
      </w:r>
      <w:r w:rsidR="00D74935">
        <w:t xml:space="preserve">Join us for a fun and flexible event featuring a </w:t>
      </w:r>
      <w:r w:rsidR="00F97D6C">
        <w:t>10</w:t>
      </w:r>
      <w:r w:rsidR="1D609015">
        <w:t>-</w:t>
      </w:r>
      <w:r w:rsidR="00213E96">
        <w:t xml:space="preserve"> </w:t>
      </w:r>
      <w:r w:rsidR="00F97D6C">
        <w:t>to</w:t>
      </w:r>
      <w:r w:rsidR="00213E96">
        <w:t xml:space="preserve"> </w:t>
      </w:r>
      <w:r w:rsidR="00F97D6C">
        <w:t>20</w:t>
      </w:r>
      <w:r w:rsidR="645B6CBC">
        <w:t>-</w:t>
      </w:r>
      <w:r w:rsidR="00F97D6C">
        <w:t>minute</w:t>
      </w:r>
      <w:r w:rsidR="00D74935">
        <w:t xml:space="preserve"> walk to the Gateway Arch. Seating will be available for those who need to rest along the way. You are welcome to stay for the full two hours or simply enjoy the walk and return to the hotel at your own pace. </w:t>
      </w:r>
      <w:r>
        <w:br/>
      </w:r>
      <w:r w:rsidR="00D74935">
        <w:t>A $20 registration fee reserves your spot and helps organizers plan. The Walk to St. Louis challenge winners will be announced during the event.</w:t>
      </w:r>
      <w:r>
        <w:br/>
      </w:r>
      <w:r>
        <w:br/>
      </w:r>
      <w:r w:rsidR="009C3EF2">
        <w:t xml:space="preserve">Co-sponsored by Brenda Dillon Memorial Walk Committee and the Get Up </w:t>
      </w:r>
      <w:r w:rsidR="2504A607">
        <w:t xml:space="preserve">and </w:t>
      </w:r>
      <w:r w:rsidR="009C3EF2">
        <w:t>Get Moving Committee.</w:t>
      </w:r>
    </w:p>
    <w:p w14:paraId="15E91A80" w14:textId="77777777" w:rsidR="00A131A6" w:rsidRPr="004703CB" w:rsidRDefault="00A131A6" w:rsidP="009E7A4A"/>
    <w:p w14:paraId="1116CCFA" w14:textId="77777777" w:rsidR="005B52DE" w:rsidRDefault="005B52DE">
      <w:pPr>
        <w:rPr>
          <w:rFonts w:eastAsiaTheme="majorEastAsia" w:cstheme="majorBidi"/>
          <w:b/>
          <w:bCs/>
          <w:sz w:val="44"/>
          <w:szCs w:val="28"/>
        </w:rPr>
      </w:pPr>
      <w:bookmarkStart w:id="100" w:name="_Toc198814993"/>
      <w:r>
        <w:br w:type="page"/>
      </w:r>
    </w:p>
    <w:p w14:paraId="07637AC0" w14:textId="20C71900" w:rsidR="00B6627B" w:rsidRPr="004703CB" w:rsidRDefault="00B6627B" w:rsidP="009E7A4A">
      <w:pPr>
        <w:pStyle w:val="Heading1"/>
      </w:pPr>
      <w:bookmarkStart w:id="101" w:name="_Toc232406175"/>
      <w:r>
        <w:t>Other Meetings and Programs</w:t>
      </w:r>
      <w:bookmarkEnd w:id="100"/>
      <w:bookmarkEnd w:id="101"/>
    </w:p>
    <w:p w14:paraId="4C60DB26" w14:textId="6CD73F98" w:rsidR="14638D2A" w:rsidRDefault="14638D2A" w:rsidP="14638D2A">
      <w:pPr>
        <w:rPr>
          <w:b/>
          <w:bCs/>
        </w:rPr>
      </w:pPr>
    </w:p>
    <w:p w14:paraId="0E68D498" w14:textId="77777777" w:rsidR="00B6627B" w:rsidRPr="004703CB" w:rsidRDefault="00B6627B" w:rsidP="14638D2A">
      <w:pPr>
        <w:pStyle w:val="Heading2"/>
      </w:pPr>
      <w:bookmarkStart w:id="102" w:name="_Toc232406176"/>
      <w:r>
        <w:t>Advocacy Issues</w:t>
      </w:r>
      <w:bookmarkEnd w:id="102"/>
    </w:p>
    <w:p w14:paraId="2C183B40" w14:textId="7B443D2B" w:rsidR="14638D2A" w:rsidRDefault="14638D2A" w:rsidP="14638D2A">
      <w:pPr>
        <w:rPr>
          <w:b/>
          <w:bCs/>
        </w:rPr>
      </w:pPr>
    </w:p>
    <w:p w14:paraId="66B09193" w14:textId="54428E04" w:rsidR="00B6627B" w:rsidRPr="004703CB" w:rsidRDefault="00B6627B" w:rsidP="009E7A4A">
      <w:pPr>
        <w:rPr>
          <w:b/>
          <w:bCs/>
        </w:rPr>
      </w:pPr>
      <w:r w:rsidRPr="004703CB">
        <w:rPr>
          <w:b/>
          <w:bCs/>
        </w:rPr>
        <w:t xml:space="preserve">Tuesday, July </w:t>
      </w:r>
      <w:r w:rsidR="00F97D6C" w:rsidRPr="004703CB">
        <w:rPr>
          <w:b/>
          <w:bCs/>
        </w:rPr>
        <w:t>2</w:t>
      </w:r>
      <w:r w:rsidRPr="004703CB">
        <w:rPr>
          <w:b/>
          <w:bCs/>
        </w:rPr>
        <w:t>8</w:t>
      </w:r>
    </w:p>
    <w:p w14:paraId="7BECBAB5" w14:textId="30A3E460" w:rsidR="00F97D6C" w:rsidRPr="004703CB" w:rsidRDefault="00B6627B" w:rsidP="009E7A4A">
      <w:r w:rsidRPr="004703CB">
        <w:t xml:space="preserve">7:00 am </w:t>
      </w:r>
      <w:r w:rsidR="005F5232" w:rsidRPr="004703CB">
        <w:t>-</w:t>
      </w:r>
      <w:r w:rsidRPr="004703CB">
        <w:t xml:space="preserve"> 8:15 am</w:t>
      </w:r>
      <w:r w:rsidR="00F97D6C" w:rsidRPr="004703CB">
        <w:t xml:space="preserve">: </w:t>
      </w:r>
      <w:r w:rsidRPr="004703CB">
        <w:t>AFB Breakfast</w:t>
      </w:r>
      <w:r w:rsidR="00F97D6C" w:rsidRPr="004703CB">
        <w:t xml:space="preserve">; </w:t>
      </w:r>
      <w:r w:rsidR="00CF4976" w:rsidRPr="004703CB">
        <w:t>OnSite</w:t>
      </w:r>
      <w:r w:rsidR="00F97D6C" w:rsidRPr="004703CB">
        <w:t xml:space="preserve">; </w:t>
      </w:r>
      <w:r w:rsidR="008213DB" w:rsidRPr="004703CB">
        <w:t>Parkview</w:t>
      </w:r>
      <w:r w:rsidR="00F97D6C" w:rsidRPr="004703CB">
        <w:t>; $20</w:t>
      </w:r>
      <w:r w:rsidR="005F5232" w:rsidRPr="004703CB">
        <w:br/>
      </w:r>
      <w:r w:rsidR="00F92D5D" w:rsidRPr="004703CB">
        <w:br/>
      </w:r>
      <w:r w:rsidR="00F97D6C" w:rsidRPr="004703CB">
        <w:t>Join the American Foundation for the Blind at its annual breakfast, where guests will learn what's on the horizon for AFB and have an opportunity to meet with President and CEO Eric Bridges along with other members of the AFB team.</w:t>
      </w:r>
    </w:p>
    <w:p w14:paraId="520FAD14" w14:textId="77777777" w:rsidR="00B6627B" w:rsidRPr="004703CB" w:rsidRDefault="00B6627B" w:rsidP="009E7A4A"/>
    <w:p w14:paraId="3E6FB82D" w14:textId="79A718E4" w:rsidR="00B6627B" w:rsidRPr="004703CB" w:rsidRDefault="00B6627B" w:rsidP="009E7A4A">
      <w:pPr>
        <w:rPr>
          <w:b/>
          <w:bCs/>
        </w:rPr>
      </w:pPr>
      <w:r w:rsidRPr="004703CB">
        <w:rPr>
          <w:b/>
          <w:bCs/>
        </w:rPr>
        <w:t xml:space="preserve">Wednesday, July </w:t>
      </w:r>
      <w:r w:rsidR="00F97D6C" w:rsidRPr="004703CB">
        <w:rPr>
          <w:b/>
          <w:bCs/>
        </w:rPr>
        <w:t>2</w:t>
      </w:r>
      <w:r w:rsidRPr="004703CB">
        <w:rPr>
          <w:b/>
          <w:bCs/>
        </w:rPr>
        <w:t>9</w:t>
      </w:r>
    </w:p>
    <w:p w14:paraId="7C67E4E5" w14:textId="266D3BA0" w:rsidR="00B6627B" w:rsidRPr="004703CB" w:rsidRDefault="00F97D6C" w:rsidP="009E7A4A">
      <w:r w:rsidRPr="004703CB">
        <w:t xml:space="preserve">7:00 am </w:t>
      </w:r>
      <w:r w:rsidR="005F5232" w:rsidRPr="004703CB">
        <w:t>-</w:t>
      </w:r>
      <w:r w:rsidRPr="004703CB">
        <w:t xml:space="preserve"> 8:15 am: NIB Breakfast; </w:t>
      </w:r>
      <w:r w:rsidR="00CF4976" w:rsidRPr="004703CB">
        <w:t>OnSite</w:t>
      </w:r>
      <w:r w:rsidRPr="004703CB">
        <w:t xml:space="preserve">; </w:t>
      </w:r>
      <w:r w:rsidR="009F2474" w:rsidRPr="004703CB">
        <w:t>Gateway East</w:t>
      </w:r>
      <w:r w:rsidRPr="004703CB">
        <w:t>; $23</w:t>
      </w:r>
      <w:r w:rsidR="005F5232" w:rsidRPr="004703CB">
        <w:br/>
      </w:r>
      <w:r w:rsidR="00F92D5D" w:rsidRPr="004703CB">
        <w:br/>
      </w:r>
      <w:r w:rsidR="00673A69" w:rsidRPr="004703CB">
        <w:t>Please join us for breakfast, sponsored in part by National Industries for the Blind. We look forward to meeting you and discussing how NIB empowers people who are blind through meaningful careers.</w:t>
      </w:r>
    </w:p>
    <w:p w14:paraId="7B8E8079" w14:textId="77777777" w:rsidR="00673A69" w:rsidRPr="004703CB" w:rsidRDefault="00673A69" w:rsidP="009E7A4A"/>
    <w:p w14:paraId="6040D81A" w14:textId="77777777" w:rsidR="005B52DE" w:rsidRDefault="005B52DE">
      <w:pPr>
        <w:rPr>
          <w:rFonts w:eastAsiaTheme="majorEastAsia" w:cstheme="majorBidi"/>
          <w:b/>
          <w:bCs/>
          <w:sz w:val="40"/>
          <w:szCs w:val="26"/>
        </w:rPr>
      </w:pPr>
      <w:r>
        <w:br w:type="page"/>
      </w:r>
    </w:p>
    <w:p w14:paraId="464EC152" w14:textId="32C23A3C" w:rsidR="000F42FC" w:rsidRPr="004703CB" w:rsidRDefault="000F42FC" w:rsidP="14638D2A">
      <w:pPr>
        <w:pStyle w:val="Heading2"/>
      </w:pPr>
      <w:bookmarkStart w:id="103" w:name="_Toc232406177"/>
      <w:r>
        <w:t>Financial</w:t>
      </w:r>
      <w:bookmarkEnd w:id="103"/>
    </w:p>
    <w:p w14:paraId="2824A7A1" w14:textId="68823811" w:rsidR="14638D2A" w:rsidRDefault="14638D2A" w:rsidP="14638D2A">
      <w:pPr>
        <w:rPr>
          <w:b/>
          <w:bCs/>
        </w:rPr>
      </w:pPr>
    </w:p>
    <w:p w14:paraId="1ED6CBBA" w14:textId="55EF5717" w:rsidR="000F42FC" w:rsidRPr="004703CB" w:rsidRDefault="000F42FC" w:rsidP="009E7A4A">
      <w:pPr>
        <w:rPr>
          <w:b/>
          <w:bCs/>
        </w:rPr>
      </w:pPr>
      <w:r w:rsidRPr="004703CB">
        <w:rPr>
          <w:b/>
          <w:bCs/>
        </w:rPr>
        <w:t xml:space="preserve">Saturday, July 25 </w:t>
      </w:r>
    </w:p>
    <w:p w14:paraId="4F696917" w14:textId="19FD59B2" w:rsidR="000F42FC" w:rsidRPr="004703CB" w:rsidRDefault="000F42FC" w:rsidP="009E7A4A">
      <w:r>
        <w:t xml:space="preserve">1:00 pm </w:t>
      </w:r>
      <w:r w:rsidR="005F5232">
        <w:t>-</w:t>
      </w:r>
      <w:r>
        <w:t xml:space="preserve"> 2:15 pm: Learn About Estate Planning </w:t>
      </w:r>
      <w:r w:rsidR="002C077B">
        <w:t>with</w:t>
      </w:r>
      <w:r>
        <w:t xml:space="preserve"> A </w:t>
      </w:r>
      <w:r w:rsidR="002C077B">
        <w:t>L</w:t>
      </w:r>
      <w:r>
        <w:t>icensed Attorney; Hybrid; Mills 3</w:t>
      </w:r>
      <w:r>
        <w:br/>
      </w:r>
      <w:r>
        <w:br/>
        <w:t>Estate planning made easy!  Learn about the free service ACB is offering for our members and friends to create a will, a living will and a power of attorney. Join the ACB Resource Development team for the informative discussion on estate planning with a licensed attorney</w:t>
      </w:r>
      <w:r>
        <w:br/>
        <w:t xml:space="preserve">. </w:t>
      </w:r>
      <w:r>
        <w:br/>
        <w:t>Presenters: Caitlin Lee, ACB Resource Development Officer, Alexandria</w:t>
      </w:r>
      <w:r w:rsidR="7EC66371">
        <w:t>,</w:t>
      </w:r>
      <w:r>
        <w:t xml:space="preserve"> VA; Dan Spoone, ACB Director of Operations, </w:t>
      </w:r>
      <w:r w:rsidR="002C077B">
        <w:t>K</w:t>
      </w:r>
      <w:r>
        <w:t>ey West</w:t>
      </w:r>
      <w:r w:rsidR="005F5232">
        <w:t>,</w:t>
      </w:r>
      <w:r>
        <w:t xml:space="preserve"> FL</w:t>
      </w:r>
    </w:p>
    <w:p w14:paraId="676A2E79" w14:textId="77777777" w:rsidR="000F42FC" w:rsidRPr="004703CB" w:rsidRDefault="000F42FC" w:rsidP="009E7A4A"/>
    <w:p w14:paraId="38C51D87" w14:textId="7D4B2170" w:rsidR="00B6627B" w:rsidRPr="004703CB" w:rsidRDefault="00B6627B" w:rsidP="14638D2A">
      <w:pPr>
        <w:pStyle w:val="Heading2"/>
      </w:pPr>
      <w:bookmarkStart w:id="104" w:name="_Toc232406178"/>
      <w:r>
        <w:t>Guide Dogs</w:t>
      </w:r>
      <w:bookmarkEnd w:id="104"/>
    </w:p>
    <w:p w14:paraId="64CA5AC8" w14:textId="76C491AE" w:rsidR="14638D2A" w:rsidRDefault="14638D2A" w:rsidP="14638D2A">
      <w:pPr>
        <w:rPr>
          <w:b/>
          <w:bCs/>
        </w:rPr>
      </w:pPr>
    </w:p>
    <w:p w14:paraId="7D0A9317" w14:textId="5BD0D66C" w:rsidR="00B6627B" w:rsidRPr="004703CB" w:rsidRDefault="00F92D89" w:rsidP="009E7A4A">
      <w:pPr>
        <w:rPr>
          <w:b/>
          <w:bCs/>
        </w:rPr>
      </w:pPr>
      <w:r w:rsidRPr="004703CB">
        <w:rPr>
          <w:b/>
          <w:bCs/>
        </w:rPr>
        <w:t>Sunday</w:t>
      </w:r>
      <w:r w:rsidR="00B6627B" w:rsidRPr="004703CB">
        <w:rPr>
          <w:b/>
          <w:bCs/>
        </w:rPr>
        <w:t xml:space="preserve">, July </w:t>
      </w:r>
      <w:r w:rsidRPr="004703CB">
        <w:rPr>
          <w:b/>
          <w:bCs/>
        </w:rPr>
        <w:t>26</w:t>
      </w:r>
      <w:r w:rsidR="00B6627B" w:rsidRPr="004703CB">
        <w:rPr>
          <w:b/>
          <w:bCs/>
        </w:rPr>
        <w:t xml:space="preserve"> </w:t>
      </w:r>
    </w:p>
    <w:p w14:paraId="63D23720" w14:textId="0CDFDD06" w:rsidR="00F92D89" w:rsidRPr="004703CB" w:rsidRDefault="00F92D89" w:rsidP="009E7A4A">
      <w:r>
        <w:t>5</w:t>
      </w:r>
      <w:r w:rsidR="00B6627B">
        <w:t xml:space="preserve">:00 </w:t>
      </w:r>
      <w:r>
        <w:t>p</w:t>
      </w:r>
      <w:r w:rsidR="00B6627B">
        <w:t xml:space="preserve">m - </w:t>
      </w:r>
      <w:r>
        <w:t>6</w:t>
      </w:r>
      <w:r w:rsidR="00B6627B">
        <w:t xml:space="preserve">:15 </w:t>
      </w:r>
      <w:r>
        <w:t>p</w:t>
      </w:r>
      <w:r w:rsidR="00B6627B">
        <w:t>m</w:t>
      </w:r>
      <w:r>
        <w:t xml:space="preserve">: The Seeing Eye: Guiding the Way Forward; </w:t>
      </w:r>
      <w:r w:rsidR="00CF4976">
        <w:t>OnSite</w:t>
      </w:r>
      <w:r>
        <w:t xml:space="preserve">; </w:t>
      </w:r>
      <w:r w:rsidR="000456CB">
        <w:t>Sterling 3</w:t>
      </w:r>
      <w:r>
        <w:br/>
      </w:r>
      <w:r>
        <w:br/>
      </w:r>
      <w:r w:rsidR="00B16FF3">
        <w:t xml:space="preserve">Explore how a </w:t>
      </w:r>
      <w:r w:rsidR="005D5ED9">
        <w:t>s</w:t>
      </w:r>
      <w:r w:rsidR="00B16FF3">
        <w:t xml:space="preserve">eeing </w:t>
      </w:r>
      <w:r w:rsidR="005D5ED9">
        <w:t>e</w:t>
      </w:r>
      <w:r w:rsidR="00B16FF3">
        <w:t>ye dog and adaptive technology can support mobility and independence: assess whether a guide dog may be the right fit for you; learn how adaptive technology may complement a guide dog partnership; identify next steps and questions to consider.</w:t>
      </w:r>
    </w:p>
    <w:p w14:paraId="4CEEB607" w14:textId="371413CD" w:rsidR="14638D2A" w:rsidRDefault="14638D2A" w:rsidP="14638D2A">
      <w:pPr>
        <w:rPr>
          <w:b/>
          <w:bCs/>
        </w:rPr>
      </w:pPr>
    </w:p>
    <w:p w14:paraId="4D61177D" w14:textId="77777777" w:rsidR="00057F80" w:rsidRPr="004703CB" w:rsidRDefault="00057F80" w:rsidP="009E7A4A">
      <w:pPr>
        <w:rPr>
          <w:b/>
          <w:bCs/>
        </w:rPr>
      </w:pPr>
      <w:r w:rsidRPr="004703CB">
        <w:rPr>
          <w:b/>
          <w:bCs/>
        </w:rPr>
        <w:t>Wednesday, July 29</w:t>
      </w:r>
    </w:p>
    <w:p w14:paraId="3DDD44E4" w14:textId="13CCF968" w:rsidR="00057F80" w:rsidRPr="004703CB" w:rsidRDefault="00057F80" w:rsidP="009E7A4A">
      <w:r>
        <w:t xml:space="preserve">5:00 pm </w:t>
      </w:r>
      <w:r w:rsidR="005F5232">
        <w:t>-</w:t>
      </w:r>
      <w:r>
        <w:t xml:space="preserve"> 7:00 pm: </w:t>
      </w:r>
      <w:r w:rsidR="005557DF">
        <w:t>Guide Dogs for the Blind Reception</w:t>
      </w:r>
      <w:r>
        <w:t xml:space="preserve">; </w:t>
      </w:r>
      <w:r w:rsidR="00CF4976">
        <w:t>OnSite</w:t>
      </w:r>
      <w:r>
        <w:t xml:space="preserve">; </w:t>
      </w:r>
      <w:r w:rsidR="00D867CB">
        <w:t>Mills 1</w:t>
      </w:r>
      <w:r>
        <w:br/>
      </w:r>
      <w:r>
        <w:br/>
        <w:t xml:space="preserve">Join us for an evening of connection, conversation, and celebration at Guide Dogs for the Blind’s reception during ACB! Stop by to reunite with fellow alumni, meet GDB staff, and at 5:45 we will have a brief presentation to </w:t>
      </w:r>
      <w:r w:rsidR="005D5ED9">
        <w:t>catch</w:t>
      </w:r>
      <w:r>
        <w:t xml:space="preserve"> up on all the exciting things happening in the GDB community. Enjoy delicious treats, warm company, and plenty of tail-wagging good vibes</w:t>
      </w:r>
      <w:r w:rsidR="42B143DF">
        <w:t xml:space="preserve"> </w:t>
      </w:r>
      <w:r>
        <w:t>—</w:t>
      </w:r>
      <w:r w:rsidR="42B143DF">
        <w:t xml:space="preserve"> </w:t>
      </w:r>
      <w:r>
        <w:t>this is one gathering you won’t want to miss!</w:t>
      </w:r>
      <w:r>
        <w:br/>
        <w:t xml:space="preserve">To RSVP, please email Amy Salger at </w:t>
      </w:r>
      <w:hyperlink r:id="rId20">
        <w:r w:rsidRPr="14638D2A">
          <w:rPr>
            <w:rStyle w:val="Hyperlink"/>
            <w:color w:val="auto"/>
            <w:u w:val="none"/>
          </w:rPr>
          <w:t>asalger@guidedogs.com</w:t>
        </w:r>
        <w:r w:rsidR="2FE470B6" w:rsidRPr="14638D2A">
          <w:rPr>
            <w:rStyle w:val="Hyperlink"/>
            <w:color w:val="auto"/>
            <w:u w:val="none"/>
          </w:rPr>
          <w:t>.</w:t>
        </w:r>
      </w:hyperlink>
    </w:p>
    <w:p w14:paraId="072BD7E7" w14:textId="77777777" w:rsidR="00057F80" w:rsidRPr="004703CB" w:rsidRDefault="00057F80" w:rsidP="009E7A4A"/>
    <w:p w14:paraId="7A8EC009" w14:textId="77777777" w:rsidR="007A5099" w:rsidRDefault="006177D0" w:rsidP="007A5099">
      <w:pPr>
        <w:pStyle w:val="Heading2"/>
      </w:pPr>
      <w:r>
        <w:t>Health and Wellness</w:t>
      </w:r>
    </w:p>
    <w:p w14:paraId="069038BE" w14:textId="6FE26B59" w:rsidR="002C7E87" w:rsidRPr="00B61451" w:rsidRDefault="002C7E87" w:rsidP="005D7BAA">
      <w:pPr>
        <w:ind w:firstLine="0"/>
      </w:pPr>
      <w:r w:rsidRPr="00376164">
        <w:t>Ray Therapeutics is a clinical stage pharmaceutical company developing vision restoration therapies for patients with retinal degenerations, such as RP and Stargardt disease.</w:t>
      </w:r>
      <w:r w:rsidR="00745CEB" w:rsidRPr="00376164">
        <w:br/>
      </w:r>
      <w:r w:rsidR="00745CEB" w:rsidRPr="00376164">
        <w:br/>
      </w:r>
      <w:r w:rsidRPr="00B61451">
        <w:t>As part of our commitment to understanding the experiences, needs, and priorities of the retinal disease community, we are hosting a series of patient focus groups during The American Council of the Blind (ACB) Conference and Convention.</w:t>
      </w:r>
      <w:r w:rsidR="00745CEB">
        <w:br/>
      </w:r>
      <w:r w:rsidR="00745CEB">
        <w:br/>
      </w:r>
      <w:r w:rsidR="005D7BAA" w:rsidRPr="00B61451">
        <w:t>We welcome individuals living with RP or Stargardt disease to participate and share their experiences and learn about Ray Therapeutics' ongoing commitment to research and current clinical trials.</w:t>
      </w:r>
      <w:r w:rsidR="005D7BAA">
        <w:br/>
      </w:r>
      <w:r w:rsidR="005D7BAA">
        <w:br/>
      </w:r>
      <w:r w:rsidR="005D7BAA" w:rsidRPr="00B61451">
        <w:t>If you are interested in joining a focus group, please email </w:t>
      </w:r>
      <w:r w:rsidR="005D7BAA" w:rsidRPr="00B61451">
        <w:rPr>
          <w:u w:val="single"/>
        </w:rPr>
        <w:t>rachel.retajczyk@ray-tx.com</w:t>
      </w:r>
      <w:r w:rsidR="005D7BAA" w:rsidRPr="00B61451">
        <w:t> with your name and preferred session time.</w:t>
      </w:r>
      <w:r w:rsidR="005D7BAA">
        <w:br/>
      </w:r>
      <w:r w:rsidR="005D7BAA">
        <w:br/>
      </w:r>
      <w:r w:rsidRPr="007A5099">
        <w:rPr>
          <w:b/>
          <w:bCs/>
        </w:rPr>
        <w:t>Sunday, July 26</w:t>
      </w:r>
      <w:r w:rsidR="00745CEB" w:rsidRPr="007A5099">
        <w:rPr>
          <w:b/>
          <w:bCs/>
        </w:rPr>
        <w:t xml:space="preserve"> </w:t>
      </w:r>
      <w:r w:rsidRPr="007A5099">
        <w:rPr>
          <w:b/>
          <w:bCs/>
        </w:rPr>
        <w:t>Stargardt Disease</w:t>
      </w:r>
      <w:r w:rsidR="007A5099">
        <w:br/>
      </w:r>
      <w:r w:rsidRPr="00B61451">
        <w:t xml:space="preserve">9:00 </w:t>
      </w:r>
      <w:r w:rsidR="00C31A9E">
        <w:t>am</w:t>
      </w:r>
      <w:r w:rsidRPr="00B61451">
        <w:t xml:space="preserve"> – 10:00 </w:t>
      </w:r>
      <w:r w:rsidR="00C31A9E">
        <w:t>am</w:t>
      </w:r>
      <w:r w:rsidR="007A5099">
        <w:br/>
      </w:r>
      <w:r w:rsidRPr="00B61451">
        <w:t xml:space="preserve">3:00 </w:t>
      </w:r>
      <w:r w:rsidR="00C31A9E">
        <w:t>pm</w:t>
      </w:r>
      <w:r w:rsidRPr="00B61451">
        <w:t xml:space="preserve"> – 4:00 </w:t>
      </w:r>
      <w:r w:rsidR="00C31A9E">
        <w:t>pm</w:t>
      </w:r>
      <w:r w:rsidR="007A5099">
        <w:br/>
      </w:r>
      <w:r w:rsidR="007A5099">
        <w:br/>
      </w:r>
      <w:r w:rsidRPr="00B61451">
        <w:rPr>
          <w:b/>
          <w:bCs/>
        </w:rPr>
        <w:t>Retinitis Pigmentosa (RP)</w:t>
      </w:r>
    </w:p>
    <w:p w14:paraId="65DD7CEE" w14:textId="46EAD938" w:rsidR="002C7E87" w:rsidRPr="00B61451" w:rsidRDefault="002C7E87" w:rsidP="002C7E87">
      <w:pPr>
        <w:numPr>
          <w:ilvl w:val="0"/>
          <w:numId w:val="33"/>
        </w:numPr>
      </w:pPr>
      <w:r w:rsidRPr="00B61451">
        <w:t xml:space="preserve">11:00 </w:t>
      </w:r>
      <w:r w:rsidR="00C31A9E">
        <w:t>am</w:t>
      </w:r>
      <w:r w:rsidRPr="00B61451">
        <w:t xml:space="preserve"> – 12:00 </w:t>
      </w:r>
      <w:r w:rsidR="00864699">
        <w:t>pm</w:t>
      </w:r>
    </w:p>
    <w:p w14:paraId="7D0EA13B" w14:textId="2604A6F8" w:rsidR="002C7E87" w:rsidRPr="00B61451" w:rsidRDefault="002C7E87" w:rsidP="002C7E87">
      <w:pPr>
        <w:numPr>
          <w:ilvl w:val="0"/>
          <w:numId w:val="33"/>
        </w:numPr>
      </w:pPr>
      <w:r w:rsidRPr="00B61451">
        <w:t xml:space="preserve">1:00 </w:t>
      </w:r>
      <w:r w:rsidR="00C31A9E">
        <w:t>pm</w:t>
      </w:r>
      <w:r w:rsidRPr="00B61451">
        <w:t xml:space="preserve"> – 2:00 </w:t>
      </w:r>
      <w:r w:rsidR="00864699">
        <w:t>pm</w:t>
      </w:r>
      <w:r w:rsidR="00C31A9E">
        <w:br/>
      </w:r>
    </w:p>
    <w:p w14:paraId="3CFB081E" w14:textId="77777777" w:rsidR="006177D0" w:rsidRPr="006177D0" w:rsidRDefault="006177D0" w:rsidP="006177D0"/>
    <w:p w14:paraId="1F90D457" w14:textId="77777777" w:rsidR="005B52DE" w:rsidRDefault="005B52DE">
      <w:pPr>
        <w:rPr>
          <w:rFonts w:eastAsiaTheme="majorEastAsia" w:cstheme="majorBidi"/>
          <w:b/>
          <w:bCs/>
          <w:sz w:val="40"/>
          <w:szCs w:val="26"/>
        </w:rPr>
      </w:pPr>
      <w:r>
        <w:br w:type="page"/>
      </w:r>
    </w:p>
    <w:p w14:paraId="4BCC69AB" w14:textId="08898A71" w:rsidR="00B6627B" w:rsidRPr="004703CB" w:rsidRDefault="00B6627B" w:rsidP="14638D2A">
      <w:pPr>
        <w:pStyle w:val="Heading2"/>
      </w:pPr>
      <w:bookmarkStart w:id="105" w:name="_Toc232406179"/>
      <w:r>
        <w:t>Technology</w:t>
      </w:r>
      <w:bookmarkEnd w:id="105"/>
    </w:p>
    <w:p w14:paraId="7D40884A" w14:textId="2C58D025" w:rsidR="14638D2A" w:rsidRDefault="14638D2A" w:rsidP="14638D2A">
      <w:pPr>
        <w:rPr>
          <w:b/>
          <w:bCs/>
        </w:rPr>
      </w:pPr>
    </w:p>
    <w:p w14:paraId="2C6A87AF" w14:textId="77777777" w:rsidR="00DC2CFF" w:rsidRPr="004703CB" w:rsidRDefault="00DC2CFF" w:rsidP="009E7A4A">
      <w:pPr>
        <w:rPr>
          <w:b/>
          <w:bCs/>
        </w:rPr>
      </w:pPr>
      <w:r w:rsidRPr="004703CB">
        <w:rPr>
          <w:b/>
          <w:bCs/>
        </w:rPr>
        <w:t>Saturday, July 25</w:t>
      </w:r>
    </w:p>
    <w:p w14:paraId="2C79EF1B" w14:textId="2F63942F" w:rsidR="00DC2CFF" w:rsidRPr="00DC2CFF" w:rsidRDefault="00DC2CFF" w:rsidP="00192FA3">
      <w:pPr>
        <w:rPr>
          <w:rFonts w:eastAsia="Aptos"/>
          <w14:ligatures w14:val="standardContextual"/>
        </w:rPr>
      </w:pPr>
      <w:r w:rsidRPr="004703CB">
        <w:t>10:30 am - 11:45 am: Entering the BIY Era; Hybrid</w:t>
      </w:r>
      <w:r w:rsidR="003A0B50" w:rsidRPr="004703CB">
        <w:t>; Sterling 3</w:t>
      </w:r>
      <w:r w:rsidRPr="004703CB">
        <w:br/>
      </w:r>
      <w:r w:rsidRPr="004703CB">
        <w:br/>
      </w:r>
      <w:r w:rsidRPr="004703CB">
        <w:rPr>
          <w:rFonts w:eastAsia="Aptos"/>
          <w14:ligatures w14:val="standardContextual"/>
        </w:rPr>
        <w:t xml:space="preserve">Modern AI tools are opening the door to the “Build It Yourself” era, in which the best technology option for you might be the one you build yourself. In this session, Jamie Dean, Lead Counsel </w:t>
      </w:r>
      <w:r w:rsidR="005D5ED9" w:rsidRPr="004703CB">
        <w:rPr>
          <w:rFonts w:eastAsia="Aptos"/>
          <w14:ligatures w14:val="standardContextual"/>
        </w:rPr>
        <w:t>-</w:t>
      </w:r>
      <w:r w:rsidRPr="004703CB">
        <w:rPr>
          <w:rFonts w:eastAsia="Aptos"/>
          <w14:ligatures w14:val="standardContextual"/>
        </w:rPr>
        <w:t xml:space="preserve"> Accessibility Regulation at Microsoft, will talk about how vibe coding is changing the accessibility landscape </w:t>
      </w:r>
      <w:r w:rsidRPr="00DC2CFF">
        <w:rPr>
          <w:rFonts w:eastAsia="Aptos"/>
          <w14:ligatures w14:val="standardContextual"/>
        </w:rPr>
        <w:t>and empowering people with disabilities to build new tools that address their specific needs.</w:t>
      </w:r>
    </w:p>
    <w:p w14:paraId="36258A79" w14:textId="77777777" w:rsidR="00DC2CFF" w:rsidRDefault="00DC2CFF" w:rsidP="009E7A4A">
      <w:pPr>
        <w:rPr>
          <w:b/>
          <w:bCs/>
        </w:rPr>
      </w:pPr>
    </w:p>
    <w:p w14:paraId="7BFE9704" w14:textId="6A2F5D92" w:rsidR="00B6627B" w:rsidRDefault="00F92D89" w:rsidP="009E7A4A">
      <w:pPr>
        <w:rPr>
          <w:b/>
          <w:bCs/>
        </w:rPr>
      </w:pPr>
      <w:r w:rsidRPr="004703CB">
        <w:rPr>
          <w:b/>
          <w:bCs/>
        </w:rPr>
        <w:t>Sunday</w:t>
      </w:r>
      <w:r w:rsidR="00B6627B" w:rsidRPr="004703CB">
        <w:rPr>
          <w:b/>
          <w:bCs/>
        </w:rPr>
        <w:t>, Ju</w:t>
      </w:r>
      <w:r w:rsidRPr="004703CB">
        <w:rPr>
          <w:b/>
          <w:bCs/>
        </w:rPr>
        <w:t>ly</w:t>
      </w:r>
      <w:r w:rsidR="00B6627B" w:rsidRPr="004703CB">
        <w:rPr>
          <w:b/>
          <w:bCs/>
        </w:rPr>
        <w:t xml:space="preserve"> 26 </w:t>
      </w:r>
    </w:p>
    <w:p w14:paraId="06C14B43" w14:textId="36D069C3" w:rsidR="008B77A5" w:rsidRDefault="002F6F2E" w:rsidP="002F6F2E">
      <w:r w:rsidRPr="002F6F2E">
        <w:t>8:00 am - 6:00 pm Vispero Training Room</w:t>
      </w:r>
      <w:r>
        <w:t>;</w:t>
      </w:r>
      <w:r w:rsidRPr="002F6F2E">
        <w:t xml:space="preserve"> OnSite</w:t>
      </w:r>
      <w:r>
        <w:t>;</w:t>
      </w:r>
      <w:r w:rsidRPr="002F6F2E">
        <w:t xml:space="preserve"> Sterling 5</w:t>
      </w:r>
      <w:r>
        <w:br/>
      </w:r>
      <w:r w:rsidR="00243DFE" w:rsidRPr="00243DFE">
        <w:t>Come to the Vispero AI Training Suite to learn how the latest AI features in JAWS, ZoomText, and Fusion can help you navigate and interact with digital content more proficiently. Let Vispero Companion be your personal AI assistant, learn JAWS, ZoomText, Fusion, and other apps, instantly map and get navigation tips when navigating web pages with Page Explorer, get instant image descriptions with Picture Smart AI, label graphics and web page elements with AI Labeler, and get a preview of new AI capabilities coming to Fusion.</w:t>
      </w:r>
    </w:p>
    <w:p w14:paraId="05C40EE4" w14:textId="77777777" w:rsidR="00243DFE" w:rsidRPr="002F6F2E" w:rsidRDefault="00243DFE" w:rsidP="002F6F2E"/>
    <w:p w14:paraId="1D2252EB" w14:textId="00E23FF2" w:rsidR="00F92D89" w:rsidRPr="004703CB" w:rsidRDefault="00F92D89" w:rsidP="009E7A4A">
      <w:r>
        <w:t xml:space="preserve">1:00 pm </w:t>
      </w:r>
      <w:r w:rsidR="007166CD">
        <w:t>-</w:t>
      </w:r>
      <w:r>
        <w:t xml:space="preserve"> 2:15 pm: </w:t>
      </w:r>
      <w:r w:rsidR="008F4C70">
        <w:t xml:space="preserve">What’s New with Selvas BLV; </w:t>
      </w:r>
      <w:r w:rsidR="00CF4976">
        <w:t>OnSite</w:t>
      </w:r>
      <w:r w:rsidR="008F4C70">
        <w:t xml:space="preserve">; </w:t>
      </w:r>
      <w:r w:rsidR="00924D62">
        <w:t>Mills 4</w:t>
      </w:r>
      <w:r>
        <w:br/>
      </w:r>
      <w:r>
        <w:br/>
        <w:t>Please Join Selvas BLV for a demonstration on the new BrailleSense 7 tablet and its new features</w:t>
      </w:r>
      <w:r w:rsidR="4D39D3F8">
        <w:t>,</w:t>
      </w:r>
      <w:r>
        <w:t xml:space="preserve"> including:</w:t>
      </w:r>
      <w:r w:rsidR="772526DB">
        <w:t xml:space="preserve"> b</w:t>
      </w:r>
      <w:r>
        <w:t xml:space="preserve">etter organized user interface and menus, </w:t>
      </w:r>
      <w:r w:rsidR="393E7710">
        <w:t>t</w:t>
      </w:r>
      <w:r>
        <w:t>he Excel editor, touch Braille display, NVDA remote and more.</w:t>
      </w:r>
    </w:p>
    <w:p w14:paraId="40C2F32E" w14:textId="77777777" w:rsidR="00C33CCB" w:rsidRPr="004703CB" w:rsidRDefault="00C33CCB" w:rsidP="009E7A4A"/>
    <w:p w14:paraId="7D6C2B09" w14:textId="5765352B" w:rsidR="00F92D89" w:rsidRPr="004703CB" w:rsidRDefault="00F92D89" w:rsidP="009E7A4A">
      <w:r w:rsidRPr="004703CB">
        <w:t xml:space="preserve">3:00 pm </w:t>
      </w:r>
      <w:r w:rsidR="007166CD" w:rsidRPr="004703CB">
        <w:t>-</w:t>
      </w:r>
      <w:r w:rsidRPr="004703CB">
        <w:t xml:space="preserve"> 4:15 pm: APH Innovations</w:t>
      </w:r>
      <w:r w:rsidR="00042583" w:rsidRPr="004703CB">
        <w:t>;</w:t>
      </w:r>
      <w:r w:rsidRPr="004703CB">
        <w:t xml:space="preserve"> New Braille Products and Teaching Tools for 2026 (IP); </w:t>
      </w:r>
      <w:r w:rsidR="00CF4976" w:rsidRPr="004703CB">
        <w:t>OnSite</w:t>
      </w:r>
      <w:r w:rsidR="00C33CCB" w:rsidRPr="004703CB">
        <w:t>;</w:t>
      </w:r>
      <w:r w:rsidRPr="004703CB">
        <w:t xml:space="preserve"> </w:t>
      </w:r>
      <w:r w:rsidR="00420F22" w:rsidRPr="004703CB">
        <w:t>Mills 1</w:t>
      </w:r>
      <w:r w:rsidR="007166CD" w:rsidRPr="004703CB">
        <w:br/>
      </w:r>
      <w:r w:rsidR="00F92D5D" w:rsidRPr="004703CB">
        <w:br/>
      </w:r>
      <w:r w:rsidRPr="004703CB">
        <w:t>APH is excited to share new products and updates to our portfolio of braille and communication tools. Join Jim Sullivan and Katie Frederick for a fast</w:t>
      </w:r>
      <w:r w:rsidRPr="004703CB">
        <w:noBreakHyphen/>
        <w:t>paced look at innovations that put braille and instruction front and center.</w:t>
      </w:r>
    </w:p>
    <w:p w14:paraId="6A7D219C" w14:textId="77777777" w:rsidR="00B6627B" w:rsidRPr="004703CB" w:rsidRDefault="00B6627B" w:rsidP="009E7A4A"/>
    <w:p w14:paraId="5D7F50FC" w14:textId="1194D179" w:rsidR="00B6627B" w:rsidRPr="004703CB" w:rsidRDefault="00F92D89" w:rsidP="009E7A4A">
      <w:pPr>
        <w:rPr>
          <w:b/>
          <w:bCs/>
        </w:rPr>
      </w:pPr>
      <w:bookmarkStart w:id="106" w:name="_Hlk197435928"/>
      <w:r w:rsidRPr="004703CB">
        <w:rPr>
          <w:b/>
          <w:bCs/>
        </w:rPr>
        <w:t>Monday</w:t>
      </w:r>
      <w:r w:rsidR="00B6627B" w:rsidRPr="004703CB">
        <w:rPr>
          <w:b/>
          <w:bCs/>
        </w:rPr>
        <w:t>, Ju</w:t>
      </w:r>
      <w:r w:rsidRPr="004703CB">
        <w:rPr>
          <w:b/>
          <w:bCs/>
        </w:rPr>
        <w:t>ly</w:t>
      </w:r>
      <w:r w:rsidR="00B6627B" w:rsidRPr="004703CB">
        <w:rPr>
          <w:b/>
          <w:bCs/>
        </w:rPr>
        <w:t xml:space="preserve"> 27 </w:t>
      </w:r>
    </w:p>
    <w:p w14:paraId="6311E0B2" w14:textId="7909A914" w:rsidR="00F92D89" w:rsidRDefault="00F92D89" w:rsidP="009E7A4A">
      <w:r>
        <w:t>8</w:t>
      </w:r>
      <w:r w:rsidR="00B6627B">
        <w:t>:</w:t>
      </w:r>
      <w:r>
        <w:t>0</w:t>
      </w:r>
      <w:r w:rsidR="00B6627B">
        <w:t>0 am</w:t>
      </w:r>
      <w:r w:rsidR="00E5057F">
        <w:t xml:space="preserve"> – 10:30 am</w:t>
      </w:r>
      <w:r>
        <w:t xml:space="preserve">: New product testing with NLS; </w:t>
      </w:r>
      <w:r w:rsidR="00CF4976">
        <w:t>OnSite</w:t>
      </w:r>
      <w:r w:rsidR="00CD26D8">
        <w:t>;</w:t>
      </w:r>
      <w:r>
        <w:t xml:space="preserve"> </w:t>
      </w:r>
      <w:r w:rsidR="00420F22">
        <w:t>Sterling 1</w:t>
      </w:r>
      <w:r w:rsidR="00BC1217">
        <w:br/>
      </w:r>
      <w:r w:rsidR="00BC1217">
        <w:br/>
      </w:r>
      <w:r>
        <w:t xml:space="preserve">Experience the National Library Service for the Blind and Print Disabled's fully fledged Patron Enrollment product in action and let them know what you think by using the NLS customer service prototype!  </w:t>
      </w:r>
      <w:r w:rsidR="00F64D9F">
        <w:t>By invitation only</w:t>
      </w:r>
      <w:r w:rsidR="4533FF9E">
        <w:t>.</w:t>
      </w:r>
    </w:p>
    <w:p w14:paraId="58CBF9FD" w14:textId="77777777" w:rsidR="00AA2F3C" w:rsidRDefault="00AA2F3C" w:rsidP="009E7A4A"/>
    <w:p w14:paraId="39764E5E" w14:textId="50CC271C" w:rsidR="00243DFE" w:rsidRPr="004703CB" w:rsidRDefault="00243DFE" w:rsidP="00BC1217">
      <w:r w:rsidRPr="002F6F2E">
        <w:t>8:00 am - 6:00 pm Vispero Training Room</w:t>
      </w:r>
      <w:r>
        <w:t>;</w:t>
      </w:r>
      <w:r w:rsidRPr="002F6F2E">
        <w:t xml:space="preserve"> OnSite</w:t>
      </w:r>
      <w:r>
        <w:t>;</w:t>
      </w:r>
      <w:r w:rsidRPr="002F6F2E">
        <w:t xml:space="preserve"> Sterling 5</w:t>
      </w:r>
      <w:r w:rsidR="00BC1217">
        <w:br/>
      </w:r>
      <w:r>
        <w:br/>
        <w:t xml:space="preserve">For session details, see July 26 8:00 am session.   </w:t>
      </w:r>
    </w:p>
    <w:p w14:paraId="7723D6D8" w14:textId="77777777" w:rsidR="00F92D89" w:rsidRPr="004703CB" w:rsidRDefault="00F92D89" w:rsidP="009E7A4A"/>
    <w:p w14:paraId="2DD1D6FC" w14:textId="4CB33D6D" w:rsidR="00380316" w:rsidRPr="004703CB" w:rsidRDefault="00380316" w:rsidP="00380BB7">
      <w:r w:rsidRPr="004703CB">
        <w:t xml:space="preserve">5:00 pm </w:t>
      </w:r>
      <w:r w:rsidR="007166CD" w:rsidRPr="004703CB">
        <w:t>-</w:t>
      </w:r>
      <w:r w:rsidRPr="004703CB">
        <w:t xml:space="preserve"> 6:15 pm: Navigating AI Volunteers &amp; Visual </w:t>
      </w:r>
      <w:r w:rsidRPr="00AA2F3C">
        <w:rPr>
          <w:spacing w:val="-10"/>
        </w:rPr>
        <w:t xml:space="preserve">Interpreting in a Changing Landscape; </w:t>
      </w:r>
      <w:r w:rsidR="00CF4976" w:rsidRPr="00AA2F3C">
        <w:rPr>
          <w:spacing w:val="-10"/>
        </w:rPr>
        <w:t>OnSite</w:t>
      </w:r>
      <w:r w:rsidRPr="00AA2F3C">
        <w:rPr>
          <w:spacing w:val="-10"/>
        </w:rPr>
        <w:t xml:space="preserve">; </w:t>
      </w:r>
      <w:r w:rsidR="00C60A06" w:rsidRPr="00AA2F3C">
        <w:rPr>
          <w:spacing w:val="-10"/>
        </w:rPr>
        <w:t>Mills 5</w:t>
      </w:r>
      <w:r w:rsidR="007166CD" w:rsidRPr="00AA2F3C">
        <w:rPr>
          <w:spacing w:val="-10"/>
        </w:rPr>
        <w:br/>
      </w:r>
      <w:r w:rsidRPr="004703CB">
        <w:t xml:space="preserve">Artificial intelligence and wearable technology are transforming how blind and low vision people access information </w:t>
      </w:r>
      <w:r w:rsidR="00380BB7" w:rsidRPr="004703CB">
        <w:t>-</w:t>
      </w:r>
      <w:r w:rsidRPr="004703CB">
        <w:t xml:space="preserve"> but with so many tools available, how do you decide what to trust and what to use? Not every situation is equal. Whether completing a quick task, dealing with private information or getting around in an unfamiliar area, the tool you choose can make a real difference. Aira’s panel </w:t>
      </w:r>
      <w:r w:rsidR="00380BB7" w:rsidRPr="004703CB">
        <w:t>-</w:t>
      </w:r>
      <w:r w:rsidRPr="004703CB">
        <w:t xml:space="preserve"> ranging from seasoned power users to those just getting started </w:t>
      </w:r>
      <w:r w:rsidR="00380BB7" w:rsidRPr="004703CB">
        <w:t>-</w:t>
      </w:r>
      <w:r w:rsidRPr="004703CB">
        <w:t xml:space="preserve"> will explore what shapes those decisions. Come ready to share your experiences, ask questions, and hear the latest on AI wearables and the Aira Access Network. Plus, prizes!</w:t>
      </w:r>
    </w:p>
    <w:p w14:paraId="23E51D46" w14:textId="139D96BA" w:rsidR="005A0D84" w:rsidRPr="004703CB" w:rsidRDefault="005A0D84" w:rsidP="009E7A4A">
      <w:r>
        <w:t xml:space="preserve">5:00 pm </w:t>
      </w:r>
      <w:r w:rsidR="007166CD">
        <w:t>-</w:t>
      </w:r>
      <w:r>
        <w:t xml:space="preserve"> 6:15 pm: </w:t>
      </w:r>
      <w:r w:rsidRPr="14638D2A">
        <w:rPr>
          <w:lang w:val="en-CA"/>
        </w:rPr>
        <w:t>What’s New with HumanWare Technology</w:t>
      </w:r>
      <w:r>
        <w:t xml:space="preserve">; </w:t>
      </w:r>
      <w:r w:rsidR="00CF4976">
        <w:t>OnSite</w:t>
      </w:r>
      <w:r>
        <w:t xml:space="preserve">; </w:t>
      </w:r>
      <w:r w:rsidR="0004223F">
        <w:t xml:space="preserve">Sterling </w:t>
      </w:r>
      <w:r w:rsidR="00C60A06">
        <w:t>6</w:t>
      </w:r>
      <w:r>
        <w:br/>
      </w:r>
      <w:r w:rsidRPr="14638D2A">
        <w:rPr>
          <w:lang w:val="en-CA"/>
        </w:rPr>
        <w:t>HumanWare welcomes you to join Joel, Roger</w:t>
      </w:r>
      <w:r w:rsidR="00380BB7" w:rsidRPr="14638D2A">
        <w:rPr>
          <w:lang w:val="en-CA"/>
        </w:rPr>
        <w:t>,</w:t>
      </w:r>
      <w:r w:rsidRPr="14638D2A">
        <w:rPr>
          <w:lang w:val="en-CA"/>
        </w:rPr>
        <w:t xml:space="preserve"> and Kevin as they present on “What’s New with HumanWare”. More specifically, how HumanWare “redefines” what a BrailleNote is with the new BrailleNote Evolve. The exciting Evolve is a full Windows 11 PC coming to you in a compact form factor with 32 cells of Braille. The Evolve delivers a seamless braille first experience powered by NVDA and Keysoft. The HumanWare team will also discuss the current state of Victor Stream, Ray Ban Meta glasses and some of our popular low vision tools. </w:t>
      </w:r>
      <w:r>
        <w:br/>
      </w:r>
      <w:r>
        <w:br/>
      </w:r>
      <w:r w:rsidRPr="14638D2A">
        <w:rPr>
          <w:lang w:val="en-CA"/>
        </w:rPr>
        <w:t>Presenters: Joel Zimba, Blindness Products Specialist; Kevin Hughes, Regional Sales Manager; Roger Steinberg, Product Manager Low Vision Products</w:t>
      </w:r>
    </w:p>
    <w:p w14:paraId="5BC09EA6" w14:textId="77777777" w:rsidR="00380316" w:rsidRPr="004703CB" w:rsidRDefault="00380316" w:rsidP="009E7A4A"/>
    <w:p w14:paraId="19F47C8F" w14:textId="289B8A58" w:rsidR="00B6627B" w:rsidRPr="004703CB" w:rsidRDefault="00F92D89" w:rsidP="009E7A4A">
      <w:r w:rsidRPr="004703CB">
        <w:t xml:space="preserve">6:30 pm </w:t>
      </w:r>
      <w:r w:rsidR="007166CD" w:rsidRPr="004703CB">
        <w:t>-</w:t>
      </w:r>
      <w:r w:rsidRPr="004703CB">
        <w:t xml:space="preserve"> 8:30 pm: New product testing with NLS; </w:t>
      </w:r>
      <w:r w:rsidR="00CF4976" w:rsidRPr="004703CB">
        <w:t>OnSite</w:t>
      </w:r>
      <w:r w:rsidR="00CD26D8" w:rsidRPr="004703CB">
        <w:t>;</w:t>
      </w:r>
      <w:r w:rsidRPr="004703CB">
        <w:t xml:space="preserve"> </w:t>
      </w:r>
      <w:r w:rsidR="005967FD" w:rsidRPr="004703CB">
        <w:t>Sterling 1</w:t>
      </w:r>
      <w:r w:rsidR="007166CD" w:rsidRPr="004703CB">
        <w:br/>
      </w:r>
      <w:r w:rsidR="00F92D5D" w:rsidRPr="004703CB">
        <w:br/>
      </w:r>
      <w:r w:rsidRPr="004703CB">
        <w:t xml:space="preserve">Experience the National Library Service for the Blind and Print Disabled's fully fledged Patron Enrollment product in action and let them know </w:t>
      </w:r>
      <w:r w:rsidR="00BC1217">
        <w:br/>
      </w:r>
      <w:r w:rsidR="00BC1217">
        <w:br/>
      </w:r>
      <w:r w:rsidRPr="004703CB">
        <w:t xml:space="preserve">what you think by using the NLS customer service prototype!  </w:t>
      </w:r>
      <w:r w:rsidR="00F92D5D" w:rsidRPr="004703CB">
        <w:br/>
      </w:r>
    </w:p>
    <w:bookmarkEnd w:id="106"/>
    <w:p w14:paraId="535B2E2C" w14:textId="49402A2F" w:rsidR="00B6627B" w:rsidRPr="004703CB" w:rsidRDefault="00F0175B" w:rsidP="009E7A4A">
      <w:pPr>
        <w:rPr>
          <w:b/>
          <w:bCs/>
        </w:rPr>
      </w:pPr>
      <w:r w:rsidRPr="004703CB">
        <w:rPr>
          <w:b/>
          <w:bCs/>
        </w:rPr>
        <w:t>Tues</w:t>
      </w:r>
      <w:r w:rsidR="00B6627B" w:rsidRPr="004703CB">
        <w:rPr>
          <w:b/>
          <w:bCs/>
        </w:rPr>
        <w:t xml:space="preserve">day, July </w:t>
      </w:r>
      <w:r w:rsidRPr="004703CB">
        <w:rPr>
          <w:b/>
          <w:bCs/>
        </w:rPr>
        <w:t>28</w:t>
      </w:r>
      <w:r w:rsidR="00B6627B" w:rsidRPr="004703CB">
        <w:rPr>
          <w:b/>
          <w:bCs/>
        </w:rPr>
        <w:t xml:space="preserve"> </w:t>
      </w:r>
    </w:p>
    <w:p w14:paraId="4345B907" w14:textId="56852C0A" w:rsidR="00F0175B" w:rsidRPr="004703CB" w:rsidRDefault="00F0175B" w:rsidP="009E7A4A">
      <w:r>
        <w:t>10</w:t>
      </w:r>
      <w:r w:rsidR="00B6627B">
        <w:t xml:space="preserve">:00 am </w:t>
      </w:r>
      <w:r w:rsidR="007166CD">
        <w:t>-</w:t>
      </w:r>
      <w:r w:rsidR="00B6627B">
        <w:t xml:space="preserve"> </w:t>
      </w:r>
      <w:r>
        <w:t>12</w:t>
      </w:r>
      <w:r w:rsidR="00B6627B">
        <w:t>:00 pm</w:t>
      </w:r>
      <w:r>
        <w:t xml:space="preserve">: The Tech Juggernaut </w:t>
      </w:r>
      <w:r w:rsidR="007166CD">
        <w:t>-</w:t>
      </w:r>
      <w:r>
        <w:t xml:space="preserve"> TTJ Mobile Help</w:t>
      </w:r>
      <w:r w:rsidR="3926C572">
        <w:t xml:space="preserve"> D</w:t>
      </w:r>
      <w:r>
        <w:t xml:space="preserve">esk; </w:t>
      </w:r>
      <w:r w:rsidR="00CF4976">
        <w:t>OnSite</w:t>
      </w:r>
      <w:r>
        <w:t xml:space="preserve">; </w:t>
      </w:r>
      <w:r w:rsidR="00D74892">
        <w:t>Mills 5</w:t>
      </w:r>
      <w:r>
        <w:br/>
      </w:r>
      <w:r>
        <w:br/>
        <w:t>Stop by the TTJ Mobile Help Desk and get your Apple product questions answered by the TTJ Instructor Team. Talk with Trainers Matt, Kliph, and Sarah about your iPhone, iPad, Mac, Apple TV, Apple Watch, and more. Any Apple product or compatible app and accessory is welcome in the discussion. Get your questions answered by a team of experts. No appointment necessary. We look forward to being the only tech you’ll ever need!</w:t>
      </w:r>
    </w:p>
    <w:p w14:paraId="6D07D35C" w14:textId="77777777" w:rsidR="00B6627B" w:rsidRPr="004703CB" w:rsidRDefault="00B6627B" w:rsidP="009E7A4A"/>
    <w:p w14:paraId="0F6BFE73" w14:textId="01921EA8" w:rsidR="00F0175B" w:rsidRPr="007647C6" w:rsidRDefault="00F0175B" w:rsidP="14638D2A">
      <w:r>
        <w:t xml:space="preserve">2:00 pm </w:t>
      </w:r>
      <w:r w:rsidR="007166CD">
        <w:t>-</w:t>
      </w:r>
      <w:r>
        <w:t xml:space="preserve"> 3:00 pm: The Tech Juggernaut </w:t>
      </w:r>
      <w:r w:rsidR="007166CD">
        <w:t>-</w:t>
      </w:r>
      <w:r>
        <w:t xml:space="preserve"> TTJ Mobile Help</w:t>
      </w:r>
      <w:r w:rsidR="18F3E12E">
        <w:t>D</w:t>
      </w:r>
      <w:r>
        <w:t xml:space="preserve">esk; </w:t>
      </w:r>
      <w:r w:rsidR="00CF4976">
        <w:t>OnSite</w:t>
      </w:r>
      <w:r w:rsidR="00C33CCB">
        <w:t>;</w:t>
      </w:r>
      <w:r>
        <w:t xml:space="preserve"> </w:t>
      </w:r>
      <w:r w:rsidR="00D74892">
        <w:t>Mills 5</w:t>
      </w:r>
      <w:r>
        <w:br/>
      </w:r>
      <w:r>
        <w:br/>
      </w:r>
      <w:r w:rsidR="007647C6">
        <w:t xml:space="preserve">See previous session July 29 at 3 pm for </w:t>
      </w:r>
      <w:r w:rsidR="007647C6" w:rsidRPr="007647C6">
        <w:t>details.</w:t>
      </w:r>
    </w:p>
    <w:p w14:paraId="2DA8A0DF" w14:textId="77777777" w:rsidR="00F0175B" w:rsidRPr="004703CB" w:rsidRDefault="00F0175B" w:rsidP="009E7A4A"/>
    <w:p w14:paraId="12DFEA8C" w14:textId="64DB691B" w:rsidR="00F0175B" w:rsidRPr="004703CB" w:rsidRDefault="00F0175B" w:rsidP="009E7A4A">
      <w:r>
        <w:t xml:space="preserve">3:00 pm </w:t>
      </w:r>
      <w:r w:rsidR="007166CD">
        <w:t>-</w:t>
      </w:r>
      <w:r>
        <w:t xml:space="preserve"> 4:15 pm: How to Stay Safe in a Digital World; </w:t>
      </w:r>
      <w:r w:rsidR="00CF4976">
        <w:t>OnSite</w:t>
      </w:r>
      <w:r w:rsidR="00C33CCB">
        <w:t>;</w:t>
      </w:r>
      <w:r>
        <w:t xml:space="preserve"> </w:t>
      </w:r>
      <w:r w:rsidR="00D74892">
        <w:t>Mills 5</w:t>
      </w:r>
      <w:r>
        <w:br/>
      </w:r>
      <w:r>
        <w:br/>
        <w:t xml:space="preserve">Is that email legitimate? Have I been hacked? Is Alexa spying on me? Is my data secure? These are just some of the many questions people ask every day, and it is more important than ever to get the right answers and to know how to protect ourselves and our data. Join the TTJ Instructor Team as they explore and discuss best practices for keeping your identity and </w:t>
      </w:r>
      <w:r w:rsidR="006C4467">
        <w:t>all</w:t>
      </w:r>
      <w:r>
        <w:t xml:space="preserve"> your data safe and protected.</w:t>
      </w:r>
      <w:r>
        <w:br/>
        <w:t xml:space="preserve">If you’d like to attend this session, please send an email to </w:t>
      </w:r>
      <w:hyperlink r:id="rId21">
        <w:r w:rsidRPr="14638D2A">
          <w:rPr>
            <w:rStyle w:val="Hyperlink"/>
            <w:color w:val="auto"/>
            <w:u w:val="none"/>
          </w:rPr>
          <w:t>Info@ttjtech.biz</w:t>
        </w:r>
        <w:r w:rsidR="155BD896" w:rsidRPr="14638D2A">
          <w:rPr>
            <w:rStyle w:val="Hyperlink"/>
            <w:color w:val="auto"/>
            <w:u w:val="none"/>
          </w:rPr>
          <w:t>.</w:t>
        </w:r>
      </w:hyperlink>
    </w:p>
    <w:p w14:paraId="344B27FC" w14:textId="77777777" w:rsidR="00F0175B" w:rsidRPr="004703CB" w:rsidRDefault="00F0175B" w:rsidP="009E7A4A"/>
    <w:p w14:paraId="52A520E9" w14:textId="62DBAC7A" w:rsidR="00F0175B" w:rsidRPr="004703CB" w:rsidRDefault="00F0175B" w:rsidP="009E7A4A">
      <w:r w:rsidRPr="004703CB">
        <w:t xml:space="preserve">3:00 pm </w:t>
      </w:r>
      <w:r w:rsidR="007166CD" w:rsidRPr="004703CB">
        <w:t>-</w:t>
      </w:r>
      <w:r w:rsidRPr="004703CB">
        <w:t xml:space="preserve"> 4:15 pm: Telecommunications panel; </w:t>
      </w:r>
      <w:r w:rsidR="0068504B">
        <w:t>Hybrid</w:t>
      </w:r>
      <w:r w:rsidR="00C33CCB" w:rsidRPr="004703CB">
        <w:t>;</w:t>
      </w:r>
      <w:r w:rsidRPr="004703CB">
        <w:t xml:space="preserve"> </w:t>
      </w:r>
      <w:r w:rsidR="003F2617" w:rsidRPr="004703CB">
        <w:t>Regency Ballroom</w:t>
      </w:r>
      <w:r w:rsidR="007166CD" w:rsidRPr="004703CB">
        <w:br/>
      </w:r>
      <w:r w:rsidR="00F92D5D" w:rsidRPr="004703CB">
        <w:br/>
      </w:r>
      <w:r w:rsidRPr="004703CB">
        <w:t>Several telecommunications companies will join ACB for this session.</w:t>
      </w:r>
    </w:p>
    <w:p w14:paraId="20C4F03B" w14:textId="77777777" w:rsidR="00F0175B" w:rsidRPr="004703CB" w:rsidRDefault="00F0175B" w:rsidP="009E7A4A"/>
    <w:p w14:paraId="580CA975" w14:textId="1F503134" w:rsidR="0088636E" w:rsidRPr="004703CB" w:rsidRDefault="00917334" w:rsidP="009E7A4A">
      <w:r w:rsidRPr="004703CB">
        <w:t xml:space="preserve">5:00 pm </w:t>
      </w:r>
      <w:r w:rsidR="007166CD" w:rsidRPr="004703CB">
        <w:t>-</w:t>
      </w:r>
      <w:r w:rsidRPr="004703CB">
        <w:t xml:space="preserve"> 6:15 pm: </w:t>
      </w:r>
      <w:r w:rsidR="0088636E" w:rsidRPr="004703CB">
        <w:t> Ray-Ban Meta: Going Further for Blind and Low Vision People</w:t>
      </w:r>
      <w:r w:rsidRPr="004703CB">
        <w:t xml:space="preserve">; </w:t>
      </w:r>
      <w:r w:rsidR="00CF4976" w:rsidRPr="004703CB">
        <w:t>OnSite</w:t>
      </w:r>
      <w:r w:rsidRPr="004703CB">
        <w:t xml:space="preserve">; </w:t>
      </w:r>
      <w:r w:rsidR="00F138A8" w:rsidRPr="004703CB">
        <w:t>Sterling 6</w:t>
      </w:r>
      <w:r w:rsidR="007166CD" w:rsidRPr="004703CB">
        <w:br/>
      </w:r>
      <w:r w:rsidR="00F92D5D" w:rsidRPr="004703CB">
        <w:br/>
      </w:r>
      <w:r w:rsidR="0088636E" w:rsidRPr="004703CB">
        <w:t>Ray-Ban Meta glasses have been breaking down barriers for the blind and low vision community since coming to market. We listened to users and improved features to make our technology more accessible. Come learn what we’ve built this year and get a sneak peek into the future.</w:t>
      </w:r>
    </w:p>
    <w:p w14:paraId="2CF3F9B3" w14:textId="77777777" w:rsidR="00F0175B" w:rsidRPr="004703CB" w:rsidRDefault="00F0175B" w:rsidP="009E7A4A"/>
    <w:p w14:paraId="4D7EF5BD" w14:textId="7EC66164" w:rsidR="00B6627B" w:rsidRPr="004703CB" w:rsidRDefault="00917334" w:rsidP="009E7A4A">
      <w:r w:rsidRPr="004703CB">
        <w:t xml:space="preserve">7:00 pm </w:t>
      </w:r>
      <w:r w:rsidR="007166CD" w:rsidRPr="004703CB">
        <w:t>-</w:t>
      </w:r>
      <w:r w:rsidRPr="004703CB">
        <w:t xml:space="preserve"> 8:15 pm: A Day in the Connected Digital Life; </w:t>
      </w:r>
      <w:r w:rsidR="00CF4976" w:rsidRPr="004703CB">
        <w:t>OnSite</w:t>
      </w:r>
      <w:r w:rsidRPr="004703CB">
        <w:t xml:space="preserve">; </w:t>
      </w:r>
      <w:r w:rsidR="00D74892" w:rsidRPr="004703CB">
        <w:t>Mills 5</w:t>
      </w:r>
      <w:r w:rsidR="007166CD" w:rsidRPr="004703CB">
        <w:br/>
      </w:r>
      <w:r w:rsidR="00F92D5D" w:rsidRPr="004703CB">
        <w:br/>
      </w:r>
      <w:r w:rsidRPr="004703CB">
        <w:t xml:space="preserve">Technology can be life-changing, but for some, it can also be overwhelming. Join the TTJ Instructor Team as we discuss and demonstrate how to use Apple devices with Voiceover to perform </w:t>
      </w:r>
      <w:r w:rsidR="006C4467" w:rsidRPr="004703CB">
        <w:t>several</w:t>
      </w:r>
      <w:r w:rsidRPr="004703CB">
        <w:t xml:space="preserve"> real-world tasks. Use Voiceover with the touch screen and with a keyboard. Use Siri and AI, and experience how this awesome technology can help you with such tasks as shopping for groceries, ordering food, getting walking or driving directions, managing a smart home, reading the news, online banking, making travel arrangements, writing letters, and much more.</w:t>
      </w:r>
      <w:r w:rsidR="00F92D5D" w:rsidRPr="004703CB">
        <w:br/>
      </w:r>
      <w:r w:rsidRPr="004703CB">
        <w:t xml:space="preserve">If you’d like to attend this session, please send an email to </w:t>
      </w:r>
      <w:hyperlink r:id="rId22" w:history="1">
        <w:r w:rsidRPr="004703CB">
          <w:rPr>
            <w:rStyle w:val="Hyperlink"/>
            <w:color w:val="auto"/>
            <w:u w:val="none"/>
          </w:rPr>
          <w:t>Info@ttjtech.biz</w:t>
        </w:r>
      </w:hyperlink>
      <w:r w:rsidRPr="004703CB">
        <w:t>.</w:t>
      </w:r>
    </w:p>
    <w:p w14:paraId="1AA64388" w14:textId="77777777" w:rsidR="00B6627B" w:rsidRPr="004703CB" w:rsidRDefault="00B6627B" w:rsidP="009E7A4A"/>
    <w:p w14:paraId="77797326" w14:textId="63D83847" w:rsidR="00B6627B" w:rsidRPr="004703CB" w:rsidRDefault="00917334" w:rsidP="009E7A4A">
      <w:pPr>
        <w:rPr>
          <w:b/>
          <w:bCs/>
        </w:rPr>
      </w:pPr>
      <w:r w:rsidRPr="004703CB">
        <w:rPr>
          <w:b/>
          <w:bCs/>
        </w:rPr>
        <w:t>Wednes</w:t>
      </w:r>
      <w:r w:rsidR="00B6627B" w:rsidRPr="004703CB">
        <w:rPr>
          <w:b/>
          <w:bCs/>
        </w:rPr>
        <w:t xml:space="preserve">day, July </w:t>
      </w:r>
      <w:r w:rsidRPr="004703CB">
        <w:rPr>
          <w:b/>
          <w:bCs/>
        </w:rPr>
        <w:t>29</w:t>
      </w:r>
      <w:r w:rsidR="00B6627B" w:rsidRPr="004703CB">
        <w:rPr>
          <w:b/>
          <w:bCs/>
        </w:rPr>
        <w:t xml:space="preserve"> </w:t>
      </w:r>
    </w:p>
    <w:p w14:paraId="12EA3BBA" w14:textId="74DD9297" w:rsidR="007A0411" w:rsidRDefault="00917334" w:rsidP="009E7A4A">
      <w:r>
        <w:t xml:space="preserve">3:00 pm </w:t>
      </w:r>
      <w:r w:rsidR="007166CD">
        <w:t>-</w:t>
      </w:r>
      <w:r>
        <w:t xml:space="preserve"> 4:15 pm: </w:t>
      </w:r>
      <w:r w:rsidR="007A0411">
        <w:t>Amazon Entertainment Takes It to 11</w:t>
      </w:r>
      <w:r>
        <w:t xml:space="preserve">; </w:t>
      </w:r>
      <w:r w:rsidR="003A531F">
        <w:t>Hybrid</w:t>
      </w:r>
      <w:r>
        <w:t xml:space="preserve">; </w:t>
      </w:r>
      <w:r w:rsidR="00CE0697">
        <w:t>Regency Ballroom</w:t>
      </w:r>
      <w:r>
        <w:br/>
      </w:r>
      <w:r w:rsidR="007A0411">
        <w:t>Explore Amazon's latest innovations in entertainment accessibility, including Adaptive Display, Dialogue Boost, Audio Description, and advanced hearing aid connectivity on Fire TV. Learn how these features work together to create a more inclusive streaming experience.</w:t>
      </w:r>
      <w:r w:rsidR="0096426D">
        <w:br/>
      </w:r>
      <w:r w:rsidR="007A0411">
        <w:t>Presenter: Peter Korn, Director of Accessibility for Amazon Devices &amp; Services</w:t>
      </w:r>
    </w:p>
    <w:p w14:paraId="0EBD733C" w14:textId="4BEDF5F3" w:rsidR="006D06C3" w:rsidRPr="004703CB" w:rsidRDefault="000A490E" w:rsidP="009E7A4A">
      <w:r w:rsidRPr="004703CB">
        <w:t xml:space="preserve">5:00 pm </w:t>
      </w:r>
      <w:r w:rsidR="007166CD" w:rsidRPr="004703CB">
        <w:t>-</w:t>
      </w:r>
      <w:r w:rsidRPr="004703CB">
        <w:t xml:space="preserve"> 6:15 pm: </w:t>
      </w:r>
      <w:r w:rsidR="005F74C9" w:rsidRPr="004703CB">
        <w:t>JAWS, AI, and the Future of Screen Reading</w:t>
      </w:r>
      <w:r w:rsidRPr="004703CB">
        <w:t xml:space="preserve">; </w:t>
      </w:r>
      <w:r w:rsidR="00CF4976" w:rsidRPr="004703CB">
        <w:t>OnSite</w:t>
      </w:r>
      <w:r w:rsidR="006D06C3" w:rsidRPr="004703CB">
        <w:t>; Mills 3</w:t>
      </w:r>
      <w:r w:rsidR="007166CD" w:rsidRPr="004703CB">
        <w:br/>
      </w:r>
      <w:r w:rsidR="006D06C3" w:rsidRPr="004703CB">
        <w:t>Discover how AI is transforming screen reading and enhancing productivity and independence. Get a look at what’s coming next in JAWS and what using a computer looks like in the future.</w:t>
      </w:r>
    </w:p>
    <w:p w14:paraId="791C3AC9" w14:textId="77777777" w:rsidR="00B6627B" w:rsidRPr="004703CB" w:rsidRDefault="00B6627B" w:rsidP="009E7A4A"/>
    <w:p w14:paraId="25639131" w14:textId="5E982F28" w:rsidR="004B17C0" w:rsidRPr="004703CB" w:rsidRDefault="004B17C0" w:rsidP="14638D2A">
      <w:pPr>
        <w:pStyle w:val="Heading2"/>
      </w:pPr>
      <w:bookmarkStart w:id="107" w:name="_Toc232406180"/>
      <w:r>
        <w:t>Transportation</w:t>
      </w:r>
      <w:bookmarkEnd w:id="107"/>
    </w:p>
    <w:p w14:paraId="467D501A" w14:textId="69A6511F" w:rsidR="14638D2A" w:rsidRDefault="14638D2A" w:rsidP="14638D2A">
      <w:pPr>
        <w:rPr>
          <w:b/>
          <w:bCs/>
        </w:rPr>
      </w:pPr>
    </w:p>
    <w:p w14:paraId="77C5CF0D" w14:textId="3744B95A" w:rsidR="004B17C0" w:rsidRPr="004703CB" w:rsidRDefault="004B17C0" w:rsidP="009E7A4A">
      <w:pPr>
        <w:rPr>
          <w:b/>
          <w:bCs/>
        </w:rPr>
      </w:pPr>
      <w:r w:rsidRPr="004703CB">
        <w:rPr>
          <w:b/>
          <w:bCs/>
        </w:rPr>
        <w:t xml:space="preserve">Wednesday, July 29 </w:t>
      </w:r>
    </w:p>
    <w:p w14:paraId="6BC723AD" w14:textId="3FC5B980" w:rsidR="004B17C0" w:rsidRPr="004703CB" w:rsidRDefault="004B17C0" w:rsidP="14638D2A">
      <w:r>
        <w:t xml:space="preserve">3:00 pm </w:t>
      </w:r>
      <w:r w:rsidR="007166CD">
        <w:t>-</w:t>
      </w:r>
      <w:r>
        <w:t xml:space="preserve"> 4:15 pm: UZURV Rider Appreciation and Feedback; </w:t>
      </w:r>
      <w:r w:rsidR="00CF4976">
        <w:t>OnSite</w:t>
      </w:r>
      <w:r>
        <w:t>; Sterling 2</w:t>
      </w:r>
      <w:r>
        <w:br/>
      </w:r>
      <w:r>
        <w:br/>
        <w:t>UZURV is a rideshare provider, built from the ground up, to provide transportation that works for people with disabilities, including those who are blind or have low</w:t>
      </w:r>
      <w:r w:rsidR="72A37E96">
        <w:t xml:space="preserve"> </w:t>
      </w:r>
      <w:r>
        <w:t>vision. Since our founding in 2017, we have expanded to serve approximately forty communities in sixteen states and the District of Columbia, including ten of the top twenty paratransit markets in the country. In 2024, we launched the UZURV Ride app, and we look forward to serving more riders in more communities in the future. We have three goals for this session. First, we want to acknowledge and thank our riders who have helped us learn and grow over the years. Second, we are seeking feedback on what you enjoy about our service</w:t>
      </w:r>
      <w:r w:rsidR="006C4467">
        <w:t>, and what</w:t>
      </w:r>
      <w:r>
        <w:t xml:space="preserve"> you would like to see us improve or expand. Finally, we want to introduce a free online toolkit that you can use to advocate for better transportation in your community. To attend, you must be a current UZURV rider, and you must register online at </w:t>
      </w:r>
      <w:hyperlink r:id="rId23">
        <w:r w:rsidRPr="14638D2A">
          <w:rPr>
            <w:rStyle w:val="Hyperlink"/>
            <w:color w:val="auto"/>
            <w:u w:val="none"/>
          </w:rPr>
          <w:t>https://uzurv.com/rider-conference-event/</w:t>
        </w:r>
      </w:hyperlink>
      <w:r>
        <w:t>. There are twelve slots available, so please sign up today.</w:t>
      </w:r>
    </w:p>
    <w:p w14:paraId="7C823CE5" w14:textId="77777777" w:rsidR="00B6627B" w:rsidRPr="004703CB" w:rsidRDefault="00B6627B" w:rsidP="009E7A4A"/>
    <w:p w14:paraId="241772D3" w14:textId="0DDBB53F" w:rsidR="004B17C0" w:rsidRPr="004703CB" w:rsidRDefault="004B17C0" w:rsidP="009E7A4A">
      <w:r>
        <w:t xml:space="preserve">5:00 pm </w:t>
      </w:r>
      <w:r w:rsidR="007166CD">
        <w:t>-</w:t>
      </w:r>
      <w:r>
        <w:t xml:space="preserve"> 6:15 pm: UZURV Rider Appreciation and Feedback; </w:t>
      </w:r>
      <w:r w:rsidR="00CF4976">
        <w:t>OnSite</w:t>
      </w:r>
      <w:r>
        <w:t>; Sterling 2</w:t>
      </w:r>
      <w:r>
        <w:br/>
      </w:r>
      <w:r>
        <w:br/>
      </w:r>
      <w:r w:rsidR="00BB682D">
        <w:t>See previous session July 29 at 3 pm for details</w:t>
      </w:r>
      <w:r w:rsidR="0BB4A97F">
        <w:t>.</w:t>
      </w:r>
    </w:p>
    <w:p w14:paraId="3CE6FF75" w14:textId="77777777" w:rsidR="007B2DB9" w:rsidRDefault="007B2DB9" w:rsidP="009E7A4A"/>
    <w:p w14:paraId="2B671AFF" w14:textId="77777777" w:rsidR="00B6627B" w:rsidRPr="00117394" w:rsidRDefault="00B6627B" w:rsidP="009E7A4A">
      <w:pPr>
        <w:pStyle w:val="Heading1"/>
      </w:pPr>
      <w:bookmarkStart w:id="108" w:name="_Toc198814994"/>
      <w:bookmarkStart w:id="109" w:name="_Toc232406181"/>
      <w:r>
        <w:t>More Convention Entertainment</w:t>
      </w:r>
      <w:bookmarkEnd w:id="108"/>
      <w:bookmarkEnd w:id="109"/>
    </w:p>
    <w:p w14:paraId="361C162D" w14:textId="5B0552A6" w:rsidR="14638D2A" w:rsidRDefault="14638D2A"/>
    <w:p w14:paraId="2D838194" w14:textId="1DA4FBA3" w:rsidR="00B6627B" w:rsidRPr="004703CB" w:rsidRDefault="00236131" w:rsidP="009E7A4A">
      <w:r w:rsidRPr="00236131">
        <w:t xml:space="preserve">You will be ready for a break and a little fun after all </w:t>
      </w:r>
      <w:r w:rsidRPr="004703CB">
        <w:t>those workshops, seminars, and business meetings. Below are some activities and events that take place at the hotel. For more fun ideas, see Convention Tours</w:t>
      </w:r>
      <w:r w:rsidR="00BB682D" w:rsidRPr="004703CB">
        <w:t xml:space="preserve"> and c</w:t>
      </w:r>
      <w:r w:rsidRPr="004703CB">
        <w:t>heck the agendas of the many affiliates and groups for more mixers, luncheons, and parties.</w:t>
      </w:r>
    </w:p>
    <w:p w14:paraId="791BEABA" w14:textId="77777777" w:rsidR="00A10BA6" w:rsidRPr="004703CB" w:rsidRDefault="00A10BA6" w:rsidP="009E7A4A"/>
    <w:p w14:paraId="59766C23" w14:textId="77777777" w:rsidR="0096426D" w:rsidRDefault="0096426D">
      <w:pPr>
        <w:rPr>
          <w:b/>
          <w:bCs/>
        </w:rPr>
      </w:pPr>
      <w:r>
        <w:rPr>
          <w:b/>
          <w:bCs/>
        </w:rPr>
        <w:br w:type="page"/>
      </w:r>
    </w:p>
    <w:p w14:paraId="5507CC65" w14:textId="08C06F31" w:rsidR="00C54E68" w:rsidRPr="004703CB" w:rsidRDefault="00C54E68" w:rsidP="009E7A4A">
      <w:pPr>
        <w:rPr>
          <w:b/>
          <w:bCs/>
        </w:rPr>
      </w:pPr>
      <w:r w:rsidRPr="004703CB">
        <w:rPr>
          <w:b/>
          <w:bCs/>
        </w:rPr>
        <w:t>Friday, July 24</w:t>
      </w:r>
    </w:p>
    <w:p w14:paraId="2D17CCEF" w14:textId="1C9B4C4D" w:rsidR="00C54E68" w:rsidRPr="004703CB" w:rsidRDefault="00C54E68" w:rsidP="009E7A4A">
      <w:r w:rsidRPr="004703CB">
        <w:rPr>
          <w:w w:val="95"/>
        </w:rPr>
        <w:t>8:00</w:t>
      </w:r>
      <w:r w:rsidRPr="004703CB">
        <w:t xml:space="preserve"> pm </w:t>
      </w:r>
      <w:r w:rsidR="007166CD" w:rsidRPr="004703CB">
        <w:t>-</w:t>
      </w:r>
      <w:r w:rsidRPr="004703CB">
        <w:t xml:space="preserve"> 11:00 pm: Welcome to St. Louis; </w:t>
      </w:r>
      <w:r w:rsidR="00CF4976" w:rsidRPr="004703CB">
        <w:t>OnSite</w:t>
      </w:r>
      <w:r w:rsidRPr="004703CB">
        <w:t xml:space="preserve">; </w:t>
      </w:r>
      <w:r w:rsidR="00057784" w:rsidRPr="004703CB">
        <w:t>Parkview</w:t>
      </w:r>
      <w:r w:rsidRPr="004703CB">
        <w:t>; $15 ($20)</w:t>
      </w:r>
      <w:r w:rsidR="007166CD" w:rsidRPr="004703CB">
        <w:br/>
      </w:r>
      <w:r w:rsidRPr="004703CB">
        <w:t>The Missouri Host Committee will hold the welcome party featuring local musician Brian Clark.</w:t>
      </w:r>
      <w:r w:rsidR="00F92D5D" w:rsidRPr="004703CB">
        <w:br/>
      </w:r>
      <w:r w:rsidRPr="004703CB">
        <w:t>Brian Clarke is a longtime St. Louis musician, singer, and songwriter known for his soulful vocals, storytelling style, and dynamic live performances. He plays music from many genres, accompanying his vocals with his guitar. Snacks and conversation with old friends and new are on the agenda! A cash bar will be available for your enjoyment.</w:t>
      </w:r>
    </w:p>
    <w:p w14:paraId="64EC591A" w14:textId="77777777" w:rsidR="00C54E68" w:rsidRPr="004703CB" w:rsidRDefault="00C54E68" w:rsidP="009E7A4A">
      <w:pPr>
        <w:rPr>
          <w:b/>
          <w:bCs/>
        </w:rPr>
      </w:pPr>
    </w:p>
    <w:p w14:paraId="728DDA37" w14:textId="301B9FB2" w:rsidR="00C54E68" w:rsidRPr="004703CB" w:rsidRDefault="00C54E68" w:rsidP="009E7A4A">
      <w:pPr>
        <w:rPr>
          <w:b/>
          <w:bCs/>
        </w:rPr>
      </w:pPr>
      <w:r w:rsidRPr="004703CB">
        <w:rPr>
          <w:b/>
          <w:bCs/>
        </w:rPr>
        <w:t>Saturday, July 25 through Sunday, July 26</w:t>
      </w:r>
    </w:p>
    <w:p w14:paraId="0FB374A0" w14:textId="5D56651E" w:rsidR="00C54E68" w:rsidRPr="004703CB" w:rsidRDefault="00C54E68" w:rsidP="009E7A4A">
      <w:r w:rsidRPr="004703CB">
        <w:rPr>
          <w:spacing w:val="-4"/>
          <w:w w:val="95"/>
        </w:rPr>
        <w:t>2:00</w:t>
      </w:r>
      <w:r w:rsidRPr="004703CB">
        <w:rPr>
          <w:spacing w:val="-4"/>
        </w:rPr>
        <w:t xml:space="preserve"> pm </w:t>
      </w:r>
      <w:r w:rsidR="007166CD" w:rsidRPr="004703CB">
        <w:rPr>
          <w:spacing w:val="-4"/>
        </w:rPr>
        <w:t>-</w:t>
      </w:r>
      <w:r w:rsidRPr="004703CB">
        <w:rPr>
          <w:spacing w:val="-4"/>
        </w:rPr>
        <w:t xml:space="preserve"> 4:00 pm: Community Hospitality; </w:t>
      </w:r>
      <w:r w:rsidR="00CF4976" w:rsidRPr="004703CB">
        <w:rPr>
          <w:spacing w:val="-4"/>
        </w:rPr>
        <w:t>OnSite</w:t>
      </w:r>
      <w:r w:rsidRPr="004703CB">
        <w:rPr>
          <w:spacing w:val="-4"/>
        </w:rPr>
        <w:t xml:space="preserve">; </w:t>
      </w:r>
      <w:r w:rsidR="000565D0" w:rsidRPr="004703CB">
        <w:rPr>
          <w:spacing w:val="-4"/>
        </w:rPr>
        <w:t>Mills 6</w:t>
      </w:r>
      <w:r w:rsidR="00BB682D" w:rsidRPr="004703CB">
        <w:rPr>
          <w:spacing w:val="-4"/>
        </w:rPr>
        <w:br/>
      </w:r>
      <w:r w:rsidR="00F92D5D" w:rsidRPr="004703CB">
        <w:br/>
      </w:r>
      <w:r w:rsidRPr="004703CB">
        <w:t xml:space="preserve">Here’s your opportunity to meet up with those you’ve only met virtually or to see friends you haven’t been with for a few years or more. </w:t>
      </w:r>
      <w:r w:rsidRPr="004703CB">
        <w:br/>
        <w:t>Drop in for a few minutes or the entire time. You’re sure to find some midday convention cheer here.</w:t>
      </w:r>
    </w:p>
    <w:p w14:paraId="37B80EF3" w14:textId="77777777" w:rsidR="00C54E68" w:rsidRPr="004703CB" w:rsidRDefault="00C54E68" w:rsidP="009E7A4A"/>
    <w:p w14:paraId="6488D68E" w14:textId="3A7CC4C7" w:rsidR="004D1AB0" w:rsidRPr="004703CB" w:rsidRDefault="004D1AB0" w:rsidP="009E7A4A">
      <w:pPr>
        <w:rPr>
          <w:b/>
          <w:bCs/>
        </w:rPr>
      </w:pPr>
      <w:r w:rsidRPr="004703CB">
        <w:rPr>
          <w:b/>
          <w:bCs/>
        </w:rPr>
        <w:t>Sunday, July 26</w:t>
      </w:r>
    </w:p>
    <w:p w14:paraId="73F6247A" w14:textId="6EE1E283" w:rsidR="004D1AB0" w:rsidRPr="004703CB" w:rsidRDefault="004D1AB0" w:rsidP="009E7A4A">
      <w:r w:rsidRPr="004703CB">
        <w:rPr>
          <w:w w:val="95"/>
        </w:rPr>
        <w:t>7:00</w:t>
      </w:r>
      <w:r w:rsidRPr="004703CB">
        <w:t xml:space="preserve"> pm </w:t>
      </w:r>
      <w:r w:rsidR="007166CD" w:rsidRPr="004703CB">
        <w:t>-</w:t>
      </w:r>
      <w:r w:rsidRPr="004703CB">
        <w:t xml:space="preserve"> 9:00 pm: ACB Community Meet and Greet; </w:t>
      </w:r>
      <w:r w:rsidR="00107551" w:rsidRPr="004703CB">
        <w:t>OnSite</w:t>
      </w:r>
      <w:r w:rsidRPr="004703CB">
        <w:t xml:space="preserve">; </w:t>
      </w:r>
      <w:r w:rsidR="000565D0" w:rsidRPr="004703CB">
        <w:t>Gateway East</w:t>
      </w:r>
      <w:r w:rsidRPr="004703CB">
        <w:t xml:space="preserve">; $20 ($20) </w:t>
      </w:r>
      <w:r w:rsidR="00107551" w:rsidRPr="004703CB">
        <w:br/>
      </w:r>
      <w:r w:rsidR="00107551" w:rsidRPr="004703CB">
        <w:br/>
      </w:r>
      <w:r w:rsidRPr="004703CB">
        <w:t>This is a meet and greet you won't want to miss. You've heard each other on ACB Media, in Zoom or in Clubhouse; now you can visit with these friends in person over a drink, handshake, or hug. And yes, join in even if you've never taken part in community events previously. All are welcome</w:t>
      </w:r>
      <w:r w:rsidR="00BB682D" w:rsidRPr="004703CB">
        <w:t>.</w:t>
      </w:r>
    </w:p>
    <w:p w14:paraId="2A168D7E" w14:textId="77777777" w:rsidR="004D1AB0" w:rsidRPr="004703CB" w:rsidRDefault="004D1AB0" w:rsidP="009E7A4A">
      <w:pPr>
        <w:rPr>
          <w:b/>
          <w:bCs/>
        </w:rPr>
      </w:pPr>
    </w:p>
    <w:p w14:paraId="376A7DBE" w14:textId="0AF94D14" w:rsidR="00C54E68" w:rsidRPr="004703CB" w:rsidRDefault="00C54E68" w:rsidP="009E7A4A">
      <w:pPr>
        <w:rPr>
          <w:b/>
          <w:bCs/>
        </w:rPr>
      </w:pPr>
      <w:r w:rsidRPr="004703CB">
        <w:rPr>
          <w:b/>
          <w:bCs/>
        </w:rPr>
        <w:t>Monday, July 27 through Wednesday, July 29</w:t>
      </w:r>
    </w:p>
    <w:p w14:paraId="5FC5841F" w14:textId="0DC0ED5D" w:rsidR="00C54E68" w:rsidRPr="004703CB" w:rsidRDefault="00C54E68" w:rsidP="009E7A4A">
      <w:pPr>
        <w:rPr>
          <w:b/>
          <w:bCs/>
        </w:rPr>
      </w:pPr>
      <w:r w:rsidRPr="004703CB">
        <w:rPr>
          <w:spacing w:val="-4"/>
          <w:w w:val="95"/>
        </w:rPr>
        <w:t>2:00</w:t>
      </w:r>
      <w:r w:rsidRPr="004703CB">
        <w:rPr>
          <w:spacing w:val="-4"/>
        </w:rPr>
        <w:t xml:space="preserve"> pm </w:t>
      </w:r>
      <w:r w:rsidR="007166CD" w:rsidRPr="004703CB">
        <w:rPr>
          <w:spacing w:val="-4"/>
        </w:rPr>
        <w:t>-</w:t>
      </w:r>
      <w:r w:rsidRPr="004703CB">
        <w:rPr>
          <w:spacing w:val="-4"/>
        </w:rPr>
        <w:t xml:space="preserve"> 5:00 pm: Community Hospitality; </w:t>
      </w:r>
      <w:r w:rsidR="00CF4976" w:rsidRPr="004703CB">
        <w:rPr>
          <w:spacing w:val="-4"/>
        </w:rPr>
        <w:t>OnSite</w:t>
      </w:r>
      <w:r w:rsidRPr="004703CB">
        <w:rPr>
          <w:spacing w:val="-4"/>
        </w:rPr>
        <w:t xml:space="preserve">; </w:t>
      </w:r>
      <w:r w:rsidR="000565D0" w:rsidRPr="004703CB">
        <w:rPr>
          <w:spacing w:val="-4"/>
        </w:rPr>
        <w:t>Mills 6</w:t>
      </w:r>
      <w:r w:rsidR="007166CD" w:rsidRPr="004703CB">
        <w:br/>
      </w:r>
      <w:r w:rsidR="00F92D5D" w:rsidRPr="004703CB">
        <w:br/>
      </w:r>
      <w:r w:rsidRPr="004703CB">
        <w:t xml:space="preserve">Here’s your opportunity to meet up with those you’ve only met virtually or to see friends you haven’t been with for a few years or more. </w:t>
      </w:r>
      <w:r w:rsidRPr="004703CB">
        <w:br/>
        <w:t>Drop in for a few minutes or the entire time. You’re sure to find some midday convention cheer here.</w:t>
      </w:r>
    </w:p>
    <w:p w14:paraId="251C9834" w14:textId="77777777" w:rsidR="00C54E68" w:rsidRPr="004703CB" w:rsidRDefault="00C54E68" w:rsidP="009E7A4A">
      <w:pPr>
        <w:rPr>
          <w:b/>
          <w:bCs/>
        </w:rPr>
      </w:pPr>
    </w:p>
    <w:p w14:paraId="0B668378" w14:textId="74CCF264" w:rsidR="00D86D90" w:rsidRPr="004703CB" w:rsidRDefault="00D86D90" w:rsidP="009E7A4A">
      <w:pPr>
        <w:rPr>
          <w:b/>
          <w:bCs/>
        </w:rPr>
      </w:pPr>
      <w:r w:rsidRPr="004703CB">
        <w:rPr>
          <w:b/>
          <w:bCs/>
        </w:rPr>
        <w:t>Monday, July 27</w:t>
      </w:r>
    </w:p>
    <w:p w14:paraId="26E43192" w14:textId="3AB1207D" w:rsidR="00D86D90" w:rsidRPr="004703CB" w:rsidRDefault="00D86D90" w:rsidP="009E7A4A">
      <w:r w:rsidRPr="004703CB">
        <w:rPr>
          <w:w w:val="95"/>
        </w:rPr>
        <w:t>7:00</w:t>
      </w:r>
      <w:r w:rsidRPr="004703CB">
        <w:t xml:space="preserve"> pm </w:t>
      </w:r>
      <w:r w:rsidR="007166CD" w:rsidRPr="004703CB">
        <w:t>-</w:t>
      </w:r>
      <w:r w:rsidRPr="004703CB">
        <w:t xml:space="preserve"> 8:00 pm: Gospel Sing; </w:t>
      </w:r>
      <w:r w:rsidR="00CF4976" w:rsidRPr="004703CB">
        <w:t>OnSite</w:t>
      </w:r>
      <w:r w:rsidRPr="004703CB">
        <w:t xml:space="preserve">; </w:t>
      </w:r>
      <w:r w:rsidR="00FC3426" w:rsidRPr="004703CB">
        <w:t>Gateway West</w:t>
      </w:r>
      <w:r w:rsidR="00BB682D" w:rsidRPr="004703CB">
        <w:br/>
      </w:r>
      <w:r w:rsidR="00BB682D" w:rsidRPr="004703CB">
        <w:br/>
      </w:r>
      <w:r w:rsidRPr="004703CB">
        <w:t>Make a joyful noise, join in, or just listen.</w:t>
      </w:r>
    </w:p>
    <w:p w14:paraId="5BFD3A78" w14:textId="77777777" w:rsidR="00D86D90" w:rsidRPr="004703CB" w:rsidRDefault="00D86D90" w:rsidP="009E7A4A">
      <w:pPr>
        <w:rPr>
          <w:b/>
          <w:bCs/>
        </w:rPr>
      </w:pPr>
    </w:p>
    <w:p w14:paraId="63B3AED7" w14:textId="1FAC0669" w:rsidR="00D86D90" w:rsidRPr="004703CB" w:rsidRDefault="00D86D90" w:rsidP="009E7A4A">
      <w:pPr>
        <w:rPr>
          <w:b/>
          <w:bCs/>
        </w:rPr>
      </w:pPr>
      <w:r w:rsidRPr="004703CB">
        <w:rPr>
          <w:b/>
          <w:bCs/>
        </w:rPr>
        <w:t>Tuesday, July 28</w:t>
      </w:r>
    </w:p>
    <w:p w14:paraId="776B1FE6" w14:textId="7632EA88" w:rsidR="00D86D90" w:rsidRPr="004703CB" w:rsidRDefault="00D86D90" w:rsidP="009E7A4A">
      <w:pPr>
        <w:rPr>
          <w:bCs/>
        </w:rPr>
      </w:pPr>
      <w:r w:rsidRPr="004703CB">
        <w:rPr>
          <w:w w:val="95"/>
        </w:rPr>
        <w:t>7:00</w:t>
      </w:r>
      <w:r w:rsidRPr="004703CB">
        <w:t xml:space="preserve"> pm </w:t>
      </w:r>
      <w:r w:rsidR="007166CD" w:rsidRPr="004703CB">
        <w:t>-</w:t>
      </w:r>
      <w:r w:rsidRPr="004703CB">
        <w:t xml:space="preserve"> 9:30 pm: Come play Blind Hockey with Team USA!; </w:t>
      </w:r>
      <w:r w:rsidR="00CF4976" w:rsidRPr="004703CB">
        <w:t>OnSite</w:t>
      </w:r>
      <w:r w:rsidRPr="004703CB">
        <w:t>; Gateway West</w:t>
      </w:r>
      <w:r w:rsidR="007166CD" w:rsidRPr="004703CB">
        <w:br/>
      </w:r>
      <w:r w:rsidR="00F92D5D" w:rsidRPr="004703CB">
        <w:br/>
      </w:r>
      <w:r w:rsidRPr="004703CB">
        <w:rPr>
          <w:bCs/>
        </w:rPr>
        <w:t>You've had a chance to shoot the blind hockey puck in the exhibit hall, now join members of the USA Blind Hockey Team and the St. Louis Blues Blind Hockey Club in a game of floor hockey. We replace the puck with a wiffle ball with bells inside, and our heavy sticks with light plastic sticks. Come and join the fun, ice not included.</w:t>
      </w:r>
    </w:p>
    <w:p w14:paraId="11E396EE" w14:textId="77777777" w:rsidR="00D86D90" w:rsidRPr="004703CB" w:rsidRDefault="00D86D90" w:rsidP="009E7A4A">
      <w:pPr>
        <w:rPr>
          <w:b/>
          <w:bCs/>
        </w:rPr>
      </w:pPr>
    </w:p>
    <w:p w14:paraId="3F08CA05" w14:textId="21D24715" w:rsidR="00A10BA6" w:rsidRPr="004703CB" w:rsidRDefault="00A10BA6" w:rsidP="009E7A4A">
      <w:pPr>
        <w:rPr>
          <w:b/>
          <w:bCs/>
        </w:rPr>
      </w:pPr>
      <w:r w:rsidRPr="004703CB">
        <w:rPr>
          <w:b/>
          <w:bCs/>
        </w:rPr>
        <w:t>Wednesday, July 29</w:t>
      </w:r>
    </w:p>
    <w:p w14:paraId="580FD87C" w14:textId="5B9E5C4F" w:rsidR="00B7211A" w:rsidRPr="004703CB" w:rsidRDefault="00A10BA6" w:rsidP="009E7A4A">
      <w:r w:rsidRPr="004703CB">
        <w:rPr>
          <w:w w:val="95"/>
        </w:rPr>
        <w:t>12:15</w:t>
      </w:r>
      <w:r w:rsidRPr="004703CB">
        <w:t xml:space="preserve"> pm </w:t>
      </w:r>
      <w:r w:rsidR="007166CD" w:rsidRPr="004703CB">
        <w:t>-</w:t>
      </w:r>
      <w:r w:rsidRPr="004703CB">
        <w:t xml:space="preserve"> 2:30 pm: Sports Fanatic Luncheon </w:t>
      </w:r>
      <w:r w:rsidR="00F25CE0" w:rsidRPr="004703CB">
        <w:t>with</w:t>
      </w:r>
      <w:r w:rsidRPr="004703CB">
        <w:t xml:space="preserve"> OneCourt Founder; </w:t>
      </w:r>
      <w:r w:rsidR="00CF4976" w:rsidRPr="004703CB">
        <w:t>OnSite</w:t>
      </w:r>
      <w:r w:rsidRPr="004703CB">
        <w:t>; Gateway East; $52</w:t>
      </w:r>
      <w:r w:rsidR="007166CD" w:rsidRPr="004703CB">
        <w:br/>
      </w:r>
      <w:r w:rsidR="00F92D5D" w:rsidRPr="004703CB">
        <w:br/>
      </w:r>
      <w:r w:rsidRPr="004703CB">
        <w:t xml:space="preserve">Come share your favorite sports stories with fellow sports fanatics! Meet OneCourt Founder </w:t>
      </w:r>
      <w:r w:rsidR="007C5A35" w:rsidRPr="004703CB">
        <w:t>a</w:t>
      </w:r>
      <w:r w:rsidRPr="004703CB">
        <w:t xml:space="preserve">nd CEO, Jerred Mace and </w:t>
      </w:r>
      <w:r w:rsidR="007C5A35" w:rsidRPr="004703CB">
        <w:t>learn what’s</w:t>
      </w:r>
      <w:r w:rsidRPr="004703CB">
        <w:t xml:space="preserve"> next with OneCourt and hear about the</w:t>
      </w:r>
      <w:r w:rsidR="007C5A35" w:rsidRPr="004703CB">
        <w:t xml:space="preserve"> </w:t>
      </w:r>
      <w:r w:rsidRPr="004703CB">
        <w:t xml:space="preserve">experiences </w:t>
      </w:r>
      <w:r w:rsidR="007C5A35" w:rsidRPr="004703CB">
        <w:t>o</w:t>
      </w:r>
      <w:r w:rsidRPr="004703CB">
        <w:t>f Scott</w:t>
      </w:r>
      <w:r w:rsidR="00BB682D" w:rsidRPr="004703CB">
        <w:t xml:space="preserve"> Thornhill</w:t>
      </w:r>
      <w:r w:rsidRPr="004703CB">
        <w:t>,</w:t>
      </w:r>
      <w:r w:rsidR="007467FF">
        <w:t xml:space="preserve"> </w:t>
      </w:r>
      <w:r w:rsidRPr="004703CB">
        <w:t xml:space="preserve">Kolby </w:t>
      </w:r>
      <w:r w:rsidR="00BB682D" w:rsidRPr="004703CB">
        <w:t xml:space="preserve">Garrison </w:t>
      </w:r>
      <w:r w:rsidRPr="004703CB">
        <w:t xml:space="preserve">and Dan </w:t>
      </w:r>
      <w:r w:rsidR="00BB682D" w:rsidRPr="004703CB">
        <w:t xml:space="preserve">Spoone </w:t>
      </w:r>
      <w:r w:rsidRPr="004703CB">
        <w:t>at the</w:t>
      </w:r>
      <w:r w:rsidR="007467FF">
        <w:t xml:space="preserve"> </w:t>
      </w:r>
      <w:r w:rsidRPr="004703CB">
        <w:t>Superbowl with their OneCourt devices.</w:t>
      </w:r>
    </w:p>
    <w:p w14:paraId="1FD078E3" w14:textId="77777777" w:rsidR="00B7211A" w:rsidRPr="004703CB" w:rsidRDefault="00B7211A" w:rsidP="009E7A4A"/>
    <w:p w14:paraId="1BBA68AB" w14:textId="05690ED3" w:rsidR="00B7211A" w:rsidRPr="004703CB" w:rsidRDefault="00B7211A" w:rsidP="009E7A4A">
      <w:pPr>
        <w:rPr>
          <w:b/>
          <w:bCs/>
        </w:rPr>
      </w:pPr>
      <w:r w:rsidRPr="004703CB">
        <w:rPr>
          <w:b/>
          <w:bCs/>
        </w:rPr>
        <w:t>Wednesday, July 29</w:t>
      </w:r>
    </w:p>
    <w:p w14:paraId="0164DA3C" w14:textId="77777777" w:rsidR="00D47792" w:rsidRDefault="00702967" w:rsidP="009E7A4A">
      <w:r w:rsidRPr="004703CB">
        <w:rPr>
          <w:w w:val="95"/>
        </w:rPr>
        <w:t>8:0</w:t>
      </w:r>
      <w:r w:rsidR="00B7211A" w:rsidRPr="004703CB">
        <w:rPr>
          <w:w w:val="95"/>
        </w:rPr>
        <w:t>0</w:t>
      </w:r>
      <w:r w:rsidR="00B7211A" w:rsidRPr="004703CB">
        <w:t xml:space="preserve"> pm </w:t>
      </w:r>
      <w:r w:rsidR="007166CD" w:rsidRPr="004703CB">
        <w:t>-</w:t>
      </w:r>
      <w:r w:rsidR="00B7211A" w:rsidRPr="004703CB">
        <w:t xml:space="preserve"> </w:t>
      </w:r>
      <w:r w:rsidR="00CD26D8" w:rsidRPr="004703CB">
        <w:t>10:</w:t>
      </w:r>
      <w:r w:rsidRPr="004703CB">
        <w:t>15</w:t>
      </w:r>
      <w:r w:rsidR="00B7211A" w:rsidRPr="004703CB">
        <w:t xml:space="preserve"> pm: ACB Film Night; </w:t>
      </w:r>
      <w:r w:rsidR="00CF4976" w:rsidRPr="004703CB">
        <w:t>OnSite</w:t>
      </w:r>
      <w:r w:rsidR="00B7211A" w:rsidRPr="004703CB">
        <w:t xml:space="preserve">; </w:t>
      </w:r>
      <w:r w:rsidR="001818E2" w:rsidRPr="004703CB">
        <w:t>Regency Ballroom</w:t>
      </w:r>
      <w:r w:rsidR="00B7211A" w:rsidRPr="004703CB">
        <w:t>; $10 ($15)</w:t>
      </w:r>
      <w:r w:rsidR="007166CD" w:rsidRPr="004703CB">
        <w:br/>
      </w:r>
      <w:r w:rsidR="00F92D5D" w:rsidRPr="004703CB">
        <w:br/>
      </w:r>
      <w:r w:rsidR="00B7211A" w:rsidRPr="14638D2A">
        <w:rPr>
          <w:b/>
          <w:bCs/>
        </w:rPr>
        <w:t>One Battle After Another</w:t>
      </w:r>
      <w:r>
        <w:br/>
      </w:r>
      <w:r w:rsidR="00B7211A" w:rsidRPr="004703CB">
        <w:t xml:space="preserve">Winner of 6 </w:t>
      </w:r>
      <w:r w:rsidR="18A88E5D">
        <w:t>A</w:t>
      </w:r>
      <w:r w:rsidR="00B7211A">
        <w:t xml:space="preserve">cademy awards including Best Picture, Best Director, and Best Supporting Actor. Bob is a </w:t>
      </w:r>
      <w:r w:rsidR="00BB682D">
        <w:t>washed-up</w:t>
      </w:r>
      <w:r w:rsidR="00B7211A">
        <w:t xml:space="preserve"> revolutionary who lives in a state of stoned paranoia, surviving off-grid with his spirited and self-reliant daughter, Willa. When his evil nemesis resurfaces and Willa goes missing, the former radical scrambles to find her, as both father and daughter battle the consequences of their </w:t>
      </w:r>
      <w:r w:rsidR="00BB682D">
        <w:t>past</w:t>
      </w:r>
      <w:r w:rsidR="00B7211A">
        <w:t>.</w:t>
      </w:r>
    </w:p>
    <w:p w14:paraId="290ED58C" w14:textId="2E72B3B4" w:rsidR="00A131A6" w:rsidRPr="004703CB" w:rsidRDefault="00A10BA6" w:rsidP="009E7A4A">
      <w:r>
        <w:t xml:space="preserve"> </w:t>
      </w:r>
    </w:p>
    <w:p w14:paraId="1DC11335" w14:textId="0279FE31" w:rsidR="005122B7" w:rsidRPr="004703CB" w:rsidRDefault="005122B7" w:rsidP="009E7A4A">
      <w:pPr>
        <w:pStyle w:val="Heading1"/>
      </w:pPr>
      <w:bookmarkStart w:id="110" w:name="_Toc198814995"/>
      <w:bookmarkStart w:id="111" w:name="_Toc232406182"/>
      <w:r>
        <w:t>202</w:t>
      </w:r>
      <w:r w:rsidR="00854B9B">
        <w:t>6</w:t>
      </w:r>
      <w:r>
        <w:t xml:space="preserve"> Tours</w:t>
      </w:r>
      <w:bookmarkEnd w:id="110"/>
      <w:bookmarkEnd w:id="111"/>
    </w:p>
    <w:p w14:paraId="643991EC" w14:textId="7DC8F56F" w:rsidR="14638D2A" w:rsidRDefault="14638D2A"/>
    <w:p w14:paraId="47EEE312" w14:textId="37127386" w:rsidR="005122B7" w:rsidRPr="004703CB" w:rsidRDefault="007F66FD" w:rsidP="009E7A4A">
      <w:r>
        <w:t>Important tour information: Please read the following information completely. It will answer many of your tour-related questions and will help you have a more enjoyable tour experience.</w:t>
      </w:r>
    </w:p>
    <w:p w14:paraId="09D26F1B" w14:textId="33BBF9B8" w:rsidR="14638D2A" w:rsidRDefault="14638D2A"/>
    <w:p w14:paraId="328A022E" w14:textId="28ED31BA" w:rsidR="005122B7" w:rsidRPr="004703CB" w:rsidRDefault="007F66FD" w:rsidP="009E7A4A">
      <w:pPr>
        <w:pStyle w:val="ListParagraph"/>
        <w:numPr>
          <w:ilvl w:val="0"/>
          <w:numId w:val="22"/>
        </w:numPr>
      </w:pPr>
      <w:r>
        <w:t>Tour bus pick</w:t>
      </w:r>
      <w:r w:rsidR="7F66DC89">
        <w:t>-</w:t>
      </w:r>
      <w:r>
        <w:t>up zone – The bus will pick up and drop off outside the double doors by the hotel gift shop.</w:t>
      </w:r>
    </w:p>
    <w:p w14:paraId="45B11153" w14:textId="0DE68155" w:rsidR="005122B7" w:rsidRPr="004F539F" w:rsidRDefault="007F66FD" w:rsidP="009E7A4A">
      <w:pPr>
        <w:pStyle w:val="ListParagraph"/>
        <w:numPr>
          <w:ilvl w:val="0"/>
          <w:numId w:val="22"/>
        </w:numPr>
      </w:pPr>
      <w:r w:rsidRPr="004703CB">
        <w:t xml:space="preserve">Bus departure times for each tour are listed in the convention program. Please be at the bus departure </w:t>
      </w:r>
      <w:r w:rsidRPr="004F539F">
        <w:t>area and ready to board the bus 20 minutes prior to the listed departure times. Arrival times back to the hotel are approximate.</w:t>
      </w:r>
    </w:p>
    <w:p w14:paraId="566F6D10" w14:textId="1A0A9040" w:rsidR="005122B7" w:rsidRPr="004F539F" w:rsidRDefault="007F66FD" w:rsidP="009E7A4A">
      <w:pPr>
        <w:pStyle w:val="ListParagraph"/>
        <w:numPr>
          <w:ilvl w:val="0"/>
          <w:numId w:val="22"/>
        </w:numPr>
      </w:pPr>
      <w:r>
        <w:t>The first two rows of seats on both sides of the bus are reserved for the tour coordinators, volunteers</w:t>
      </w:r>
      <w:r w:rsidR="1E5A1702">
        <w:t xml:space="preserve">, </w:t>
      </w:r>
      <w:r>
        <w:t xml:space="preserve"> and people with mobility difficulties. If you sit in those seats, and do not meet the </w:t>
      </w:r>
      <w:r w:rsidR="004F539F">
        <w:t>c</w:t>
      </w:r>
      <w:r>
        <w:t>riteria, you will be asked to move.</w:t>
      </w:r>
    </w:p>
    <w:p w14:paraId="28BFBC2B" w14:textId="4CA9779A" w:rsidR="005122B7" w:rsidRPr="004F539F" w:rsidRDefault="007F66FD" w:rsidP="009E7A4A">
      <w:pPr>
        <w:pStyle w:val="ListParagraph"/>
        <w:numPr>
          <w:ilvl w:val="0"/>
          <w:numId w:val="22"/>
        </w:numPr>
      </w:pPr>
      <w:r w:rsidRPr="004F539F">
        <w:t xml:space="preserve">All buses are fully ADA-equipped. If you have mobility difficulties or use a wheelchair that requires the lift to access the bus, you MUST check the appropriate boxes on the pre-registration form for us to plan for necessary accommodations. If you </w:t>
      </w:r>
      <w:r w:rsidR="00107551" w:rsidRPr="004F539F">
        <w:t>can</w:t>
      </w:r>
      <w:r w:rsidRPr="004F539F">
        <w:t xml:space="preserve"> transfer from a wheelchair into a bus seat, your chair will be placed under the bus for the duration of the ride.</w:t>
      </w:r>
    </w:p>
    <w:p w14:paraId="5EA279F0" w14:textId="019CDE6B" w:rsidR="005122B7" w:rsidRPr="004F539F" w:rsidRDefault="007F66FD" w:rsidP="009E7A4A">
      <w:pPr>
        <w:pStyle w:val="ListParagraph"/>
        <w:numPr>
          <w:ilvl w:val="0"/>
          <w:numId w:val="22"/>
        </w:numPr>
      </w:pPr>
      <w:r w:rsidRPr="004F539F">
        <w:t>Indoor facilities are air-conditioned unless indicated, but many tours include significant outdoor time. Dress appropriately and bring sunscreen, insect repellent, a hat, and a water bottle for your comfort and safety. Please always wear your ACB name badge when attending a tour.</w:t>
      </w:r>
    </w:p>
    <w:p w14:paraId="43FA9D9A" w14:textId="492984FA" w:rsidR="005122B7" w:rsidRPr="004F539F" w:rsidRDefault="007F66FD" w:rsidP="009E7A4A">
      <w:pPr>
        <w:pStyle w:val="ListParagraph"/>
        <w:numPr>
          <w:ilvl w:val="0"/>
          <w:numId w:val="22"/>
        </w:numPr>
      </w:pPr>
      <w:r w:rsidRPr="004F539F">
        <w:t>Space is limited on all tours. ACB reserves the right to cancel a tour should sales fall below required minimums.</w:t>
      </w:r>
    </w:p>
    <w:p w14:paraId="5BEDDC1C" w14:textId="3E0AE443" w:rsidR="005122B7" w:rsidRPr="004F539F" w:rsidRDefault="007F66FD" w:rsidP="009E7A4A">
      <w:pPr>
        <w:pStyle w:val="ListParagraph"/>
        <w:numPr>
          <w:ilvl w:val="0"/>
          <w:numId w:val="22"/>
        </w:numPr>
      </w:pPr>
      <w:r w:rsidRPr="004F539F">
        <w:t>All return times are approximate. If you have dietary scheduling concerns, bring a light snack in case we are unavoidably delayed. We ask that you board the bus quickly and safely to avoid delays. We plan 15 minutes to load and unload the bus. Please do not schedule back-to-back events based upon the return time of the tour, as we cannot plan for traffic and road condition delays.</w:t>
      </w:r>
      <w:r w:rsidR="005122B7" w:rsidRPr="004F539F">
        <w:t xml:space="preserve"> </w:t>
      </w:r>
    </w:p>
    <w:p w14:paraId="669BAC98" w14:textId="1D7AE4A5" w:rsidR="005122B7" w:rsidRPr="004F539F" w:rsidRDefault="007F66FD" w:rsidP="009E7A4A">
      <w:pPr>
        <w:pStyle w:val="ListParagraph"/>
        <w:numPr>
          <w:ilvl w:val="0"/>
          <w:numId w:val="22"/>
        </w:numPr>
      </w:pPr>
      <w:r>
        <w:t>A limited number of volunteers will accompany each tour. While they will help as much as possible, ACB volunteers are not personal guides or personal care attendants. If you think you will need individual help, plan to attend the tour with a friend who can provide the assistance you need. If you use a wheelchair, you must have someone on the tour with you to push your wheelchair! If you determine during the tour that you need a wheelchair</w:t>
      </w:r>
      <w:r w:rsidR="0D3E528E">
        <w:t>,</w:t>
      </w:r>
      <w:r>
        <w:t xml:space="preserve"> there will not be anyone available to push your wheelchair</w:t>
      </w:r>
      <w:r w:rsidR="4FDDEDB6">
        <w:t>,</w:t>
      </w:r>
      <w:r>
        <w:t xml:space="preserve"> </w:t>
      </w:r>
      <w:r w:rsidR="00107551">
        <w:t>so</w:t>
      </w:r>
      <w:r>
        <w:t xml:space="preserve"> please read all tour descriptions carefully.</w:t>
      </w:r>
    </w:p>
    <w:p w14:paraId="16559502" w14:textId="6B59D205" w:rsidR="005122B7" w:rsidRPr="00107551" w:rsidRDefault="007F66FD" w:rsidP="009E7A4A">
      <w:pPr>
        <w:pStyle w:val="ListParagraph"/>
        <w:numPr>
          <w:ilvl w:val="0"/>
          <w:numId w:val="22"/>
        </w:numPr>
      </w:pPr>
      <w:r w:rsidRPr="004F539F">
        <w:t xml:space="preserve">Most tour destinations are ADA-accessible. Some tours that are NOT ADA-accessible may include long walks, steps and steep grades. Some tours may involve strenuous activities. If you have a medical condition that may limit your involvement or participation, please let us know ahead of time and </w:t>
      </w:r>
      <w:r w:rsidRPr="00107551">
        <w:t>use common sense when making your selections.</w:t>
      </w:r>
    </w:p>
    <w:p w14:paraId="40EC4EF5" w14:textId="54A7E1A0" w:rsidR="005122B7" w:rsidRPr="00107551" w:rsidRDefault="007F66FD" w:rsidP="00107551">
      <w:pPr>
        <w:pStyle w:val="ListParagraph"/>
        <w:numPr>
          <w:ilvl w:val="0"/>
          <w:numId w:val="22"/>
        </w:numPr>
        <w:ind w:hanging="570"/>
      </w:pPr>
      <w:r w:rsidRPr="00107551">
        <w:t>The tour leader will have a list of all paid attendees and the waiting list for each tour. The leader will be stationed at the door of the bus to record your attendance. Please do not board the bus until the tour leader has completed this task.</w:t>
      </w:r>
    </w:p>
    <w:p w14:paraId="79B6323D" w14:textId="0322F280" w:rsidR="005122B7" w:rsidRPr="004F539F" w:rsidRDefault="007F66FD" w:rsidP="00107551">
      <w:pPr>
        <w:pStyle w:val="ListParagraph"/>
        <w:numPr>
          <w:ilvl w:val="0"/>
          <w:numId w:val="22"/>
        </w:numPr>
        <w:ind w:hanging="570"/>
      </w:pPr>
      <w:r w:rsidRPr="00107551">
        <w:t xml:space="preserve">If registration for a tour exceeds its capacity, a </w:t>
      </w:r>
      <w:r w:rsidRPr="004F539F">
        <w:t>waiting list is created based on the date and time your order was completed. If you are on a waiting list, you will be asked to stand in a designated area to wait for your name to be called. If you are not present when your name is called, the next person on the waiting list will be called to fill that seat. You may not give your place on the waiting list to another person.</w:t>
      </w:r>
    </w:p>
    <w:p w14:paraId="1D10508D" w14:textId="78DBE376" w:rsidR="005122B7" w:rsidRPr="004F539F" w:rsidRDefault="007F66FD" w:rsidP="00107551">
      <w:pPr>
        <w:pStyle w:val="ListParagraph"/>
        <w:numPr>
          <w:ilvl w:val="0"/>
          <w:numId w:val="22"/>
        </w:numPr>
        <w:ind w:hanging="570"/>
      </w:pPr>
      <w:r w:rsidRPr="004F539F">
        <w:t>If you arrive late and your name has already been called from the waiting list, your ability to secure a seat will be entirely dependent on the number of openings on the tour. No one who has answered the call from the waiting list will be asked to give up their seat.</w:t>
      </w:r>
    </w:p>
    <w:p w14:paraId="3D0F3940" w14:textId="22C522A3" w:rsidR="007F66FD" w:rsidRPr="004F539F" w:rsidRDefault="007F66FD" w:rsidP="00107551">
      <w:pPr>
        <w:pStyle w:val="ListParagraph"/>
        <w:numPr>
          <w:ilvl w:val="0"/>
          <w:numId w:val="22"/>
        </w:numPr>
        <w:ind w:hanging="570"/>
      </w:pPr>
      <w:r>
        <w:t>If there is no waiting list, or if the waiting list has been satisfied, any remaining tour openings will be sold to walk-up traffic. Tour openings will be sold for cash only. To purchase, you must have a valid name badge, a day pass for the current day</w:t>
      </w:r>
      <w:r w:rsidR="39745483">
        <w:t>,</w:t>
      </w:r>
      <w:r>
        <w:t xml:space="preserve"> or other proof of registration.</w:t>
      </w:r>
    </w:p>
    <w:p w14:paraId="15EEF2DD" w14:textId="71337195" w:rsidR="005122B7" w:rsidRPr="004F539F" w:rsidRDefault="007F66FD" w:rsidP="00107551">
      <w:pPr>
        <w:pStyle w:val="ListParagraph"/>
        <w:numPr>
          <w:ilvl w:val="0"/>
          <w:numId w:val="22"/>
        </w:numPr>
        <w:ind w:hanging="570"/>
      </w:pPr>
      <w:r w:rsidRPr="004F539F">
        <w:t>If you have paid for and are issued a tour ticket and do not appear at the designated time and place, no refund will be made. If you are on a waiting list and are not able to get on the bus, the tour leader will report this to the registration office, and you will be able to secure a refund the next day after the tour.</w:t>
      </w:r>
      <w:r w:rsidR="005122B7" w:rsidRPr="004F539F">
        <w:br/>
      </w:r>
      <w:r w:rsidR="005122B7" w:rsidRPr="004F539F">
        <w:br/>
      </w:r>
      <w:r w:rsidRPr="004F539F">
        <w:t>Should you not be present at the convention the day after the tour, or if the convention has ended, please call the Minneapolis office to arrange for a refund via check or credit card.</w:t>
      </w:r>
    </w:p>
    <w:p w14:paraId="01A7744F" w14:textId="77777777" w:rsidR="009D0E26" w:rsidRPr="004703CB" w:rsidRDefault="009D0E26" w:rsidP="009E7A4A"/>
    <w:p w14:paraId="0A55BA6E" w14:textId="77777777" w:rsidR="0096426D" w:rsidRDefault="0096426D">
      <w:pPr>
        <w:rPr>
          <w:b/>
          <w:bCs/>
        </w:rPr>
      </w:pPr>
      <w:r>
        <w:rPr>
          <w:b/>
          <w:bCs/>
        </w:rPr>
        <w:br w:type="page"/>
      </w:r>
    </w:p>
    <w:p w14:paraId="1598904D" w14:textId="28817AEE" w:rsidR="001D0659" w:rsidRPr="004703CB" w:rsidRDefault="001D0659" w:rsidP="009E7A4A">
      <w:pPr>
        <w:rPr>
          <w:b/>
          <w:bCs/>
        </w:rPr>
      </w:pPr>
      <w:r w:rsidRPr="004703CB">
        <w:rPr>
          <w:b/>
          <w:bCs/>
        </w:rPr>
        <w:t xml:space="preserve">Friday, July </w:t>
      </w:r>
      <w:r w:rsidR="00E71375" w:rsidRPr="004703CB">
        <w:rPr>
          <w:b/>
          <w:bCs/>
        </w:rPr>
        <w:t>2</w:t>
      </w:r>
      <w:r w:rsidRPr="004703CB">
        <w:rPr>
          <w:b/>
          <w:bCs/>
        </w:rPr>
        <w:t>4</w:t>
      </w:r>
    </w:p>
    <w:p w14:paraId="1D9BFEA3" w14:textId="326FF160" w:rsidR="00E86D0C" w:rsidRPr="004703CB" w:rsidRDefault="00E86D0C" w:rsidP="009E7A4A">
      <w:r w:rsidRPr="004703CB">
        <w:t>9</w:t>
      </w:r>
      <w:r w:rsidR="001D0659" w:rsidRPr="004703CB">
        <w:t>:</w:t>
      </w:r>
      <w:r w:rsidRPr="004703CB">
        <w:t>3</w:t>
      </w:r>
      <w:r w:rsidR="001D0659" w:rsidRPr="004703CB">
        <w:t xml:space="preserve">0 </w:t>
      </w:r>
      <w:r w:rsidRPr="004703CB">
        <w:t>a</w:t>
      </w:r>
      <w:r w:rsidR="001D0659" w:rsidRPr="004703CB">
        <w:t xml:space="preserve">m </w:t>
      </w:r>
      <w:r w:rsidR="007166CD" w:rsidRPr="004703CB">
        <w:t>-</w:t>
      </w:r>
      <w:r w:rsidR="001D0659" w:rsidRPr="004703CB">
        <w:t xml:space="preserve"> </w:t>
      </w:r>
      <w:r w:rsidRPr="004703CB">
        <w:t>3</w:t>
      </w:r>
      <w:r w:rsidR="001D0659" w:rsidRPr="004703CB">
        <w:t>:</w:t>
      </w:r>
      <w:r w:rsidRPr="004703CB">
        <w:t>3</w:t>
      </w:r>
      <w:r w:rsidR="001D0659" w:rsidRPr="004703CB">
        <w:t>0 pm</w:t>
      </w:r>
      <w:r w:rsidRPr="004703CB">
        <w:t>: History Museum</w:t>
      </w:r>
      <w:r w:rsidR="00686268" w:rsidRPr="004703CB">
        <w:t>;</w:t>
      </w:r>
      <w:r w:rsidRPr="004703CB">
        <w:t xml:space="preserve"> $75</w:t>
      </w:r>
    </w:p>
    <w:p w14:paraId="4D9484A5" w14:textId="77777777" w:rsidR="00E86D0C" w:rsidRPr="004703CB" w:rsidRDefault="00E86D0C" w:rsidP="009E7A4A"/>
    <w:p w14:paraId="51F1B10D" w14:textId="6483408B" w:rsidR="00E86D0C" w:rsidRPr="004703CB" w:rsidRDefault="00F138A8" w:rsidP="009E7A4A">
      <w:r w:rsidRPr="004703CB">
        <w:t>5</w:t>
      </w:r>
      <w:r w:rsidR="00E86D0C" w:rsidRPr="004703CB">
        <w:t>:</w:t>
      </w:r>
      <w:r w:rsidRPr="004703CB">
        <w:t>45</w:t>
      </w:r>
      <w:r w:rsidR="00E86D0C" w:rsidRPr="004703CB">
        <w:t xml:space="preserve"> pm </w:t>
      </w:r>
      <w:r w:rsidR="007166CD" w:rsidRPr="004703CB">
        <w:t>-</w:t>
      </w:r>
      <w:r w:rsidR="00E86D0C" w:rsidRPr="004703CB">
        <w:t xml:space="preserve"> 10:00 pm: Mississippi Riverboat Dinner Cruise</w:t>
      </w:r>
      <w:r w:rsidR="00686268" w:rsidRPr="004703CB">
        <w:t xml:space="preserve">; </w:t>
      </w:r>
      <w:r w:rsidR="00E86D0C" w:rsidRPr="004703CB">
        <w:t>$110</w:t>
      </w:r>
      <w:r w:rsidR="00F92D5D" w:rsidRPr="004703CB">
        <w:br/>
      </w:r>
    </w:p>
    <w:p w14:paraId="7F456D14" w14:textId="2A62E10E" w:rsidR="009E0CC6" w:rsidRPr="004703CB" w:rsidRDefault="009E0CC6" w:rsidP="009E7A4A">
      <w:pPr>
        <w:rPr>
          <w:b/>
          <w:bCs/>
        </w:rPr>
      </w:pPr>
      <w:r w:rsidRPr="004703CB">
        <w:rPr>
          <w:b/>
          <w:bCs/>
        </w:rPr>
        <w:t>Saturday, July 25</w:t>
      </w:r>
    </w:p>
    <w:p w14:paraId="1E009933" w14:textId="07AAE897" w:rsidR="001D0659" w:rsidRPr="004703CB" w:rsidRDefault="009E0CC6" w:rsidP="009E7A4A">
      <w:r w:rsidRPr="004703CB">
        <w:t xml:space="preserve">8:30 am </w:t>
      </w:r>
      <w:r w:rsidR="007166CD" w:rsidRPr="004703CB">
        <w:t>-</w:t>
      </w:r>
      <w:r w:rsidRPr="004703CB">
        <w:t xml:space="preserve"> 4:30 pm: Grant’s Farm</w:t>
      </w:r>
      <w:r w:rsidR="00686268" w:rsidRPr="004703CB">
        <w:t>;</w:t>
      </w:r>
      <w:r w:rsidRPr="004703CB">
        <w:t xml:space="preserve"> $150</w:t>
      </w:r>
    </w:p>
    <w:p w14:paraId="3EB85F99" w14:textId="77777777" w:rsidR="009E0CC6" w:rsidRPr="004703CB" w:rsidRDefault="009E0CC6" w:rsidP="009E7A4A"/>
    <w:p w14:paraId="0DA08FB6" w14:textId="68029AB9" w:rsidR="00B13142" w:rsidRPr="004703CB" w:rsidRDefault="00B13142" w:rsidP="009E7A4A">
      <w:r w:rsidRPr="004703CB">
        <w:t xml:space="preserve">9:30 am </w:t>
      </w:r>
      <w:r w:rsidR="007166CD" w:rsidRPr="004703CB">
        <w:t>-</w:t>
      </w:r>
      <w:r w:rsidRPr="004703CB">
        <w:t xml:space="preserve"> 11:30 am: City Bus Tour </w:t>
      </w:r>
      <w:r w:rsidR="00686268" w:rsidRPr="004703CB">
        <w:t xml:space="preserve">1; </w:t>
      </w:r>
      <w:r w:rsidRPr="004703CB">
        <w:t>$25 ($3</w:t>
      </w:r>
      <w:r w:rsidR="00686268" w:rsidRPr="004703CB">
        <w:t>0</w:t>
      </w:r>
      <w:r w:rsidRPr="004703CB">
        <w:t>)</w:t>
      </w:r>
      <w:r w:rsidR="00F92D5D" w:rsidRPr="004703CB">
        <w:br/>
      </w:r>
      <w:r w:rsidR="00686268" w:rsidRPr="004703CB">
        <w:t>This is a wonderful opportunity to learn about the history, architecture, and food of our host city from the comfort of a tour bus.</w:t>
      </w:r>
    </w:p>
    <w:p w14:paraId="2ACE1D38" w14:textId="77777777" w:rsidR="00686268" w:rsidRPr="004703CB" w:rsidRDefault="00686268" w:rsidP="009E7A4A"/>
    <w:p w14:paraId="7095BD38" w14:textId="0DD6C664" w:rsidR="00686268" w:rsidRPr="004703CB" w:rsidRDefault="00686268" w:rsidP="009E7A4A">
      <w:r w:rsidRPr="004703CB">
        <w:t xml:space="preserve">1:00 pm </w:t>
      </w:r>
      <w:r w:rsidR="007166CD" w:rsidRPr="004703CB">
        <w:t>-</w:t>
      </w:r>
      <w:r w:rsidRPr="004703CB">
        <w:t xml:space="preserve"> 3:00 pm: City Bus Tour 2; $25 ($30)</w:t>
      </w:r>
      <w:r w:rsidR="00BC686D" w:rsidRPr="004703CB">
        <w:br/>
      </w:r>
      <w:r w:rsidR="005C0A50" w:rsidRPr="004703CB">
        <w:t>See City Bus Tour 1 tour for details</w:t>
      </w:r>
    </w:p>
    <w:p w14:paraId="390C2D9C" w14:textId="77777777" w:rsidR="005C0A50" w:rsidRPr="004703CB" w:rsidRDefault="005C0A50" w:rsidP="009E7A4A"/>
    <w:p w14:paraId="19BD752F" w14:textId="6C2EE06D" w:rsidR="00686268" w:rsidRPr="004703CB" w:rsidRDefault="00686268" w:rsidP="009E7A4A">
      <w:pPr>
        <w:rPr>
          <w:b/>
          <w:bCs/>
        </w:rPr>
      </w:pPr>
      <w:r w:rsidRPr="004703CB">
        <w:rPr>
          <w:b/>
          <w:bCs/>
        </w:rPr>
        <w:t>Sunday, July 26</w:t>
      </w:r>
    </w:p>
    <w:p w14:paraId="7B29EF9E" w14:textId="002FB6EF" w:rsidR="00686268" w:rsidRPr="004703CB" w:rsidRDefault="00686268" w:rsidP="009E7A4A">
      <w:r>
        <w:t xml:space="preserve">8:30 am </w:t>
      </w:r>
      <w:r w:rsidR="007166CD">
        <w:t>-</w:t>
      </w:r>
      <w:r>
        <w:t xml:space="preserve"> 3:00 pm: Museum of Transportation; $75</w:t>
      </w:r>
    </w:p>
    <w:p w14:paraId="2E1DCAC9" w14:textId="12E90354" w:rsidR="14638D2A" w:rsidRDefault="14638D2A"/>
    <w:p w14:paraId="3F7D6342" w14:textId="3810A151" w:rsidR="00B2616A" w:rsidRPr="004703CB" w:rsidRDefault="00B2616A" w:rsidP="009E7A4A">
      <w:r>
        <w:t xml:space="preserve">9:00 am </w:t>
      </w:r>
      <w:r w:rsidR="007166CD">
        <w:t>-</w:t>
      </w:r>
      <w:r>
        <w:t xml:space="preserve"> 11:00 am: City Bus Tour 3; $25 ($30)</w:t>
      </w:r>
      <w:r>
        <w:br/>
      </w:r>
      <w:r w:rsidR="005C0A50">
        <w:t>See City Bus Tour 1 tour for details</w:t>
      </w:r>
      <w:r>
        <w:br/>
      </w:r>
    </w:p>
    <w:p w14:paraId="1BC71EEF" w14:textId="3E3AD63B" w:rsidR="00B2616A" w:rsidRPr="004703CB" w:rsidRDefault="00B2616A" w:rsidP="009E7A4A">
      <w:r w:rsidRPr="004703CB">
        <w:t xml:space="preserve">12:30 pm </w:t>
      </w:r>
      <w:r w:rsidR="007166CD" w:rsidRPr="004703CB">
        <w:t>-</w:t>
      </w:r>
      <w:r w:rsidRPr="004703CB">
        <w:t xml:space="preserve"> 2:30 pm: City Bus Tour 4; $25 ($30)</w:t>
      </w:r>
      <w:r w:rsidR="00BC686D" w:rsidRPr="004703CB">
        <w:br/>
      </w:r>
      <w:r w:rsidR="005C0A50" w:rsidRPr="004703CB">
        <w:t>See City Bus Tour 1 tour for details</w:t>
      </w:r>
      <w:r w:rsidR="00BC686D" w:rsidRPr="004703CB">
        <w:br/>
      </w:r>
    </w:p>
    <w:p w14:paraId="78F0AD17" w14:textId="77777777" w:rsidR="0096426D" w:rsidRDefault="00B2616A">
      <w:r w:rsidRPr="004703CB">
        <w:t xml:space="preserve">4:00 pm </w:t>
      </w:r>
      <w:r w:rsidR="007166CD" w:rsidRPr="004703CB">
        <w:t>-</w:t>
      </w:r>
      <w:r w:rsidRPr="004703CB">
        <w:t xml:space="preserve"> 9:00 pm: Pappy's Barbecue and beer tasting; $115 </w:t>
      </w:r>
    </w:p>
    <w:p w14:paraId="253AEE1C" w14:textId="442D4C4F" w:rsidR="00ED4E02" w:rsidRDefault="00ED4E02">
      <w:pPr>
        <w:rPr>
          <w:b/>
          <w:bCs/>
        </w:rPr>
      </w:pPr>
    </w:p>
    <w:p w14:paraId="2BF216CB" w14:textId="66996169" w:rsidR="00B2616A" w:rsidRPr="004703CB" w:rsidRDefault="00B2616A" w:rsidP="009E7A4A">
      <w:pPr>
        <w:rPr>
          <w:b/>
          <w:bCs/>
        </w:rPr>
      </w:pPr>
      <w:r w:rsidRPr="004703CB">
        <w:rPr>
          <w:b/>
          <w:bCs/>
        </w:rPr>
        <w:t>Monday, July 27</w:t>
      </w:r>
    </w:p>
    <w:p w14:paraId="66D4D39B" w14:textId="3E1AD52E" w:rsidR="00B2616A" w:rsidRPr="004703CB" w:rsidRDefault="00B2616A" w:rsidP="009E7A4A">
      <w:r w:rsidRPr="004703CB">
        <w:t xml:space="preserve">12:30 pm </w:t>
      </w:r>
      <w:r w:rsidR="007166CD" w:rsidRPr="004703CB">
        <w:t>-</w:t>
      </w:r>
      <w:r w:rsidRPr="004703CB">
        <w:t xml:space="preserve"> 4:15 pm: World of Chess Hall of Fame; $35 ($40)</w:t>
      </w:r>
      <w:r w:rsidR="00BC686D" w:rsidRPr="004703CB">
        <w:br/>
      </w:r>
      <w:r w:rsidRPr="004703CB">
        <w:t xml:space="preserve">Discover the Magic of Chess </w:t>
      </w:r>
      <w:r w:rsidR="007166CD" w:rsidRPr="004703CB">
        <w:t>-</w:t>
      </w:r>
      <w:r w:rsidRPr="004703CB">
        <w:t xml:space="preserve"> Where Strategy Meets Legacy</w:t>
      </w:r>
      <w:r w:rsidR="00BC686D" w:rsidRPr="004703CB">
        <w:br/>
      </w:r>
      <w:r w:rsidRPr="004703CB">
        <w:t>We invite everyone, from absolute beginners to experts, to explore the captivating world of chess. Discover the rich history, fascinating strategy, and vibrant culture of the game through stunning art and history exhibits and engaging educational programs. Our interactive displays make learning about chess exciting and accessible. Explore, be inspired, and see how this timeless game connects to so much more!</w:t>
      </w:r>
    </w:p>
    <w:p w14:paraId="4C35653B" w14:textId="77777777" w:rsidR="004C1501" w:rsidRPr="004703CB" w:rsidRDefault="004C1501" w:rsidP="009E7A4A"/>
    <w:p w14:paraId="316123E2" w14:textId="7B0818FD" w:rsidR="004C1501" w:rsidRPr="00DD1699" w:rsidRDefault="004C1501" w:rsidP="00DD1699">
      <w:pPr>
        <w:rPr>
          <w:highlight w:val="red"/>
        </w:rPr>
      </w:pPr>
      <w:r>
        <w:t xml:space="preserve">12:30 pm - 4:30 pm: Jefferson </w:t>
      </w:r>
      <w:r w:rsidR="00C467CA">
        <w:t>Barracks Telephone</w:t>
      </w:r>
      <w:r>
        <w:t xml:space="preserve"> Museum Tour 1; $30 ($35)</w:t>
      </w:r>
      <w:r>
        <w:br/>
        <w:t xml:space="preserve">The Jefferson Barracks Telephone Museum is housed in a beautifully restored 1896 building and features an extensive collection of telephones, telephone-related equipment and memorabilia. </w:t>
      </w:r>
      <w:r>
        <w:br/>
        <w:t xml:space="preserve">The building is on the National Register of Historic Places and is home to: </w:t>
      </w:r>
    </w:p>
    <w:p w14:paraId="3FA1CEE7" w14:textId="39845194" w:rsidR="004C1501" w:rsidRPr="004703CB" w:rsidRDefault="004C1501" w:rsidP="14638D2A">
      <w:pPr>
        <w:pStyle w:val="ListParagraph"/>
        <w:numPr>
          <w:ilvl w:val="0"/>
          <w:numId w:val="25"/>
        </w:numPr>
      </w:pPr>
      <w:r>
        <w:t xml:space="preserve">A working Central Office Step Switch. </w:t>
      </w:r>
    </w:p>
    <w:p w14:paraId="3D8B588C" w14:textId="77777777" w:rsidR="004C1501" w:rsidRPr="004703CB" w:rsidRDefault="004C1501" w:rsidP="004C1501">
      <w:pPr>
        <w:pStyle w:val="ListParagraph"/>
        <w:numPr>
          <w:ilvl w:val="0"/>
          <w:numId w:val="25"/>
        </w:numPr>
      </w:pPr>
      <w:r w:rsidRPr="004703CB">
        <w:t xml:space="preserve">Operator switchboards from the 1920s, 1940s and 1960s. </w:t>
      </w:r>
    </w:p>
    <w:p w14:paraId="25D0CA87" w14:textId="77777777" w:rsidR="004C1501" w:rsidRPr="004703CB" w:rsidRDefault="004C1501" w:rsidP="004C1501">
      <w:pPr>
        <w:pStyle w:val="ListParagraph"/>
        <w:numPr>
          <w:ilvl w:val="0"/>
          <w:numId w:val="25"/>
        </w:numPr>
      </w:pPr>
      <w:r w:rsidRPr="004703CB">
        <w:t xml:space="preserve">Hundreds of telephones from the late 1880s through the 2010s. </w:t>
      </w:r>
    </w:p>
    <w:p w14:paraId="55F66473" w14:textId="5C99B9BA" w:rsidR="004C1501" w:rsidRPr="004703CB" w:rsidRDefault="004C1501" w:rsidP="004C1501">
      <w:pPr>
        <w:pStyle w:val="ListParagraph"/>
        <w:numPr>
          <w:ilvl w:val="0"/>
          <w:numId w:val="25"/>
        </w:numPr>
      </w:pPr>
      <w:r>
        <w:t>Hundreds of pieces of telephone</w:t>
      </w:r>
      <w:r w:rsidR="157DF77D">
        <w:t>-</w:t>
      </w:r>
      <w:r>
        <w:t>related memorabilia from the 1900s through the 2010s.</w:t>
      </w:r>
    </w:p>
    <w:p w14:paraId="68786D96" w14:textId="77777777" w:rsidR="004C1501" w:rsidRPr="004703CB" w:rsidRDefault="004C1501" w:rsidP="004C1501">
      <w:pPr>
        <w:pStyle w:val="ListParagraph"/>
        <w:numPr>
          <w:ilvl w:val="0"/>
          <w:numId w:val="25"/>
        </w:numPr>
      </w:pPr>
      <w:r w:rsidRPr="004703CB">
        <w:t xml:space="preserve">Military telephones from WWI through the Gulf War. </w:t>
      </w:r>
    </w:p>
    <w:p w14:paraId="6F10FD37" w14:textId="57EDF26E" w:rsidR="004C1501" w:rsidRPr="004703CB" w:rsidRDefault="004C1501" w:rsidP="004C1501">
      <w:pPr>
        <w:pStyle w:val="ListParagraph"/>
        <w:numPr>
          <w:ilvl w:val="0"/>
          <w:numId w:val="25"/>
        </w:numPr>
      </w:pPr>
      <w:r>
        <w:t>Hundreds of pieces of telephone</w:t>
      </w:r>
      <w:r w:rsidR="2D23E1E6">
        <w:t>-</w:t>
      </w:r>
      <w:r>
        <w:t xml:space="preserve">related equipment and tools. </w:t>
      </w:r>
    </w:p>
    <w:p w14:paraId="79CF0C21" w14:textId="77777777" w:rsidR="004C1501" w:rsidRPr="004703CB" w:rsidRDefault="004C1501" w:rsidP="004C1501">
      <w:pPr>
        <w:pStyle w:val="ListParagraph"/>
        <w:numPr>
          <w:ilvl w:val="0"/>
          <w:numId w:val="25"/>
        </w:numPr>
      </w:pPr>
      <w:r w:rsidRPr="004703CB">
        <w:t xml:space="preserve">A telephone pole complete with climbing equipment. </w:t>
      </w:r>
    </w:p>
    <w:p w14:paraId="17115696" w14:textId="77777777" w:rsidR="004C1501" w:rsidRPr="004703CB" w:rsidRDefault="004C1501" w:rsidP="004C1501">
      <w:pPr>
        <w:pStyle w:val="ListParagraph"/>
        <w:numPr>
          <w:ilvl w:val="0"/>
          <w:numId w:val="25"/>
        </w:numPr>
      </w:pPr>
      <w:r w:rsidRPr="004703CB">
        <w:t xml:space="preserve">A large variety of novelty telephones. </w:t>
      </w:r>
    </w:p>
    <w:p w14:paraId="0F337111" w14:textId="77777777" w:rsidR="004C1501" w:rsidRPr="004703CB" w:rsidRDefault="004C1501" w:rsidP="004C1501">
      <w:pPr>
        <w:pStyle w:val="ListParagraph"/>
        <w:numPr>
          <w:ilvl w:val="0"/>
          <w:numId w:val="25"/>
        </w:numPr>
      </w:pPr>
      <w:r w:rsidRPr="004703CB">
        <w:t xml:space="preserve">A statue of Alexander Graham Bell and replicas of his 1876 Liquid Transmitter and 1877 First Commercial Telephone. </w:t>
      </w:r>
    </w:p>
    <w:p w14:paraId="438551F9" w14:textId="77777777" w:rsidR="004C1501" w:rsidRDefault="004C1501" w:rsidP="004C1501">
      <w:pPr>
        <w:pStyle w:val="ListParagraph"/>
        <w:numPr>
          <w:ilvl w:val="0"/>
          <w:numId w:val="25"/>
        </w:numPr>
      </w:pPr>
      <w:r w:rsidRPr="004703CB">
        <w:t>There is also a gift shop with lots of telephone-</w:t>
      </w:r>
      <w:r w:rsidRPr="00421FF0">
        <w:t>related items!</w:t>
      </w:r>
    </w:p>
    <w:p w14:paraId="1BA37F86" w14:textId="77777777" w:rsidR="004C1501" w:rsidRDefault="004C1501" w:rsidP="009E7A4A"/>
    <w:p w14:paraId="6A344974" w14:textId="58ED1DF7" w:rsidR="00DE2C9E" w:rsidRPr="004703CB" w:rsidRDefault="00DE2C9E" w:rsidP="009E7A4A">
      <w:r w:rsidRPr="004703CB">
        <w:t xml:space="preserve">5:00 pm </w:t>
      </w:r>
      <w:r w:rsidR="007166CD" w:rsidRPr="004703CB">
        <w:t>-</w:t>
      </w:r>
      <w:r w:rsidRPr="004703CB">
        <w:t xml:space="preserve"> 11:15 pm: The Muni Theatre; $130</w:t>
      </w:r>
      <w:r w:rsidR="00BC686D" w:rsidRPr="004703CB">
        <w:br/>
      </w:r>
    </w:p>
    <w:p w14:paraId="110A886F" w14:textId="71A7056E" w:rsidR="00DE2C9E" w:rsidRPr="004703CB" w:rsidRDefault="00DE2C9E" w:rsidP="009E7A4A">
      <w:pPr>
        <w:rPr>
          <w:b/>
          <w:bCs/>
        </w:rPr>
      </w:pPr>
      <w:r w:rsidRPr="004703CB">
        <w:rPr>
          <w:b/>
          <w:bCs/>
        </w:rPr>
        <w:t>Tuesday, July 28</w:t>
      </w:r>
    </w:p>
    <w:p w14:paraId="09A25250" w14:textId="3ECA5B87" w:rsidR="00DE2C9E" w:rsidRPr="004703CB" w:rsidRDefault="00DE2C9E" w:rsidP="009E7A4A">
      <w:r w:rsidRPr="004703CB">
        <w:t xml:space="preserve">12:00 pm </w:t>
      </w:r>
      <w:r w:rsidR="007166CD" w:rsidRPr="004703CB">
        <w:t>-</w:t>
      </w:r>
      <w:r w:rsidRPr="004703CB">
        <w:t xml:space="preserve"> 4:30 pm: Missouri School for the Blind; $35 ($40)</w:t>
      </w:r>
      <w:r w:rsidR="004C1501" w:rsidRPr="004703CB">
        <w:br/>
      </w:r>
      <w:r w:rsidR="00BC686D" w:rsidRPr="004703CB">
        <w:br/>
      </w:r>
      <w:r w:rsidRPr="004703CB">
        <w:t>This historic school initially opened in 1865. Today it is a modern and thriving school. Visit the track, the gymnasium, the auditorium, classrooms, the library, and student dorms.</w:t>
      </w:r>
    </w:p>
    <w:p w14:paraId="0577B00F" w14:textId="77777777" w:rsidR="00DE2C9E" w:rsidRPr="004703CB" w:rsidRDefault="00DE2C9E" w:rsidP="009E7A4A"/>
    <w:p w14:paraId="19AB3EAF" w14:textId="11121625" w:rsidR="00DE2C9E" w:rsidRPr="004703CB" w:rsidRDefault="00DE2C9E" w:rsidP="14638D2A">
      <w:r w:rsidRPr="004703CB">
        <w:rPr>
          <w:spacing w:val="-4"/>
        </w:rPr>
        <w:t xml:space="preserve">12:15 pm </w:t>
      </w:r>
      <w:r w:rsidR="007166CD" w:rsidRPr="004703CB">
        <w:rPr>
          <w:spacing w:val="-4"/>
        </w:rPr>
        <w:t>-</w:t>
      </w:r>
      <w:r w:rsidRPr="004703CB">
        <w:rPr>
          <w:spacing w:val="-4"/>
        </w:rPr>
        <w:t xml:space="preserve"> </w:t>
      </w:r>
      <w:r w:rsidR="003F2617" w:rsidRPr="004703CB">
        <w:rPr>
          <w:spacing w:val="-4"/>
        </w:rPr>
        <w:t>4</w:t>
      </w:r>
      <w:r w:rsidRPr="004703CB">
        <w:rPr>
          <w:spacing w:val="-4"/>
        </w:rPr>
        <w:t>:30 pm: St. Louis Arch</w:t>
      </w:r>
      <w:r w:rsidR="008D048A" w:rsidRPr="004703CB">
        <w:rPr>
          <w:spacing w:val="-4"/>
        </w:rPr>
        <w:t xml:space="preserve"> </w:t>
      </w:r>
      <w:r w:rsidR="007166CD" w:rsidRPr="004703CB">
        <w:rPr>
          <w:spacing w:val="-4"/>
        </w:rPr>
        <w:t>-</w:t>
      </w:r>
      <w:r w:rsidR="008D048A" w:rsidRPr="004703CB">
        <w:rPr>
          <w:spacing w:val="-4"/>
        </w:rPr>
        <w:t xml:space="preserve"> Its History</w:t>
      </w:r>
      <w:r w:rsidRPr="004703CB">
        <w:rPr>
          <w:spacing w:val="-4"/>
        </w:rPr>
        <w:t>; $30 ($35)</w:t>
      </w:r>
      <w:r w:rsidR="004C1501" w:rsidRPr="004703CB">
        <w:br/>
      </w:r>
      <w:r w:rsidR="00BC686D" w:rsidRPr="004703CB">
        <w:br/>
      </w:r>
      <w:r w:rsidR="008D048A" w:rsidRPr="004703CB">
        <w:t xml:space="preserve">Spend time in the arch museum, experience audio-described exhibits, and view a film about the building of the arch. </w:t>
      </w:r>
      <w:r w:rsidR="00BC686D" w:rsidRPr="004703CB">
        <w:br/>
      </w:r>
      <w:r w:rsidR="008D048A" w:rsidRPr="004703CB">
        <w:t xml:space="preserve">Note: This tour has a minimum of 80 steps and is not wheelchair- or walker-accessible. You will take </w:t>
      </w:r>
      <w:r w:rsidR="008D048A">
        <w:t>a very small tram to the top of the Arch which is included in the tour. There are no seats for resting</w:t>
      </w:r>
      <w:r w:rsidR="4AF6F484">
        <w:t>;</w:t>
      </w:r>
      <w:r w:rsidR="008D048A">
        <w:t xml:space="preserve"> you must be able to fully participate in the entire tour.</w:t>
      </w:r>
    </w:p>
    <w:p w14:paraId="7C965C87" w14:textId="77777777" w:rsidR="008D048A" w:rsidRPr="004703CB" w:rsidRDefault="008D048A" w:rsidP="009E7A4A"/>
    <w:p w14:paraId="67BC06AD" w14:textId="42A9A51F" w:rsidR="008D048A" w:rsidRPr="004703CB" w:rsidRDefault="008D048A" w:rsidP="009E7A4A">
      <w:r w:rsidRPr="004703CB">
        <w:t xml:space="preserve">5:30 pm </w:t>
      </w:r>
      <w:r w:rsidR="007166CD" w:rsidRPr="004703CB">
        <w:t>-</w:t>
      </w:r>
      <w:r w:rsidRPr="004703CB">
        <w:t xml:space="preserve"> 9:45 pm: Blueberry Hill Restaurant; $62 ($67)</w:t>
      </w:r>
      <w:r w:rsidR="004C1501" w:rsidRPr="004703CB">
        <w:br/>
      </w:r>
      <w:r w:rsidR="00BC686D" w:rsidRPr="004703CB">
        <w:br/>
      </w:r>
      <w:r w:rsidR="00421FF0" w:rsidRPr="004703CB">
        <w:t>Y</w:t>
      </w:r>
      <w:r w:rsidRPr="004703CB">
        <w:t>ou will have dinner plus a tour of numerous display cases filled with music and pop-culture memorabilia.</w:t>
      </w:r>
    </w:p>
    <w:p w14:paraId="5DF7614B" w14:textId="77777777" w:rsidR="00B2616A" w:rsidRPr="004703CB" w:rsidRDefault="00B2616A" w:rsidP="009E7A4A"/>
    <w:p w14:paraId="5A789A7C" w14:textId="74F3F154" w:rsidR="00421FF0" w:rsidRPr="004703CB" w:rsidRDefault="00421FF0" w:rsidP="009E7A4A">
      <w:pPr>
        <w:rPr>
          <w:b/>
          <w:bCs/>
        </w:rPr>
      </w:pPr>
      <w:r w:rsidRPr="004703CB">
        <w:rPr>
          <w:b/>
          <w:bCs/>
        </w:rPr>
        <w:t>Wednesday, July 29</w:t>
      </w:r>
    </w:p>
    <w:p w14:paraId="18A9E90C" w14:textId="0961C627" w:rsidR="00421FF0" w:rsidRPr="004703CB" w:rsidRDefault="00421FF0" w:rsidP="009E7A4A">
      <w:r w:rsidRPr="004703CB">
        <w:t xml:space="preserve">12:30 pm </w:t>
      </w:r>
      <w:r w:rsidR="007166CD" w:rsidRPr="004703CB">
        <w:t>-</w:t>
      </w:r>
      <w:r w:rsidRPr="004703CB">
        <w:t xml:space="preserve"> </w:t>
      </w:r>
      <w:r w:rsidR="0040762F" w:rsidRPr="004703CB">
        <w:t>3</w:t>
      </w:r>
      <w:r w:rsidRPr="004703CB">
        <w:t xml:space="preserve">:30 pm: Candy Tour 1 </w:t>
      </w:r>
      <w:r w:rsidR="004C1501" w:rsidRPr="004703CB">
        <w:t>–</w:t>
      </w:r>
      <w:r w:rsidRPr="004703CB">
        <w:t xml:space="preserve"> Chocolate</w:t>
      </w:r>
      <w:r w:rsidR="004C1501" w:rsidRPr="004703CB">
        <w:t>,</w:t>
      </w:r>
      <w:r w:rsidRPr="004703CB">
        <w:t xml:space="preserve"> Chocolate</w:t>
      </w:r>
      <w:r w:rsidR="004C1501" w:rsidRPr="004703CB">
        <w:t>,</w:t>
      </w:r>
      <w:r w:rsidRPr="004703CB">
        <w:t xml:space="preserve"> Chocolate; $30 ($35)</w:t>
      </w:r>
      <w:r w:rsidR="004C1501" w:rsidRPr="004703CB">
        <w:br/>
      </w:r>
      <w:r w:rsidR="00BC686D" w:rsidRPr="004703CB">
        <w:br/>
      </w:r>
      <w:r w:rsidRPr="004703CB">
        <w:t>The name says it all, but there is so much more! Learn about candy making, see candy molds, huge candy kettles and mixers, try samples and of course purchase lots of candy!</w:t>
      </w:r>
    </w:p>
    <w:p w14:paraId="3ECD7826" w14:textId="77777777" w:rsidR="00421FF0" w:rsidRPr="004703CB" w:rsidRDefault="00421FF0" w:rsidP="009E7A4A"/>
    <w:p w14:paraId="04044226" w14:textId="2FA44F7F" w:rsidR="004C1501" w:rsidRPr="004703CB" w:rsidRDefault="00421FF0" w:rsidP="14638D2A">
      <w:r>
        <w:t xml:space="preserve">12:30 pm </w:t>
      </w:r>
      <w:r w:rsidR="007166CD">
        <w:t>-</w:t>
      </w:r>
      <w:r>
        <w:t xml:space="preserve"> 4:30 pm: Jefferson B</w:t>
      </w:r>
      <w:r w:rsidR="0D1BABD0">
        <w:t>arra</w:t>
      </w:r>
      <w:r>
        <w:t>cks Telephone Museum</w:t>
      </w:r>
      <w:r w:rsidR="00AF14C1">
        <w:t xml:space="preserve"> Tour 2</w:t>
      </w:r>
      <w:r>
        <w:t>; $30 ($35)</w:t>
      </w:r>
      <w:r>
        <w:br/>
      </w:r>
      <w:r>
        <w:br/>
      </w:r>
      <w:r w:rsidR="004C1501">
        <w:t>See July 27 12:30 tour for details</w:t>
      </w:r>
    </w:p>
    <w:p w14:paraId="3A6F429D" w14:textId="77777777" w:rsidR="00421FF0" w:rsidRPr="004703CB" w:rsidRDefault="00421FF0" w:rsidP="009E7A4A"/>
    <w:p w14:paraId="48E90907" w14:textId="7A005CBA" w:rsidR="00421FF0" w:rsidRDefault="00421FF0" w:rsidP="009E7A4A">
      <w:r w:rsidRPr="004703CB">
        <w:t xml:space="preserve">1:30 pm </w:t>
      </w:r>
      <w:r w:rsidR="007166CD" w:rsidRPr="004703CB">
        <w:t>-</w:t>
      </w:r>
      <w:r w:rsidRPr="004703CB">
        <w:t xml:space="preserve"> </w:t>
      </w:r>
      <w:r w:rsidR="0040762F" w:rsidRPr="004703CB">
        <w:t>4</w:t>
      </w:r>
      <w:r w:rsidRPr="004703CB">
        <w:t xml:space="preserve">:30 pm: Candy Tour 2 </w:t>
      </w:r>
      <w:r w:rsidR="004C1501" w:rsidRPr="004703CB">
        <w:t>–</w:t>
      </w:r>
      <w:r w:rsidRPr="004703CB">
        <w:t xml:space="preserve"> Chocolate</w:t>
      </w:r>
      <w:r w:rsidR="004C1501" w:rsidRPr="004703CB">
        <w:t>,</w:t>
      </w:r>
      <w:r w:rsidRPr="004703CB">
        <w:t xml:space="preserve"> Chocolate</w:t>
      </w:r>
      <w:r w:rsidR="004C1501" w:rsidRPr="004703CB">
        <w:t>,</w:t>
      </w:r>
      <w:r w:rsidRPr="004703CB">
        <w:t xml:space="preserve"> Chocolate; $30 ($35)</w:t>
      </w:r>
      <w:r w:rsidR="004C1501" w:rsidRPr="004703CB">
        <w:br/>
      </w:r>
      <w:r w:rsidR="00BC686D" w:rsidRPr="004703CB">
        <w:br/>
      </w:r>
      <w:r w:rsidR="005C0A50" w:rsidRPr="004703CB">
        <w:t>See Candy Tour 1 tour for details</w:t>
      </w:r>
    </w:p>
    <w:p w14:paraId="4F678B47" w14:textId="77777777" w:rsidR="006A77F5" w:rsidRPr="004703CB" w:rsidRDefault="006A77F5" w:rsidP="009E7A4A"/>
    <w:p w14:paraId="5BEFE77E" w14:textId="30312423" w:rsidR="00421FF0" w:rsidRPr="004703CB" w:rsidRDefault="003726E1" w:rsidP="009E7A4A">
      <w:r>
        <w:t>5:00</w:t>
      </w:r>
      <w:r w:rsidR="00421FF0">
        <w:t xml:space="preserve"> pm </w:t>
      </w:r>
      <w:r w:rsidR="007166CD">
        <w:t>-</w:t>
      </w:r>
      <w:r w:rsidR="00421FF0">
        <w:t xml:space="preserve"> </w:t>
      </w:r>
      <w:r w:rsidR="006D6FDD">
        <w:t>10</w:t>
      </w:r>
      <w:r w:rsidR="00421FF0">
        <w:t>:</w:t>
      </w:r>
      <w:r w:rsidR="00DF28E2">
        <w:t>45</w:t>
      </w:r>
      <w:r w:rsidR="00421FF0">
        <w:t xml:space="preserve"> pm: </w:t>
      </w:r>
      <w:r w:rsidR="006D6FDD">
        <w:t xml:space="preserve">Take </w:t>
      </w:r>
      <w:r w:rsidR="686AE6B3">
        <w:t>M</w:t>
      </w:r>
      <w:r w:rsidR="006D6FDD">
        <w:t xml:space="preserve">e out to the Ball </w:t>
      </w:r>
      <w:r w:rsidR="049CBBDE">
        <w:t>G</w:t>
      </w:r>
      <w:r w:rsidR="006D6FDD">
        <w:t>ame!</w:t>
      </w:r>
      <w:r w:rsidR="00421FF0">
        <w:t>; $</w:t>
      </w:r>
      <w:r w:rsidR="006D6FDD">
        <w:t>75</w:t>
      </w:r>
      <w:r w:rsidR="00421FF0">
        <w:t xml:space="preserve"> ($</w:t>
      </w:r>
      <w:r w:rsidR="006D6FDD">
        <w:t>80</w:t>
      </w:r>
      <w:r w:rsidR="00421FF0">
        <w:t>)</w:t>
      </w:r>
      <w:r>
        <w:br/>
      </w:r>
      <w:r>
        <w:br/>
      </w:r>
      <w:r w:rsidR="006D6FDD">
        <w:t>This is your opportunity to see the St. Louis Cardinals play the Chicago Cubs, one of the biggest rivalries in baseball!</w:t>
      </w:r>
      <w:r>
        <w:br/>
      </w:r>
      <w:r>
        <w:br/>
      </w:r>
      <w:r w:rsidR="006D6FDD">
        <w:t>Your ticket does not include a meal</w:t>
      </w:r>
      <w:r w:rsidR="07527649">
        <w:t>,</w:t>
      </w:r>
      <w:r w:rsidR="006D6FDD">
        <w:t xml:space="preserve"> but there will be plenty of places to purchase your favorite ballpark food!</w:t>
      </w:r>
    </w:p>
    <w:p w14:paraId="7FA33E0B" w14:textId="77777777" w:rsidR="006D6FDD" w:rsidRPr="004703CB" w:rsidRDefault="006D6FDD" w:rsidP="009E7A4A"/>
    <w:p w14:paraId="4776E0A6" w14:textId="0412CE97" w:rsidR="006D6FDD" w:rsidRPr="004703CB" w:rsidRDefault="008F1715" w:rsidP="009E7A4A">
      <w:pPr>
        <w:rPr>
          <w:b/>
          <w:bCs/>
        </w:rPr>
      </w:pPr>
      <w:r w:rsidRPr="004703CB">
        <w:rPr>
          <w:b/>
          <w:bCs/>
        </w:rPr>
        <w:t>Fri</w:t>
      </w:r>
      <w:r w:rsidR="006D6FDD" w:rsidRPr="004703CB">
        <w:rPr>
          <w:b/>
          <w:bCs/>
        </w:rPr>
        <w:t xml:space="preserve">day, July </w:t>
      </w:r>
      <w:r w:rsidRPr="004703CB">
        <w:rPr>
          <w:b/>
          <w:bCs/>
        </w:rPr>
        <w:t>31</w:t>
      </w:r>
    </w:p>
    <w:p w14:paraId="7EADB9BE" w14:textId="5EC8721A" w:rsidR="00310ED0" w:rsidRPr="004703CB" w:rsidRDefault="008F1715" w:rsidP="007A4F17">
      <w:r w:rsidRPr="004703CB">
        <w:t>7</w:t>
      </w:r>
      <w:r w:rsidR="006D6FDD" w:rsidRPr="004703CB">
        <w:t>:</w:t>
      </w:r>
      <w:r w:rsidR="006B5072" w:rsidRPr="004703CB">
        <w:t>0</w:t>
      </w:r>
      <w:r w:rsidR="006D6FDD" w:rsidRPr="004703CB">
        <w:t xml:space="preserve">0 </w:t>
      </w:r>
      <w:r w:rsidRPr="004703CB">
        <w:t>a</w:t>
      </w:r>
      <w:r w:rsidR="006D6FDD" w:rsidRPr="004703CB">
        <w:t xml:space="preserve">m </w:t>
      </w:r>
      <w:r w:rsidR="007166CD" w:rsidRPr="004703CB">
        <w:t>-</w:t>
      </w:r>
      <w:r w:rsidR="006D6FDD" w:rsidRPr="004703CB">
        <w:t xml:space="preserve"> </w:t>
      </w:r>
      <w:r w:rsidRPr="004703CB">
        <w:t>7</w:t>
      </w:r>
      <w:r w:rsidR="006D6FDD" w:rsidRPr="004703CB">
        <w:t xml:space="preserve">:30 pm: </w:t>
      </w:r>
      <w:r w:rsidRPr="004703CB">
        <w:t>Amish Tour</w:t>
      </w:r>
      <w:r w:rsidR="006D6FDD" w:rsidRPr="004703CB">
        <w:t>; $</w:t>
      </w:r>
      <w:r w:rsidRPr="004703CB">
        <w:t>1</w:t>
      </w:r>
      <w:r w:rsidR="006D6FDD" w:rsidRPr="004703CB">
        <w:t>30 ($</w:t>
      </w:r>
      <w:r w:rsidRPr="004703CB">
        <w:t>130</w:t>
      </w:r>
      <w:r w:rsidR="006D6FDD" w:rsidRPr="004703CB">
        <w:t>)</w:t>
      </w:r>
      <w:r w:rsidR="00BC686D" w:rsidRPr="004703CB">
        <w:br/>
      </w:r>
    </w:p>
    <w:p w14:paraId="08BFD630" w14:textId="04909431" w:rsidR="00E679D3" w:rsidRPr="004703CB" w:rsidRDefault="00E679D3" w:rsidP="009E7A4A">
      <w:pPr>
        <w:pStyle w:val="Heading1"/>
      </w:pPr>
      <w:bookmarkStart w:id="112" w:name="_Toc198814996"/>
      <w:bookmarkStart w:id="113" w:name="_Toc232406183"/>
      <w:r w:rsidRPr="004703CB">
        <w:t>Kids Explorers Club</w:t>
      </w:r>
      <w:bookmarkEnd w:id="112"/>
      <w:bookmarkEnd w:id="113"/>
    </w:p>
    <w:p w14:paraId="6A6381CE" w14:textId="75CB4DF9" w:rsidR="00EB05BC" w:rsidRPr="004703CB" w:rsidRDefault="00EB05BC" w:rsidP="009E7A4A">
      <w:r w:rsidRPr="004703CB">
        <w:t>Breakfast and lunch will be provided Monday through Thursday. In addition to field trips, the day will include games and crafts.</w:t>
      </w:r>
    </w:p>
    <w:p w14:paraId="7CB5AF60" w14:textId="77777777" w:rsidR="00EB05BC" w:rsidRPr="004703CB" w:rsidRDefault="00EB05BC" w:rsidP="009E7A4A"/>
    <w:p w14:paraId="1DDF056A" w14:textId="77784C9E" w:rsidR="00E679D3" w:rsidRPr="004703CB" w:rsidRDefault="00EB05BC" w:rsidP="009E7A4A">
      <w:r>
        <w:t xml:space="preserve">For all Kids Club </w:t>
      </w:r>
      <w:r w:rsidR="65CF20D0">
        <w:t>a</w:t>
      </w:r>
      <w:r>
        <w:t>ctivities</w:t>
      </w:r>
      <w:r w:rsidR="2C4C52A2">
        <w:t>,</w:t>
      </w:r>
      <w:r>
        <w:t xml:space="preserve"> meet in Mills 2.</w:t>
      </w:r>
    </w:p>
    <w:p w14:paraId="11C15835" w14:textId="77777777" w:rsidR="00EB05BC" w:rsidRPr="004703CB" w:rsidRDefault="00EB05BC" w:rsidP="009E7A4A"/>
    <w:p w14:paraId="18682E67" w14:textId="77777777" w:rsidR="00EB05BC" w:rsidRPr="004703CB" w:rsidRDefault="00EB05BC" w:rsidP="009E7A4A">
      <w:pPr>
        <w:rPr>
          <w:b/>
          <w:bCs/>
        </w:rPr>
      </w:pPr>
      <w:r w:rsidRPr="004703CB">
        <w:rPr>
          <w:b/>
          <w:bCs/>
        </w:rPr>
        <w:t>Saturday, July 25</w:t>
      </w:r>
    </w:p>
    <w:p w14:paraId="303FB25D" w14:textId="2ED2050E" w:rsidR="00EB05BC" w:rsidRPr="004703CB" w:rsidRDefault="00EB05BC" w:rsidP="009E7A4A">
      <w:r w:rsidRPr="004703CB">
        <w:rPr>
          <w:sz w:val="40"/>
          <w:szCs w:val="40"/>
        </w:rPr>
        <w:t xml:space="preserve">6:30 pm </w:t>
      </w:r>
      <w:r w:rsidR="007166CD" w:rsidRPr="004703CB">
        <w:rPr>
          <w:sz w:val="40"/>
          <w:szCs w:val="40"/>
        </w:rPr>
        <w:t>-</w:t>
      </w:r>
      <w:r w:rsidRPr="004703CB">
        <w:rPr>
          <w:sz w:val="40"/>
          <w:szCs w:val="40"/>
        </w:rPr>
        <w:t xml:space="preserve"> 9:00 pm: </w:t>
      </w:r>
      <w:r w:rsidRPr="004703CB">
        <w:t>Meet Kids Club leaders and get to know the other kids. Enjoy games and snacks.</w:t>
      </w:r>
    </w:p>
    <w:p w14:paraId="2A50C263" w14:textId="77777777" w:rsidR="00BC686D" w:rsidRPr="004703CB" w:rsidRDefault="00BC686D" w:rsidP="009E7A4A"/>
    <w:p w14:paraId="60CD71F4" w14:textId="7E69FB96" w:rsidR="00EB05BC" w:rsidRPr="004703CB" w:rsidRDefault="00EB05BC" w:rsidP="009E7A4A">
      <w:pPr>
        <w:rPr>
          <w:b/>
          <w:bCs/>
        </w:rPr>
      </w:pPr>
      <w:r w:rsidRPr="004703CB">
        <w:rPr>
          <w:b/>
          <w:bCs/>
        </w:rPr>
        <w:t>Sunday, July 26</w:t>
      </w:r>
    </w:p>
    <w:p w14:paraId="52DE85D0" w14:textId="2A48CADE" w:rsidR="00EB05BC" w:rsidRPr="004703CB" w:rsidRDefault="00EB05BC" w:rsidP="14638D2A">
      <w:r>
        <w:t xml:space="preserve">8:00 am </w:t>
      </w:r>
      <w:r w:rsidR="007166CD">
        <w:t>-</w:t>
      </w:r>
      <w:r>
        <w:t xml:space="preserve"> 5:00 pm: St. Louis </w:t>
      </w:r>
      <w:r w:rsidR="5149AB5D">
        <w:t>A</w:t>
      </w:r>
      <w:r>
        <w:t>rch and Citygarden splash pad</w:t>
      </w:r>
      <w:r w:rsidR="00AF14C1">
        <w:t>; ($30)</w:t>
      </w:r>
      <w:r>
        <w:br/>
        <w:t>Take the tram ride to the top of the 630-foot monument. After you squeeze into a futuristic, five-person pod, it takes four minutes to ascend. At the top, small windows reveal spectacular views of the Old Courthouse, downtown St. Louis and beyond to the west and the Mississippi River and Illinois to the east. Wander through the arch museum and learn all about what it took to build the Arch.</w:t>
      </w:r>
      <w:r>
        <w:br/>
        <w:t>After a picnic lunch visit the Citygarden splash pad for some water fun! This large interactive splash pad features 102 nozzles arranged in a grid controlled by an on-site computer! What a great way to cool off!</w:t>
      </w:r>
      <w:r>
        <w:br/>
        <w:t xml:space="preserve">Wear clothes that you don't mind getting a little wet, and bring a change of clothes to Kids Club in the morning to have when you return to the hotel. Note – you will go through security at the </w:t>
      </w:r>
      <w:r w:rsidR="54A453F3">
        <w:t>A</w:t>
      </w:r>
      <w:r>
        <w:t>rch</w:t>
      </w:r>
      <w:r w:rsidR="19D75443">
        <w:t>,</w:t>
      </w:r>
      <w:r>
        <w:t xml:space="preserve"> so don't bring a lot with you.</w:t>
      </w:r>
    </w:p>
    <w:p w14:paraId="0D7CA808" w14:textId="77777777" w:rsidR="00AD236C" w:rsidRPr="004703CB" w:rsidRDefault="00AD236C" w:rsidP="009E7A4A"/>
    <w:p w14:paraId="1ED18E49" w14:textId="19E1DC21" w:rsidR="00AD236C" w:rsidRPr="004703CB" w:rsidRDefault="00AD236C" w:rsidP="14638D2A">
      <w:pPr>
        <w:rPr>
          <w:b/>
          <w:bCs/>
        </w:rPr>
      </w:pPr>
      <w:r w:rsidRPr="14638D2A">
        <w:rPr>
          <w:b/>
          <w:bCs/>
        </w:rPr>
        <w:t>Monday, July 27</w:t>
      </w:r>
    </w:p>
    <w:p w14:paraId="33B1C23D" w14:textId="1E19D6CB" w:rsidR="00AD236C" w:rsidRPr="00AD236C" w:rsidRDefault="00AD236C" w:rsidP="009E7A4A">
      <w:r w:rsidRPr="004703CB">
        <w:rPr>
          <w:spacing w:val="-8"/>
        </w:rPr>
        <w:t xml:space="preserve">8:00 am </w:t>
      </w:r>
      <w:r w:rsidR="007166CD" w:rsidRPr="004703CB">
        <w:rPr>
          <w:spacing w:val="-8"/>
        </w:rPr>
        <w:t>-</w:t>
      </w:r>
      <w:r w:rsidRPr="004703CB">
        <w:rPr>
          <w:spacing w:val="-8"/>
        </w:rPr>
        <w:t xml:space="preserve"> 5:00 pm: St. Louis Zoo and Science Center</w:t>
      </w:r>
      <w:r w:rsidR="00BD75C8" w:rsidRPr="004703CB">
        <w:rPr>
          <w:spacing w:val="-8"/>
        </w:rPr>
        <w:t xml:space="preserve"> ($30)</w:t>
      </w:r>
      <w:r w:rsidR="00BD75C8" w:rsidRPr="004703CB">
        <w:br/>
      </w:r>
      <w:r w:rsidR="00BC686D" w:rsidRPr="004703CB">
        <w:br/>
      </w:r>
      <w:r w:rsidRPr="004703CB">
        <w:t>Kids club leader Mckinnley has visited this zoo several times and says it is amazing!</w:t>
      </w:r>
      <w:r w:rsidR="00BC686D" w:rsidRPr="004703CB">
        <w:br/>
      </w:r>
      <w:r w:rsidRPr="004703CB">
        <w:t xml:space="preserve">On any given day, you might see bears splashing in plunge pools, monkeys </w:t>
      </w:r>
      <w:r w:rsidRPr="00AD236C">
        <w:t>swinging</w:t>
      </w:r>
      <w:r>
        <w:t xml:space="preserve"> through the trees</w:t>
      </w:r>
      <w:r w:rsidR="32048F25">
        <w:t>,</w:t>
      </w:r>
      <w:r w:rsidR="10481EBA">
        <w:t xml:space="preserve"> </w:t>
      </w:r>
      <w:r>
        <w:t>or penguins squawking for more fish.</w:t>
      </w:r>
      <w:r>
        <w:br/>
        <w:t xml:space="preserve">The </w:t>
      </w:r>
      <w:r w:rsidR="763A3A53">
        <w:t>s</w:t>
      </w:r>
      <w:r>
        <w:t>cience museum specializes in "Aha!" moments. As you test the laws of physics, sneak by a life-size, animatronic Tyrannosaurus rex, explore the night sky and build a replica of the Gateway Arch, you'll ask and answer hundreds of questions.</w:t>
      </w:r>
    </w:p>
    <w:p w14:paraId="786A3DCB" w14:textId="77777777" w:rsidR="00AD236C" w:rsidRDefault="00AD236C" w:rsidP="009E7A4A"/>
    <w:p w14:paraId="382D8A4B" w14:textId="390283B6" w:rsidR="00B65749" w:rsidRPr="00972E71" w:rsidRDefault="00B65749" w:rsidP="14638D2A">
      <w:pPr>
        <w:rPr>
          <w:b/>
          <w:bCs/>
        </w:rPr>
      </w:pPr>
      <w:r w:rsidRPr="14638D2A">
        <w:rPr>
          <w:b/>
          <w:bCs/>
        </w:rPr>
        <w:t>Tuesday, July 28</w:t>
      </w:r>
    </w:p>
    <w:p w14:paraId="0E35FF00" w14:textId="747A707D" w:rsidR="00B65749" w:rsidRDefault="00B65749" w:rsidP="009E7A4A">
      <w:r w:rsidRPr="00972E71">
        <w:t xml:space="preserve">8:00 am </w:t>
      </w:r>
      <w:r w:rsidR="007166CD">
        <w:t>-</w:t>
      </w:r>
      <w:r w:rsidRPr="00972E71">
        <w:t xml:space="preserve"> 5:00 pm: </w:t>
      </w:r>
      <w:r>
        <w:t>City Museum</w:t>
      </w:r>
      <w:r w:rsidR="00BD75C8">
        <w:t xml:space="preserve"> ($30)</w:t>
      </w:r>
      <w:r w:rsidR="00BC686D">
        <w:br/>
      </w:r>
      <w:r w:rsidRPr="00B65749">
        <w:t>It is difficult to describe; it’s best to just go. Housed in a 600,000-square-foot former shoe company warehouse, the unique attraction is as much a playground as it is a museum. Exhibits consist largely of repurposed architectural and industrial objects, from broken tiles to safety deposit boxes to stainless steel buffet pans. This is a truly immersive experience, where you can climb into a bow whale’s mouth, rocket down a 10-story slide and pilot a plane suspended in the air. You can also navigate an underground tunnel system, marvel at pancake art, test your circus skills and write with the world’s largest pencil.</w:t>
      </w:r>
    </w:p>
    <w:p w14:paraId="51A69433" w14:textId="77777777" w:rsidR="00B65749" w:rsidRDefault="00B65749" w:rsidP="009E7A4A"/>
    <w:p w14:paraId="189E05EB" w14:textId="7E8F5023" w:rsidR="00B65749" w:rsidRPr="00972E71" w:rsidRDefault="00B65749" w:rsidP="14638D2A">
      <w:pPr>
        <w:rPr>
          <w:b/>
          <w:bCs/>
        </w:rPr>
      </w:pPr>
      <w:r w:rsidRPr="14638D2A">
        <w:rPr>
          <w:b/>
          <w:bCs/>
        </w:rPr>
        <w:t>Wednesday, July 29</w:t>
      </w:r>
    </w:p>
    <w:p w14:paraId="02C439FE" w14:textId="25B83E98" w:rsidR="00B65749" w:rsidRDefault="00B65749" w:rsidP="009E7A4A">
      <w:r w:rsidRPr="00972E71">
        <w:t xml:space="preserve">8:00 am </w:t>
      </w:r>
      <w:r w:rsidR="007166CD">
        <w:t>-</w:t>
      </w:r>
      <w:r w:rsidRPr="00972E71">
        <w:t xml:space="preserve"> 5:</w:t>
      </w:r>
      <w:r w:rsidRPr="00B65749">
        <w:t>00 pm: The North Pointe Family Aquatic Center</w:t>
      </w:r>
      <w:r w:rsidR="00BD75C8">
        <w:t xml:space="preserve"> ($30)</w:t>
      </w:r>
      <w:r w:rsidR="00BD75C8">
        <w:br/>
      </w:r>
      <w:r w:rsidR="00BC686D">
        <w:br/>
      </w:r>
      <w:r w:rsidRPr="00B65749">
        <w:t>This complex features a competitive pool measuring 25 yards x 25 meters, with 10 lanes, two one-meter diving boards, and a "Tree Swing." There is also a 1,000-foot Lazy River, which facilitates a running waterfall and various sprays</w:t>
      </w:r>
      <w:r>
        <w:t>.</w:t>
      </w:r>
      <w:r w:rsidR="00BC686D">
        <w:br/>
      </w:r>
      <w:r w:rsidRPr="00B65749">
        <w:t>Enjoy the Splash Pad, which is a padded area with multiple spray features and shade. Thrill to the two-story Water Slides.</w:t>
      </w:r>
    </w:p>
    <w:p w14:paraId="09549F79" w14:textId="77777777" w:rsidR="00B65749" w:rsidRDefault="00B65749" w:rsidP="009E7A4A"/>
    <w:p w14:paraId="76B72C83" w14:textId="23DD7F1B" w:rsidR="00B65749" w:rsidRDefault="00B65749" w:rsidP="14638D2A">
      <w:pPr>
        <w:rPr>
          <w:b/>
          <w:bCs/>
        </w:rPr>
      </w:pPr>
      <w:r w:rsidRPr="14638D2A">
        <w:rPr>
          <w:b/>
          <w:bCs/>
        </w:rPr>
        <w:t>Thursday, July 30</w:t>
      </w:r>
    </w:p>
    <w:p w14:paraId="4A1B2CDC" w14:textId="6B3676BB" w:rsidR="00B65749" w:rsidRPr="00B65749" w:rsidRDefault="00B65749" w:rsidP="009E7A4A">
      <w:r>
        <w:t xml:space="preserve">8:00 am </w:t>
      </w:r>
      <w:r w:rsidR="007166CD">
        <w:t>-</w:t>
      </w:r>
      <w:r>
        <w:t xml:space="preserve"> 5:00 pm: </w:t>
      </w:r>
      <w:r w:rsidR="0C644528">
        <w:t>T</w:t>
      </w:r>
      <w:r>
        <w:t xml:space="preserve">he </w:t>
      </w:r>
      <w:r w:rsidR="41E5451A">
        <w:t>A</w:t>
      </w:r>
      <w:r>
        <w:t xml:space="preserve">quarium and the </w:t>
      </w:r>
      <w:r w:rsidR="43C40E8C">
        <w:t>W</w:t>
      </w:r>
      <w:r>
        <w:t>heel</w:t>
      </w:r>
      <w:r w:rsidR="00BD75C8">
        <w:t xml:space="preserve"> ($30)</w:t>
      </w:r>
      <w:r>
        <w:br/>
      </w:r>
      <w:r>
        <w:br/>
        <w:t xml:space="preserve">The aquarium was retrofitted in a 19th-century train station, and visitors of all ages will love discovering which creatures now live along the tracks. The aquarium holds approximately 250,000 gallons of water and more than 13,000 animals. Keep an eye out for green sea turtles, paddlefish, sea dragons, cownose rays and Lord Stanley, the blue lobster. </w:t>
      </w:r>
      <w:r>
        <w:br/>
        <w:t>The Wheel: Reaching a height of 200 feet, the Wheel is the tallest observation wheel in St. Louis. It boasts enclosed, climate-controlled gondolas and sweeping views of the St. Louis skyline.</w:t>
      </w:r>
      <w:r>
        <w:br/>
        <w:t>Lunch will be at the old-fashioned soda fountain in Union Station.</w:t>
      </w:r>
    </w:p>
    <w:p w14:paraId="05696AA9" w14:textId="6C9AEAFE" w:rsidR="00B65749" w:rsidRDefault="00B65749" w:rsidP="009E7A4A"/>
    <w:p w14:paraId="4804936D" w14:textId="54970612" w:rsidR="00B65749" w:rsidRPr="00B65749" w:rsidRDefault="00B65749" w:rsidP="009E7A4A">
      <w:pPr>
        <w:rPr>
          <w:sz w:val="40"/>
          <w:szCs w:val="40"/>
        </w:rPr>
      </w:pPr>
      <w:r>
        <w:t xml:space="preserve">6:30 pm </w:t>
      </w:r>
      <w:r w:rsidR="007166CD">
        <w:t>-</w:t>
      </w:r>
      <w:r>
        <w:t xml:space="preserve"> 9:00 pm: Kids Club </w:t>
      </w:r>
      <w:r w:rsidR="374AA404">
        <w:t>D</w:t>
      </w:r>
      <w:r>
        <w:t>inner ($20)</w:t>
      </w:r>
      <w:r>
        <w:br/>
        <w:t>Have a final dinner with our kid’s club leaders and your new friends</w:t>
      </w:r>
    </w:p>
    <w:p w14:paraId="570BFD9E" w14:textId="7CB83726" w:rsidR="00B65749" w:rsidRPr="00B65749" w:rsidRDefault="00B65749" w:rsidP="009E7A4A"/>
    <w:p w14:paraId="6FA1522D" w14:textId="77777777" w:rsidR="003F3A74" w:rsidRPr="00A63479" w:rsidRDefault="003F3A74" w:rsidP="009E7A4A">
      <w:pPr>
        <w:pStyle w:val="Heading1"/>
      </w:pPr>
      <w:bookmarkStart w:id="114" w:name="_Toc198814997"/>
      <w:bookmarkStart w:id="115" w:name="_Toc232406184"/>
      <w:r w:rsidRPr="00A63479">
        <w:t>ACB Fundraisers</w:t>
      </w:r>
      <w:bookmarkEnd w:id="114"/>
      <w:bookmarkEnd w:id="115"/>
    </w:p>
    <w:p w14:paraId="10FE282F" w14:textId="77777777" w:rsidR="004511DD" w:rsidRPr="004511DD" w:rsidRDefault="004511DD" w:rsidP="009E7A4A"/>
    <w:p w14:paraId="1ADA6D21" w14:textId="77777777" w:rsidR="003F3A74" w:rsidRPr="004511DD" w:rsidRDefault="003F3A74" w:rsidP="009E7A4A">
      <w:r w:rsidRPr="004511DD">
        <w:t>You can show your support for ACB in several ways:</w:t>
      </w:r>
    </w:p>
    <w:p w14:paraId="48994A4D" w14:textId="77777777" w:rsidR="003F3A74" w:rsidRPr="004511DD" w:rsidRDefault="003F3A74" w:rsidP="009E7A4A"/>
    <w:p w14:paraId="60B93E0D" w14:textId="4D358693" w:rsidR="003F3A74" w:rsidRPr="00C726F1" w:rsidRDefault="003F3A74" w:rsidP="009E7A4A">
      <w:pPr>
        <w:rPr>
          <w:b/>
          <w:bCs/>
        </w:rPr>
      </w:pPr>
      <w:r w:rsidRPr="00C726F1">
        <w:rPr>
          <w:b/>
          <w:bCs/>
        </w:rPr>
        <w:t>Saturday, Ju</w:t>
      </w:r>
      <w:r w:rsidR="0028089D" w:rsidRPr="00C726F1">
        <w:rPr>
          <w:b/>
          <w:bCs/>
        </w:rPr>
        <w:t>ly</w:t>
      </w:r>
      <w:r w:rsidRPr="00C726F1">
        <w:rPr>
          <w:b/>
          <w:bCs/>
        </w:rPr>
        <w:t xml:space="preserve"> </w:t>
      </w:r>
      <w:r w:rsidR="0028089D" w:rsidRPr="00C726F1">
        <w:rPr>
          <w:b/>
          <w:bCs/>
        </w:rPr>
        <w:t>1</w:t>
      </w:r>
      <w:r w:rsidRPr="00C726F1">
        <w:rPr>
          <w:b/>
          <w:bCs/>
        </w:rPr>
        <w:t>1, 5:00 pm</w:t>
      </w:r>
    </w:p>
    <w:p w14:paraId="4BEBD243" w14:textId="5E0A8DA2" w:rsidR="00C726F1" w:rsidRPr="00C726F1" w:rsidRDefault="003F3A74" w:rsidP="00C726F1">
      <w:r w:rsidRPr="005B146F">
        <w:t>ACB Summer Auction</w:t>
      </w:r>
      <w:r w:rsidR="00125698">
        <w:br/>
      </w:r>
      <w:r w:rsidR="00C726F1" w:rsidRPr="00C726F1">
        <w:t>Come and join us for the 20th anniversary of the Summer Auction! The appetizer auction starts on Thursday, July 9 and Friday, July 10. The live auction will be Saturday. Happy bidding!</w:t>
      </w:r>
    </w:p>
    <w:p w14:paraId="1A18D7EF" w14:textId="6AABEF03" w:rsidR="005B146F" w:rsidRDefault="005B146F" w:rsidP="009E7A4A"/>
    <w:p w14:paraId="46209F9A" w14:textId="6C2F1C09" w:rsidR="003F3A74" w:rsidRPr="00C726F1" w:rsidRDefault="003F3A74" w:rsidP="009E7A4A">
      <w:pPr>
        <w:rPr>
          <w:b/>
          <w:bCs/>
        </w:rPr>
      </w:pPr>
      <w:r w:rsidRPr="00C726F1">
        <w:rPr>
          <w:b/>
          <w:bCs/>
        </w:rPr>
        <w:t xml:space="preserve">Saturday, July </w:t>
      </w:r>
      <w:r w:rsidR="00A63479" w:rsidRPr="00C726F1">
        <w:rPr>
          <w:b/>
          <w:bCs/>
        </w:rPr>
        <w:t>27</w:t>
      </w:r>
      <w:r w:rsidRPr="00C726F1">
        <w:rPr>
          <w:b/>
          <w:bCs/>
        </w:rPr>
        <w:t xml:space="preserve">, </w:t>
      </w:r>
      <w:r w:rsidR="00A63479" w:rsidRPr="00C726F1">
        <w:rPr>
          <w:b/>
          <w:bCs/>
        </w:rPr>
        <w:t>5:00</w:t>
      </w:r>
      <w:r w:rsidRPr="00C726F1">
        <w:rPr>
          <w:b/>
          <w:bCs/>
        </w:rPr>
        <w:t xml:space="preserve"> pm</w:t>
      </w:r>
    </w:p>
    <w:p w14:paraId="203EA47E" w14:textId="77777777" w:rsidR="00C726F1" w:rsidRPr="00C726F1" w:rsidRDefault="00C726F1" w:rsidP="00C726F1">
      <w:r w:rsidRPr="00C726F1">
        <w:t>March to the Arch ACB Brenda Dillon Memorial walk</w:t>
      </w:r>
    </w:p>
    <w:p w14:paraId="1E39298D" w14:textId="77777777" w:rsidR="00C726F1" w:rsidRPr="00C726F1" w:rsidRDefault="00C726F1" w:rsidP="00C726F1"/>
    <w:p w14:paraId="0403D7B1" w14:textId="1CF760A6" w:rsidR="00C726F1" w:rsidRPr="00C726F1" w:rsidRDefault="00C726F1" w:rsidP="00C726F1">
      <w:r>
        <w:t xml:space="preserve"> Join us for a fun and flexible event featuring a 10</w:t>
      </w:r>
      <w:r w:rsidR="30F06A02">
        <w:t>-</w:t>
      </w:r>
      <w:r>
        <w:t xml:space="preserve"> to 20</w:t>
      </w:r>
      <w:r w:rsidR="459F7C17">
        <w:t>-</w:t>
      </w:r>
      <w:r>
        <w:t xml:space="preserve">minute walk to the Gateway Arch. Seating will be available for those who need to rest along the way. You are welcome to stay for the full two hours or simply enjoy the walk and return to the hotel at your own pace. </w:t>
      </w:r>
    </w:p>
    <w:p w14:paraId="22764AAA" w14:textId="2DB5D798" w:rsidR="00C726F1" w:rsidRDefault="00C726F1" w:rsidP="00C726F1">
      <w:r>
        <w:t>A $20 registration fee reserves your spot and helps organizers plan. This event is in collaboration with the Brenda Dillon Memorial Walk Committee and the Get Up</w:t>
      </w:r>
      <w:r w:rsidR="17855C49">
        <w:t xml:space="preserve"> and</w:t>
      </w:r>
      <w:r>
        <w:t xml:space="preserve"> Get Moving Committee. The Walk to St. Louis challenge winners will be announced during the event.</w:t>
      </w:r>
    </w:p>
    <w:p w14:paraId="542CED3A" w14:textId="77777777" w:rsidR="005C2EA9" w:rsidRDefault="005C2EA9" w:rsidP="00C726F1"/>
    <w:p w14:paraId="7EA3CC1E" w14:textId="77777777" w:rsidR="00FB263B" w:rsidRPr="00F40C06" w:rsidRDefault="00FB263B" w:rsidP="14638D2A">
      <w:pPr>
        <w:rPr>
          <w:b/>
          <w:bCs/>
        </w:rPr>
      </w:pPr>
      <w:r w:rsidRPr="14638D2A">
        <w:rPr>
          <w:b/>
          <w:bCs/>
        </w:rPr>
        <w:t>MMS Program</w:t>
      </w:r>
    </w:p>
    <w:p w14:paraId="6CDA957B" w14:textId="40B79070" w:rsidR="00FB263B" w:rsidRDefault="00FB263B" w:rsidP="009E7A4A">
      <w:r w:rsidRPr="005965A3">
        <w:t xml:space="preserve">Join the MMS Program. Raise funds for ACB and your affiliate all year long. Call 888-999-3190 or email askacbmms@gmail.com for more information. If you’re in </w:t>
      </w:r>
      <w:r w:rsidR="0028089D">
        <w:t>St. Louis</w:t>
      </w:r>
      <w:r w:rsidRPr="005965A3">
        <w:t xml:space="preserve">, stop by the </w:t>
      </w:r>
      <w:r w:rsidR="0028089D">
        <w:t>exhibit booth</w:t>
      </w:r>
      <w:r w:rsidRPr="005965A3">
        <w:t xml:space="preserve"> to sign up or increase your monthly donations.</w:t>
      </w:r>
    </w:p>
    <w:p w14:paraId="0A65C060" w14:textId="77777777" w:rsidR="00F40C06" w:rsidRDefault="00F40C06" w:rsidP="009E7A4A"/>
    <w:p w14:paraId="0F1E2B68" w14:textId="7DEABDCE" w:rsidR="00320F74" w:rsidRDefault="00320F74" w:rsidP="009E7A4A">
      <w:pPr>
        <w:pStyle w:val="Heading1"/>
      </w:pPr>
      <w:bookmarkStart w:id="116" w:name="_Toc232406185"/>
      <w:r>
        <w:t>202</w:t>
      </w:r>
      <w:r w:rsidR="006F56F8">
        <w:t>6</w:t>
      </w:r>
      <w:r>
        <w:t xml:space="preserve"> ACB Exhibitors</w:t>
      </w:r>
      <w:bookmarkEnd w:id="116"/>
    </w:p>
    <w:p w14:paraId="1373F1ED" w14:textId="77777777" w:rsidR="00320F74" w:rsidRPr="000047DF" w:rsidRDefault="00320F74" w:rsidP="009E7A4A"/>
    <w:p w14:paraId="6214CCF7" w14:textId="77777777" w:rsidR="00320F74" w:rsidRPr="000047DF" w:rsidRDefault="00320F74" w:rsidP="009E7A4A">
      <w:r w:rsidRPr="000047DF">
        <w:t>Exhibit Hall Schedule:</w:t>
      </w:r>
    </w:p>
    <w:p w14:paraId="5307FE97" w14:textId="132A0189" w:rsidR="00320F74" w:rsidRPr="000047DF" w:rsidRDefault="00320F74" w:rsidP="009E7A4A">
      <w:r w:rsidRPr="000047DF">
        <w:t xml:space="preserve">Sunday, July 6: </w:t>
      </w:r>
      <w:r w:rsidRPr="000047DF">
        <w:tab/>
        <w:t xml:space="preserve"> </w:t>
      </w:r>
      <w:r w:rsidR="007E1C94">
        <w:t xml:space="preserve">   </w:t>
      </w:r>
      <w:r w:rsidRPr="000047DF">
        <w:t>9:00 am - 5:00 pm</w:t>
      </w:r>
    </w:p>
    <w:p w14:paraId="74BEBF0B" w14:textId="22B0D141" w:rsidR="00320F74" w:rsidRPr="0046539F" w:rsidRDefault="00320F74" w:rsidP="009E7A4A">
      <w:pPr>
        <w:rPr>
          <w:sz w:val="34"/>
          <w:szCs w:val="34"/>
        </w:rPr>
      </w:pPr>
      <w:r w:rsidRPr="000047DF">
        <w:t xml:space="preserve"> </w:t>
      </w:r>
      <w:r w:rsidR="007E1C94">
        <w:tab/>
      </w:r>
      <w:r w:rsidR="007E1C94">
        <w:tab/>
      </w:r>
      <w:r w:rsidR="007E1C94">
        <w:tab/>
      </w:r>
      <w:r w:rsidR="0046539F">
        <w:tab/>
        <w:t xml:space="preserve">    </w:t>
      </w:r>
      <w:r w:rsidRPr="0046539F">
        <w:rPr>
          <w:sz w:val="32"/>
          <w:szCs w:val="32"/>
        </w:rPr>
        <w:t>6:00 pm - 7:00 pm Exhibitor Reception</w:t>
      </w:r>
    </w:p>
    <w:p w14:paraId="54B4012E" w14:textId="1C3E982C" w:rsidR="00320F74" w:rsidRPr="000047DF" w:rsidRDefault="00320F74" w:rsidP="009E7A4A">
      <w:r w:rsidRPr="000047DF">
        <w:t xml:space="preserve">Monday, July 7: </w:t>
      </w:r>
      <w:r w:rsidR="007E1C94">
        <w:tab/>
        <w:t xml:space="preserve">   </w:t>
      </w:r>
      <w:r w:rsidRPr="000047DF">
        <w:t>11:00 am - 5:00 pm</w:t>
      </w:r>
    </w:p>
    <w:p w14:paraId="189E290A" w14:textId="5EF3BF9D" w:rsidR="00320F74" w:rsidRPr="000047DF" w:rsidRDefault="00320F74" w:rsidP="009E7A4A">
      <w:r w:rsidRPr="000047DF">
        <w:t xml:space="preserve">Tuesday, July 8: </w:t>
      </w:r>
      <w:r w:rsidRPr="000047DF">
        <w:tab/>
      </w:r>
      <w:r w:rsidR="007E1C94">
        <w:t xml:space="preserve">   </w:t>
      </w:r>
      <w:r w:rsidRPr="000047DF">
        <w:t>11:00 am - 5:00 pm</w:t>
      </w:r>
    </w:p>
    <w:p w14:paraId="06992A9F" w14:textId="480ADAE1" w:rsidR="00320F74" w:rsidRDefault="00320F74" w:rsidP="009E7A4A">
      <w:r w:rsidRPr="000047DF">
        <w:t xml:space="preserve">Wednesday, July 9: </w:t>
      </w:r>
      <w:r w:rsidR="007E1C94">
        <w:t xml:space="preserve"> </w:t>
      </w:r>
      <w:r w:rsidRPr="000047DF">
        <w:t>9:00 am - 1:00 pm</w:t>
      </w:r>
    </w:p>
    <w:p w14:paraId="2F33DC55" w14:textId="77777777" w:rsidR="00320F74" w:rsidRPr="000047DF" w:rsidRDefault="00320F74" w:rsidP="009E7A4A"/>
    <w:p w14:paraId="3D04BBE7" w14:textId="77777777" w:rsidR="00320F74" w:rsidRPr="00A20811" w:rsidRDefault="00320F74" w:rsidP="14638D2A">
      <w:pPr>
        <w:pStyle w:val="Heading2"/>
      </w:pPr>
      <w:bookmarkStart w:id="117" w:name="_Toc232406186"/>
      <w:r>
        <w:t>Exhibitors</w:t>
      </w:r>
      <w:bookmarkEnd w:id="117"/>
    </w:p>
    <w:p w14:paraId="30DB5F95" w14:textId="77777777" w:rsidR="005D4E74" w:rsidRPr="00F9475E" w:rsidRDefault="005D4E74" w:rsidP="005D4E74">
      <w:pPr>
        <w:spacing w:line="360" w:lineRule="auto"/>
      </w:pPr>
      <w:r w:rsidRPr="00F9475E">
        <w:t>A.T. Guys</w:t>
      </w:r>
    </w:p>
    <w:p w14:paraId="6AEE94A5" w14:textId="77777777" w:rsidR="005D4E74" w:rsidRPr="00F9475E" w:rsidRDefault="005D4E74" w:rsidP="005D4E74">
      <w:pPr>
        <w:spacing w:line="360" w:lineRule="auto"/>
      </w:pPr>
      <w:r w:rsidRPr="00F9475E">
        <w:t>ABLE today</w:t>
      </w:r>
    </w:p>
    <w:p w14:paraId="5DC95CA6" w14:textId="77777777" w:rsidR="005D4E74" w:rsidRPr="00F9475E" w:rsidRDefault="005D4E74" w:rsidP="005D4E74">
      <w:pPr>
        <w:spacing w:line="360" w:lineRule="auto"/>
      </w:pPr>
      <w:r w:rsidRPr="00F9475E">
        <w:t>ACB Mini Mall</w:t>
      </w:r>
    </w:p>
    <w:p w14:paraId="10F43CED" w14:textId="77777777" w:rsidR="005D4E74" w:rsidRPr="00F9475E" w:rsidRDefault="005D4E74" w:rsidP="005D4E74">
      <w:pPr>
        <w:spacing w:line="360" w:lineRule="auto"/>
      </w:pPr>
      <w:r w:rsidRPr="00F9475E">
        <w:t>ACB MMS</w:t>
      </w:r>
    </w:p>
    <w:p w14:paraId="04D203CD" w14:textId="77777777" w:rsidR="005D4E74" w:rsidRPr="00F9475E" w:rsidRDefault="005D4E74" w:rsidP="005D4E74">
      <w:pPr>
        <w:spacing w:line="360" w:lineRule="auto"/>
      </w:pPr>
      <w:r w:rsidRPr="00F9475E">
        <w:t>AGIGA</w:t>
      </w:r>
    </w:p>
    <w:p w14:paraId="07E88FB1" w14:textId="77777777" w:rsidR="005D4E74" w:rsidRPr="00F9475E" w:rsidRDefault="005D4E74" w:rsidP="005D4E74">
      <w:pPr>
        <w:spacing w:line="360" w:lineRule="auto"/>
      </w:pPr>
      <w:r w:rsidRPr="00F9475E">
        <w:t>AIRA</w:t>
      </w:r>
    </w:p>
    <w:p w14:paraId="7FDD1FF6" w14:textId="77777777" w:rsidR="005D4E74" w:rsidRPr="00F9475E" w:rsidRDefault="005D4E74" w:rsidP="005D4E74">
      <w:pPr>
        <w:spacing w:line="360" w:lineRule="auto"/>
      </w:pPr>
      <w:r w:rsidRPr="00F9475E">
        <w:t>American Printing House</w:t>
      </w:r>
    </w:p>
    <w:p w14:paraId="61201614" w14:textId="77777777" w:rsidR="005D4E74" w:rsidRPr="00F9475E" w:rsidRDefault="005D4E74" w:rsidP="005D4E74">
      <w:pPr>
        <w:spacing w:line="360" w:lineRule="auto"/>
      </w:pPr>
      <w:r w:rsidRPr="00F9475E">
        <w:t>Benetech/Bookshare</w:t>
      </w:r>
    </w:p>
    <w:p w14:paraId="26FBE4E5" w14:textId="77777777" w:rsidR="005D4E74" w:rsidRPr="00F9475E" w:rsidRDefault="005D4E74" w:rsidP="005D4E74">
      <w:pPr>
        <w:spacing w:line="360" w:lineRule="auto"/>
      </w:pPr>
      <w:r w:rsidRPr="00F9475E">
        <w:t>Blazie Technologies</w:t>
      </w:r>
    </w:p>
    <w:p w14:paraId="2888E0B0" w14:textId="77777777" w:rsidR="005D4E74" w:rsidRPr="00F9475E" w:rsidRDefault="005D4E74" w:rsidP="005D4E74">
      <w:pPr>
        <w:spacing w:line="360" w:lineRule="auto"/>
      </w:pPr>
      <w:r w:rsidRPr="00F9475E">
        <w:t>Blind Girl Designs</w:t>
      </w:r>
    </w:p>
    <w:p w14:paraId="26207BF5" w14:textId="77777777" w:rsidR="005D4E74" w:rsidRPr="00F9475E" w:rsidRDefault="005D4E74" w:rsidP="005D4E74">
      <w:pPr>
        <w:spacing w:line="360" w:lineRule="auto"/>
      </w:pPr>
      <w:r w:rsidRPr="00F9475E">
        <w:t>Blind Information Technology Solutions (BITS)</w:t>
      </w:r>
    </w:p>
    <w:p w14:paraId="47402C70" w14:textId="77777777" w:rsidR="005D4E74" w:rsidRPr="00F9475E" w:rsidRDefault="005D4E74" w:rsidP="005D4E74">
      <w:pPr>
        <w:spacing w:line="360" w:lineRule="auto"/>
      </w:pPr>
      <w:r w:rsidRPr="00F9475E">
        <w:t>BlindShell</w:t>
      </w:r>
    </w:p>
    <w:p w14:paraId="03F594A4" w14:textId="0E97DA6A" w:rsidR="005D4E74" w:rsidRPr="00F9475E" w:rsidRDefault="005D4E74" w:rsidP="005D4E74">
      <w:pPr>
        <w:spacing w:line="360" w:lineRule="auto"/>
      </w:pPr>
      <w:r w:rsidRPr="00F9475E">
        <w:t>Bridge The Gap Adaptations</w:t>
      </w:r>
    </w:p>
    <w:p w14:paraId="7F5403C8" w14:textId="77777777" w:rsidR="005D4E74" w:rsidRPr="00F9475E" w:rsidRDefault="005D4E74" w:rsidP="005D4E74">
      <w:pPr>
        <w:spacing w:line="360" w:lineRule="auto"/>
      </w:pPr>
      <w:r w:rsidRPr="00F9475E">
        <w:t>Christian Record Services</w:t>
      </w:r>
    </w:p>
    <w:p w14:paraId="5522164D" w14:textId="77777777" w:rsidR="005D4E74" w:rsidRPr="00F9475E" w:rsidRDefault="005D4E74" w:rsidP="005D4E74">
      <w:pPr>
        <w:spacing w:line="360" w:lineRule="auto"/>
      </w:pPr>
      <w:r w:rsidRPr="00F9475E">
        <w:t>Computers for the Blind</w:t>
      </w:r>
    </w:p>
    <w:p w14:paraId="17BE718D" w14:textId="77777777" w:rsidR="005D4E74" w:rsidRPr="00F9475E" w:rsidRDefault="005D4E74" w:rsidP="005D4E74">
      <w:pPr>
        <w:spacing w:line="360" w:lineRule="auto"/>
      </w:pPr>
      <w:r w:rsidRPr="00F9475E">
        <w:t>CVS Health</w:t>
      </w:r>
    </w:p>
    <w:p w14:paraId="0016DF15" w14:textId="26E7BE55" w:rsidR="005D4E74" w:rsidRPr="00F9475E" w:rsidRDefault="005D4E74" w:rsidP="005D4E74">
      <w:pPr>
        <w:spacing w:line="360" w:lineRule="auto"/>
      </w:pPr>
      <w:r w:rsidRPr="00F9475E">
        <w:t>Dogs</w:t>
      </w:r>
      <w:r w:rsidR="007C6328" w:rsidRPr="00F9475E">
        <w:t>,</w:t>
      </w:r>
      <w:r w:rsidRPr="00F9475E">
        <w:t xml:space="preserve"> Inc</w:t>
      </w:r>
    </w:p>
    <w:p w14:paraId="0878C63B" w14:textId="77777777" w:rsidR="005D4E74" w:rsidRPr="00F9475E" w:rsidRDefault="005D4E74" w:rsidP="005D4E74">
      <w:pPr>
        <w:spacing w:line="360" w:lineRule="auto"/>
      </w:pPr>
      <w:r w:rsidRPr="00F9475E">
        <w:t>DOT, Inc.</w:t>
      </w:r>
    </w:p>
    <w:p w14:paraId="1C596F3F" w14:textId="77777777" w:rsidR="005D4E74" w:rsidRPr="00F9475E" w:rsidRDefault="005D4E74" w:rsidP="005D4E74">
      <w:pPr>
        <w:spacing w:line="360" w:lineRule="auto"/>
        <w:rPr>
          <w:lang w:val="es-MX"/>
        </w:rPr>
      </w:pPr>
      <w:r w:rsidRPr="00F9475E">
        <w:rPr>
          <w:lang w:val="es-MX"/>
        </w:rPr>
        <w:t>En-Vision America</w:t>
      </w:r>
    </w:p>
    <w:p w14:paraId="2E0D92A8" w14:textId="77777777" w:rsidR="005D4E74" w:rsidRPr="00F9475E" w:rsidRDefault="005D4E74" w:rsidP="005D4E74">
      <w:pPr>
        <w:spacing w:line="360" w:lineRule="auto"/>
        <w:rPr>
          <w:lang w:val="es-MX"/>
        </w:rPr>
      </w:pPr>
      <w:r w:rsidRPr="00F9475E">
        <w:rPr>
          <w:lang w:val="es-MX"/>
        </w:rPr>
        <w:t>EZ 2 See Products</w:t>
      </w:r>
    </w:p>
    <w:p w14:paraId="73676505" w14:textId="77777777" w:rsidR="00334663" w:rsidRDefault="007B19C0" w:rsidP="005D4E74">
      <w:pPr>
        <w:spacing w:line="360" w:lineRule="auto"/>
      </w:pPr>
      <w:r>
        <w:t xml:space="preserve">G&amp;Q </w:t>
      </w:r>
      <w:r w:rsidR="00334663">
        <w:t>Premium Products</w:t>
      </w:r>
    </w:p>
    <w:p w14:paraId="59C00554" w14:textId="06688949" w:rsidR="005D4E74" w:rsidRPr="00F9475E" w:rsidRDefault="005D4E74" w:rsidP="005D4E74">
      <w:pPr>
        <w:spacing w:line="360" w:lineRule="auto"/>
      </w:pPr>
      <w:r w:rsidRPr="00F9475E">
        <w:t>Glidance</w:t>
      </w:r>
    </w:p>
    <w:p w14:paraId="3699609A" w14:textId="77777777" w:rsidR="005D4E74" w:rsidRPr="00F9475E" w:rsidRDefault="005D4E74" w:rsidP="005D4E74">
      <w:pPr>
        <w:spacing w:line="360" w:lineRule="auto"/>
      </w:pPr>
      <w:r w:rsidRPr="00F9475E">
        <w:t>Guide Dog Foundation for the Blind</w:t>
      </w:r>
    </w:p>
    <w:p w14:paraId="351BBBCD" w14:textId="77777777" w:rsidR="005D4E74" w:rsidRPr="00F9475E" w:rsidRDefault="005D4E74" w:rsidP="005D4E74">
      <w:pPr>
        <w:spacing w:line="360" w:lineRule="auto"/>
      </w:pPr>
      <w:r w:rsidRPr="00F9475E">
        <w:t>Guide Dogs for the Blind</w:t>
      </w:r>
    </w:p>
    <w:p w14:paraId="040088BC" w14:textId="77777777" w:rsidR="005D4E74" w:rsidRPr="00F9475E" w:rsidRDefault="005D4E74" w:rsidP="005D4E74">
      <w:pPr>
        <w:spacing w:line="360" w:lineRule="auto"/>
      </w:pPr>
      <w:r w:rsidRPr="00F9475E">
        <w:t>Guide Dogs of the Desert</w:t>
      </w:r>
    </w:p>
    <w:p w14:paraId="238A3EEF" w14:textId="77777777" w:rsidR="005D4E74" w:rsidRPr="00F9475E" w:rsidRDefault="005D4E74" w:rsidP="005D4E74">
      <w:pPr>
        <w:spacing w:line="360" w:lineRule="auto"/>
      </w:pPr>
      <w:r w:rsidRPr="00F9475E">
        <w:t>Guiding Eyes for the Blind</w:t>
      </w:r>
    </w:p>
    <w:p w14:paraId="099D17DE" w14:textId="77777777" w:rsidR="005D4E74" w:rsidRPr="00F9475E" w:rsidRDefault="005D4E74" w:rsidP="005D4E74">
      <w:pPr>
        <w:spacing w:line="360" w:lineRule="auto"/>
      </w:pPr>
      <w:r w:rsidRPr="00F9475E">
        <w:t>HapWare</w:t>
      </w:r>
    </w:p>
    <w:p w14:paraId="6AA9463C" w14:textId="77777777" w:rsidR="005D4E74" w:rsidRPr="00F9475E" w:rsidRDefault="005D4E74" w:rsidP="005D4E74">
      <w:pPr>
        <w:spacing w:line="360" w:lineRule="auto"/>
      </w:pPr>
      <w:r w:rsidRPr="00F9475E">
        <w:t>HumanWare</w:t>
      </w:r>
    </w:p>
    <w:p w14:paraId="482C9F75" w14:textId="77777777" w:rsidR="00724ABD" w:rsidRPr="00F9475E" w:rsidRDefault="00724ABD" w:rsidP="005D4E74">
      <w:pPr>
        <w:spacing w:line="360" w:lineRule="auto"/>
      </w:pPr>
      <w:r w:rsidRPr="00F9475E">
        <w:t>Illinois Council of the Blind</w:t>
      </w:r>
    </w:p>
    <w:p w14:paraId="7AF85A8A" w14:textId="06B0D01D" w:rsidR="005D4E74" w:rsidRPr="00F9475E" w:rsidRDefault="005D4E74" w:rsidP="005D4E74">
      <w:pPr>
        <w:spacing w:line="360" w:lineRule="auto"/>
      </w:pPr>
      <w:r w:rsidRPr="00F9475E">
        <w:t>Inclusio</w:t>
      </w:r>
    </w:p>
    <w:p w14:paraId="24B64BCF" w14:textId="77777777" w:rsidR="005D4E74" w:rsidRPr="00F9475E" w:rsidRDefault="005D4E74" w:rsidP="005D4E74">
      <w:pPr>
        <w:spacing w:line="360" w:lineRule="auto"/>
      </w:pPr>
      <w:r w:rsidRPr="00F9475E">
        <w:t>Internal Revenue Service</w:t>
      </w:r>
    </w:p>
    <w:p w14:paraId="0086F86E" w14:textId="77777777" w:rsidR="005D4E74" w:rsidRPr="00F9475E" w:rsidRDefault="005D4E74" w:rsidP="005D4E74">
      <w:pPr>
        <w:spacing w:line="360" w:lineRule="auto"/>
      </w:pPr>
      <w:r w:rsidRPr="00F9475E">
        <w:t>Jeri's House</w:t>
      </w:r>
    </w:p>
    <w:p w14:paraId="54F5383A" w14:textId="77777777" w:rsidR="005D4E74" w:rsidRPr="00F9475E" w:rsidRDefault="005D4E74" w:rsidP="005D4E74">
      <w:pPr>
        <w:spacing w:line="360" w:lineRule="auto"/>
      </w:pPr>
      <w:r w:rsidRPr="00F9475E">
        <w:t>JW.org</w:t>
      </w:r>
    </w:p>
    <w:p w14:paraId="5E7ADF9D" w14:textId="77777777" w:rsidR="005D4E74" w:rsidRPr="00F9475E" w:rsidRDefault="005D4E74" w:rsidP="005D4E74">
      <w:pPr>
        <w:spacing w:line="360" w:lineRule="auto"/>
      </w:pPr>
      <w:r w:rsidRPr="00F9475E">
        <w:t>Leader Dogs for the Blind</w:t>
      </w:r>
    </w:p>
    <w:p w14:paraId="2AE16779" w14:textId="77777777" w:rsidR="005D4E74" w:rsidRPr="00F9475E" w:rsidRDefault="005D4E74" w:rsidP="005D4E74">
      <w:pPr>
        <w:spacing w:line="360" w:lineRule="auto"/>
      </w:pPr>
      <w:r w:rsidRPr="00F9475E">
        <w:t>Meta</w:t>
      </w:r>
    </w:p>
    <w:p w14:paraId="244B53D7" w14:textId="77777777" w:rsidR="005D4E74" w:rsidRPr="00F9475E" w:rsidRDefault="005D4E74" w:rsidP="005D4E74">
      <w:pPr>
        <w:spacing w:line="360" w:lineRule="auto"/>
      </w:pPr>
      <w:r w:rsidRPr="00F9475E">
        <w:t>Microsoft</w:t>
      </w:r>
    </w:p>
    <w:p w14:paraId="78DC327F" w14:textId="77777777" w:rsidR="005D4E74" w:rsidRPr="00F9475E" w:rsidRDefault="005D4E74" w:rsidP="005D4E74">
      <w:pPr>
        <w:spacing w:line="360" w:lineRule="auto"/>
      </w:pPr>
      <w:r w:rsidRPr="00F9475E">
        <w:t>National Braille Press</w:t>
      </w:r>
    </w:p>
    <w:p w14:paraId="328A38B6" w14:textId="77777777" w:rsidR="005D4E74" w:rsidRPr="00F9475E" w:rsidRDefault="005D4E74" w:rsidP="005D4E74">
      <w:pPr>
        <w:spacing w:line="360" w:lineRule="auto"/>
      </w:pPr>
      <w:r w:rsidRPr="00F9475E">
        <w:t>National Library Service</w:t>
      </w:r>
    </w:p>
    <w:p w14:paraId="7BAE5A48" w14:textId="77777777" w:rsidR="005D4E74" w:rsidRPr="00F9475E" w:rsidRDefault="005D4E74" w:rsidP="005D4E74">
      <w:pPr>
        <w:spacing w:line="360" w:lineRule="auto"/>
      </w:pPr>
      <w:r w:rsidRPr="00F9475E">
        <w:t>Navilens</w:t>
      </w:r>
    </w:p>
    <w:p w14:paraId="79B69118" w14:textId="77777777" w:rsidR="008727BB" w:rsidRPr="00F9475E" w:rsidRDefault="008727BB" w:rsidP="005D4E74">
      <w:pPr>
        <w:spacing w:line="360" w:lineRule="auto"/>
      </w:pPr>
      <w:r w:rsidRPr="00F9475E">
        <w:t>NIB</w:t>
      </w:r>
    </w:p>
    <w:p w14:paraId="6ACA76E3" w14:textId="628A9658" w:rsidR="005D4E74" w:rsidRPr="00F9475E" w:rsidRDefault="005D4E74" w:rsidP="005D4E74">
      <w:pPr>
        <w:spacing w:line="360" w:lineRule="auto"/>
      </w:pPr>
      <w:r w:rsidRPr="00F9475E">
        <w:t>Non-24-Hour Sleep-Wake Disorder (Non-24)</w:t>
      </w:r>
    </w:p>
    <w:p w14:paraId="743FD0AE" w14:textId="77777777" w:rsidR="005D4E74" w:rsidRPr="00F9475E" w:rsidRDefault="005D4E74" w:rsidP="005D4E74">
      <w:pPr>
        <w:spacing w:line="360" w:lineRule="auto"/>
      </w:pPr>
      <w:r w:rsidRPr="00F9475E">
        <w:t>NVision Guitars LLC</w:t>
      </w:r>
    </w:p>
    <w:p w14:paraId="4F35AAE8" w14:textId="3B3ABEC3" w:rsidR="005D4E74" w:rsidRPr="00F9475E" w:rsidRDefault="005D4E74" w:rsidP="005D4E74">
      <w:pPr>
        <w:spacing w:line="360" w:lineRule="auto"/>
      </w:pPr>
      <w:r w:rsidRPr="00F9475E">
        <w:t>OneCourt Technologies</w:t>
      </w:r>
    </w:p>
    <w:p w14:paraId="58EA5E52" w14:textId="77777777" w:rsidR="005D4E74" w:rsidRPr="00F9475E" w:rsidRDefault="005D4E74" w:rsidP="005D4E74">
      <w:pPr>
        <w:spacing w:line="360" w:lineRule="auto"/>
      </w:pPr>
      <w:r w:rsidRPr="00F9475E">
        <w:t>Orbit Research</w:t>
      </w:r>
    </w:p>
    <w:p w14:paraId="32315A0A" w14:textId="77777777" w:rsidR="005D4E74" w:rsidRPr="00F9475E" w:rsidRDefault="005D4E74" w:rsidP="005D4E74">
      <w:pPr>
        <w:spacing w:line="360" w:lineRule="auto"/>
      </w:pPr>
      <w:r w:rsidRPr="00F9475E">
        <w:t>Patriot Vision Industries</w:t>
      </w:r>
    </w:p>
    <w:p w14:paraId="2A57FAD7" w14:textId="77777777" w:rsidR="005D4E74" w:rsidRPr="00F9475E" w:rsidRDefault="005D4E74" w:rsidP="005D4E74">
      <w:pPr>
        <w:spacing w:line="360" w:lineRule="auto"/>
      </w:pPr>
      <w:r w:rsidRPr="00F9475E">
        <w:t>Polara</w:t>
      </w:r>
    </w:p>
    <w:p w14:paraId="0C3ECF58" w14:textId="77777777" w:rsidR="005D4E74" w:rsidRPr="00F9475E" w:rsidRDefault="005D4E74" w:rsidP="005D4E74">
      <w:pPr>
        <w:spacing w:line="360" w:lineRule="auto"/>
      </w:pPr>
      <w:r w:rsidRPr="00F9475E">
        <w:t>See Sea Trips</w:t>
      </w:r>
    </w:p>
    <w:p w14:paraId="60A51026" w14:textId="77777777" w:rsidR="005D4E74" w:rsidRPr="00F9475E" w:rsidRDefault="005D4E74" w:rsidP="005D4E74">
      <w:pPr>
        <w:spacing w:line="360" w:lineRule="auto"/>
      </w:pPr>
      <w:r w:rsidRPr="00F9475E">
        <w:t>Selvas BLV</w:t>
      </w:r>
    </w:p>
    <w:p w14:paraId="37696FF3" w14:textId="77777777" w:rsidR="005D4E74" w:rsidRPr="00F9475E" w:rsidRDefault="005D4E74" w:rsidP="005D4E74">
      <w:pPr>
        <w:spacing w:line="360" w:lineRule="auto"/>
      </w:pPr>
      <w:r w:rsidRPr="00F9475E">
        <w:t>Spectrum</w:t>
      </w:r>
    </w:p>
    <w:p w14:paraId="62F89790" w14:textId="77777777" w:rsidR="005D4E74" w:rsidRPr="00F9475E" w:rsidRDefault="005D4E74" w:rsidP="005D4E74">
      <w:pPr>
        <w:spacing w:line="360" w:lineRule="auto"/>
      </w:pPr>
      <w:r w:rsidRPr="00F9475E">
        <w:t>Tactile Engineering</w:t>
      </w:r>
    </w:p>
    <w:p w14:paraId="75DB6ACB" w14:textId="77777777" w:rsidR="005D4E74" w:rsidRPr="00F9475E" w:rsidRDefault="005D4E74" w:rsidP="005D4E74">
      <w:pPr>
        <w:spacing w:line="360" w:lineRule="auto"/>
      </w:pPr>
      <w:r w:rsidRPr="00F9475E">
        <w:t>Techopolis, LLC</w:t>
      </w:r>
    </w:p>
    <w:p w14:paraId="7D9CD4C5" w14:textId="10DD63FF" w:rsidR="005D4E74" w:rsidRPr="00F9475E" w:rsidRDefault="005D4E74" w:rsidP="005D4E74">
      <w:pPr>
        <w:spacing w:line="360" w:lineRule="auto"/>
      </w:pPr>
      <w:r w:rsidRPr="00F9475E">
        <w:t>The Dented Puck</w:t>
      </w:r>
    </w:p>
    <w:p w14:paraId="049B807B" w14:textId="77777777" w:rsidR="005D4E74" w:rsidRPr="00F9475E" w:rsidRDefault="005D4E74" w:rsidP="005D4E74">
      <w:pPr>
        <w:spacing w:line="360" w:lineRule="auto"/>
      </w:pPr>
      <w:r w:rsidRPr="00F9475E">
        <w:t>The Seeing Eye</w:t>
      </w:r>
    </w:p>
    <w:p w14:paraId="7DF6A95C" w14:textId="77777777" w:rsidR="00724ABD" w:rsidRPr="00F9475E" w:rsidRDefault="00ED45C1" w:rsidP="005D4E74">
      <w:pPr>
        <w:spacing w:line="360" w:lineRule="auto"/>
      </w:pPr>
      <w:r w:rsidRPr="00F9475E">
        <w:t>ViewPlus Technol</w:t>
      </w:r>
      <w:r w:rsidR="00724ABD" w:rsidRPr="00F9475E">
        <w:t>ogies</w:t>
      </w:r>
    </w:p>
    <w:p w14:paraId="5C9CAC59" w14:textId="32B8FE0B" w:rsidR="005D4E74" w:rsidRPr="00F9475E" w:rsidRDefault="005D4E74" w:rsidP="005D4E74">
      <w:pPr>
        <w:spacing w:line="360" w:lineRule="auto"/>
      </w:pPr>
      <w:r w:rsidRPr="00F9475E">
        <w:t>Vispero</w:t>
      </w:r>
    </w:p>
    <w:p w14:paraId="7E4C3C72" w14:textId="018CBEFB" w:rsidR="0046539F" w:rsidRDefault="005D4E74" w:rsidP="005D4E74">
      <w:pPr>
        <w:spacing w:line="360" w:lineRule="auto"/>
      </w:pPr>
      <w:r w:rsidRPr="00F9475E">
        <w:t>VisualEyes Access</w:t>
      </w:r>
    </w:p>
    <w:p w14:paraId="5C96F143" w14:textId="77777777" w:rsidR="00334663" w:rsidRPr="005D4E74" w:rsidRDefault="00334663" w:rsidP="005D4E74">
      <w:pPr>
        <w:spacing w:line="360" w:lineRule="auto"/>
      </w:pPr>
    </w:p>
    <w:p w14:paraId="64649F38" w14:textId="77777777" w:rsidR="00320F74" w:rsidRDefault="00320F74" w:rsidP="009E7A4A">
      <w:pPr>
        <w:pStyle w:val="Heading1"/>
      </w:pPr>
      <w:bookmarkStart w:id="118" w:name="_Toc198814999"/>
      <w:bookmarkStart w:id="119" w:name="_Toc232406187"/>
      <w:r>
        <w:t>Marketplace</w:t>
      </w:r>
      <w:bookmarkEnd w:id="118"/>
      <w:bookmarkEnd w:id="119"/>
    </w:p>
    <w:p w14:paraId="0064871A" w14:textId="77777777" w:rsidR="00A831FB" w:rsidRPr="00A831FB" w:rsidRDefault="00A831FB" w:rsidP="00A831FB">
      <w:pPr>
        <w:ind w:left="0" w:firstLine="0"/>
      </w:pPr>
      <w:r w:rsidRPr="00A831FB">
        <w:t>ACBDA</w:t>
      </w:r>
    </w:p>
    <w:p w14:paraId="2B9F9A7B" w14:textId="77777777" w:rsidR="00A831FB" w:rsidRPr="00A831FB" w:rsidRDefault="00A831FB" w:rsidP="00A831FB">
      <w:pPr>
        <w:ind w:left="0" w:firstLine="0"/>
      </w:pPr>
      <w:r w:rsidRPr="00A831FB">
        <w:t>Case for Vision</w:t>
      </w:r>
    </w:p>
    <w:p w14:paraId="24F636B4" w14:textId="77777777" w:rsidR="00A831FB" w:rsidRPr="00A831FB" w:rsidRDefault="00A831FB" w:rsidP="00A831FB">
      <w:pPr>
        <w:ind w:left="0" w:firstLine="0"/>
      </w:pPr>
      <w:r w:rsidRPr="00A831FB">
        <w:t>Embrace Happiness</w:t>
      </w:r>
    </w:p>
    <w:p w14:paraId="149D6D56" w14:textId="77777777" w:rsidR="00A831FB" w:rsidRPr="00A831FB" w:rsidRDefault="00A831FB" w:rsidP="00A831FB">
      <w:pPr>
        <w:ind w:left="0" w:firstLine="0"/>
      </w:pPr>
      <w:r w:rsidRPr="00A831FB">
        <w:t>Information Plus Art, LLC</w:t>
      </w:r>
    </w:p>
    <w:p w14:paraId="76783CD4" w14:textId="77777777" w:rsidR="00A831FB" w:rsidRPr="00A831FB" w:rsidRDefault="00A831FB" w:rsidP="00A831FB">
      <w:pPr>
        <w:ind w:left="0" w:firstLine="0"/>
      </w:pPr>
      <w:r w:rsidRPr="00A831FB">
        <w:t>Keri Bishop</w:t>
      </w:r>
    </w:p>
    <w:p w14:paraId="7DC280E1" w14:textId="77777777" w:rsidR="00A831FB" w:rsidRPr="00A831FB" w:rsidRDefault="00A831FB" w:rsidP="00A831FB">
      <w:pPr>
        <w:ind w:left="0" w:firstLine="0"/>
      </w:pPr>
      <w:r w:rsidRPr="00A831FB">
        <w:t>Lions Knights of the Blind</w:t>
      </w:r>
    </w:p>
    <w:p w14:paraId="29D73F49" w14:textId="77777777" w:rsidR="00A831FB" w:rsidRPr="00A831FB" w:rsidRDefault="00A831FB" w:rsidP="00A831FB">
      <w:pPr>
        <w:ind w:left="0" w:firstLine="0"/>
      </w:pPr>
      <w:r w:rsidRPr="00A831FB">
        <w:t>Low Vision Alliance</w:t>
      </w:r>
    </w:p>
    <w:p w14:paraId="41A39DA0" w14:textId="77777777" w:rsidR="00A831FB" w:rsidRPr="00A831FB" w:rsidRDefault="00A831FB" w:rsidP="00A831FB">
      <w:pPr>
        <w:ind w:left="0" w:firstLine="0"/>
      </w:pPr>
      <w:r w:rsidRPr="00A831FB">
        <w:t>MO Council of the Blind</w:t>
      </w:r>
    </w:p>
    <w:p w14:paraId="3CE2CF41" w14:textId="77777777" w:rsidR="00A831FB" w:rsidRPr="00A831FB" w:rsidRDefault="00A831FB" w:rsidP="00A831FB">
      <w:pPr>
        <w:ind w:left="0" w:firstLine="0"/>
      </w:pPr>
      <w:r w:rsidRPr="00A831FB">
        <w:t>Sharon’s Tie-Dye Designs</w:t>
      </w:r>
    </w:p>
    <w:p w14:paraId="6435B911" w14:textId="77777777" w:rsidR="00A831FB" w:rsidRPr="00A831FB" w:rsidRDefault="00A831FB" w:rsidP="00A831FB">
      <w:pPr>
        <w:ind w:left="0" w:firstLine="0"/>
      </w:pPr>
      <w:r w:rsidRPr="00A831FB">
        <w:t>VIP Coaching in the Dark</w:t>
      </w:r>
    </w:p>
    <w:p w14:paraId="7C09B3D0" w14:textId="77777777" w:rsidR="00A831FB" w:rsidRPr="00A831FB" w:rsidRDefault="00A831FB" w:rsidP="00A831FB">
      <w:pPr>
        <w:ind w:left="0" w:firstLine="0"/>
      </w:pPr>
      <w:r w:rsidRPr="00A831FB">
        <w:t>Wilma Chestnut House</w:t>
      </w:r>
    </w:p>
    <w:p w14:paraId="012AE189" w14:textId="77777777" w:rsidR="00A831FB" w:rsidRPr="00A831FB" w:rsidRDefault="00A831FB" w:rsidP="00A831FB">
      <w:pPr>
        <w:ind w:left="0" w:firstLine="0"/>
      </w:pPr>
    </w:p>
    <w:p w14:paraId="4D27DB4B" w14:textId="77777777" w:rsidR="00334663" w:rsidRDefault="00334663">
      <w:pPr>
        <w:rPr>
          <w:rFonts w:eastAsiaTheme="majorEastAsia" w:cstheme="majorBidi"/>
          <w:b/>
          <w:bCs/>
          <w:sz w:val="44"/>
          <w:szCs w:val="28"/>
        </w:rPr>
      </w:pPr>
      <w:bookmarkStart w:id="120" w:name="_Toc232406188"/>
      <w:r>
        <w:br w:type="page"/>
      </w:r>
    </w:p>
    <w:p w14:paraId="25E11860" w14:textId="25B28869" w:rsidR="00345B66" w:rsidRPr="00117394" w:rsidRDefault="00345B66" w:rsidP="009E7A4A">
      <w:pPr>
        <w:pStyle w:val="Heading1"/>
      </w:pPr>
      <w:r>
        <w:t>ACB Officers and Board of Directors</w:t>
      </w:r>
      <w:bookmarkEnd w:id="120"/>
    </w:p>
    <w:p w14:paraId="414F99E5" w14:textId="33A76D14" w:rsidR="14638D2A" w:rsidRDefault="14638D2A" w:rsidP="14638D2A">
      <w:pPr>
        <w:rPr>
          <w:u w:val="single"/>
        </w:rPr>
      </w:pPr>
    </w:p>
    <w:p w14:paraId="50D97FA3" w14:textId="77777777" w:rsidR="00345B66" w:rsidRPr="00380BB7" w:rsidRDefault="00345B66" w:rsidP="14638D2A">
      <w:pPr>
        <w:pStyle w:val="Heading2"/>
        <w:rPr>
          <w:u w:val="single"/>
        </w:rPr>
      </w:pPr>
      <w:bookmarkStart w:id="121" w:name="_Toc232406189"/>
      <w:r>
        <w:t>Officers</w:t>
      </w:r>
      <w:bookmarkEnd w:id="121"/>
    </w:p>
    <w:p w14:paraId="43027C7D" w14:textId="77777777" w:rsidR="00345B66" w:rsidRPr="007E1C94" w:rsidRDefault="00345B66" w:rsidP="00371836">
      <w:pPr>
        <w:spacing w:line="312" w:lineRule="auto"/>
      </w:pPr>
      <w:r w:rsidRPr="007E1C94">
        <w:t>Deb Cook Lewis, President, Clarkston, WA</w:t>
      </w:r>
    </w:p>
    <w:p w14:paraId="516E8CF1" w14:textId="77777777" w:rsidR="00345B66" w:rsidRPr="007E1C94" w:rsidRDefault="00345B66" w:rsidP="00371836">
      <w:pPr>
        <w:spacing w:line="312" w:lineRule="auto"/>
      </w:pPr>
      <w:r w:rsidRPr="007E1C94">
        <w:t>David Trott, First Vice President, Talladega, AL</w:t>
      </w:r>
    </w:p>
    <w:p w14:paraId="1921E8F9" w14:textId="189A6B9F" w:rsidR="00345B66" w:rsidRPr="007E1C94" w:rsidRDefault="007E1C94" w:rsidP="00371836">
      <w:pPr>
        <w:spacing w:line="312" w:lineRule="auto"/>
      </w:pPr>
      <w:r w:rsidRPr="007E1C94">
        <w:t>Kenneth Semien Sr.,</w:t>
      </w:r>
      <w:r w:rsidRPr="007E1C94">
        <w:rPr>
          <w:shd w:val="clear" w:color="auto" w:fill="F5F6F7"/>
        </w:rPr>
        <w:t xml:space="preserve"> </w:t>
      </w:r>
      <w:r w:rsidR="00345B66" w:rsidRPr="007E1C94">
        <w:t xml:space="preserve">Second Vice President, </w:t>
      </w:r>
      <w:r w:rsidRPr="007E1C94">
        <w:t>Beaumont, TX</w:t>
      </w:r>
    </w:p>
    <w:p w14:paraId="44F34FC1" w14:textId="11A13A30" w:rsidR="00345B66" w:rsidRPr="007E1C94" w:rsidRDefault="007E1C94" w:rsidP="00371836">
      <w:pPr>
        <w:spacing w:line="312" w:lineRule="auto"/>
      </w:pPr>
      <w:r w:rsidRPr="007E1C94">
        <w:t>Katie Frederick</w:t>
      </w:r>
      <w:r w:rsidR="00345B66" w:rsidRPr="007E1C94">
        <w:t xml:space="preserve">, Secretary, </w:t>
      </w:r>
      <w:r w:rsidRPr="007E1C94">
        <w:t>Worthington, OH</w:t>
      </w:r>
    </w:p>
    <w:p w14:paraId="45477AE7" w14:textId="77777777" w:rsidR="00345B66" w:rsidRPr="007E1C94" w:rsidRDefault="00345B66" w:rsidP="00371836">
      <w:pPr>
        <w:spacing w:line="312" w:lineRule="auto"/>
        <w:rPr>
          <w:w w:val="95"/>
        </w:rPr>
      </w:pPr>
      <w:r w:rsidRPr="007E1C94">
        <w:t>Michael Garrett, Treasurer, Missouri City, TX</w:t>
      </w:r>
      <w:r w:rsidRPr="007E1C94">
        <w:rPr>
          <w:w w:val="95"/>
        </w:rPr>
        <w:t xml:space="preserve"> </w:t>
      </w:r>
    </w:p>
    <w:p w14:paraId="6242B6F3" w14:textId="77777777" w:rsidR="00345B66" w:rsidRPr="000416A6" w:rsidRDefault="00345B66" w:rsidP="00371836">
      <w:pPr>
        <w:spacing w:line="312" w:lineRule="auto"/>
        <w:rPr>
          <w:spacing w:val="-4"/>
        </w:rPr>
      </w:pPr>
      <w:r w:rsidRPr="000416A6">
        <w:rPr>
          <w:spacing w:val="-4"/>
        </w:rPr>
        <w:t>Kim Charlson, Immediate Past President, Watertown, MA</w:t>
      </w:r>
    </w:p>
    <w:p w14:paraId="3471699C" w14:textId="77777777" w:rsidR="00345B66" w:rsidRPr="007E1C94" w:rsidRDefault="00345B66" w:rsidP="00CA5F48">
      <w:pPr>
        <w:spacing w:line="360" w:lineRule="auto"/>
      </w:pPr>
    </w:p>
    <w:p w14:paraId="7DED5DA2" w14:textId="77777777" w:rsidR="00345B66" w:rsidRPr="00380BB7" w:rsidRDefault="00345B66" w:rsidP="00CA5F48">
      <w:pPr>
        <w:pStyle w:val="Heading2"/>
        <w:spacing w:line="360" w:lineRule="auto"/>
        <w:rPr>
          <w:u w:val="single"/>
        </w:rPr>
      </w:pPr>
      <w:bookmarkStart w:id="122" w:name="_Toc232406190"/>
      <w:r>
        <w:t>Directors</w:t>
      </w:r>
      <w:bookmarkEnd w:id="122"/>
    </w:p>
    <w:p w14:paraId="162E197F" w14:textId="77777777" w:rsidR="00345B66" w:rsidRPr="007E1C94" w:rsidRDefault="00345B66" w:rsidP="00371836">
      <w:pPr>
        <w:spacing w:line="312" w:lineRule="auto"/>
      </w:pPr>
      <w:r w:rsidRPr="007E1C94">
        <w:t>Chris Bell, Pittsboro, NC</w:t>
      </w:r>
    </w:p>
    <w:p w14:paraId="0194EA8B" w14:textId="77777777" w:rsidR="00345B66" w:rsidRPr="007E1C94" w:rsidRDefault="00345B66" w:rsidP="00371836">
      <w:pPr>
        <w:spacing w:line="312" w:lineRule="auto"/>
      </w:pPr>
      <w:r w:rsidRPr="007E1C94">
        <w:t xml:space="preserve">Donna Brown, Romney, WV </w:t>
      </w:r>
    </w:p>
    <w:p w14:paraId="6513E4E6" w14:textId="77777777" w:rsidR="007E1C94" w:rsidRPr="007E1C94" w:rsidRDefault="007E1C94" w:rsidP="00371836">
      <w:pPr>
        <w:spacing w:line="312" w:lineRule="auto"/>
      </w:pPr>
      <w:r w:rsidRPr="007E1C94">
        <w:t>Cheryl Cumings, Seattle, WA</w:t>
      </w:r>
    </w:p>
    <w:p w14:paraId="48F67BF6" w14:textId="5812D21F" w:rsidR="00345B66" w:rsidRPr="007E1C94" w:rsidRDefault="00345B66" w:rsidP="00371836">
      <w:pPr>
        <w:spacing w:line="312" w:lineRule="auto"/>
      </w:pPr>
      <w:r w:rsidRPr="007E1C94">
        <w:t>Peter Heide, Baraboo, WI</w:t>
      </w:r>
    </w:p>
    <w:p w14:paraId="32FE5F51" w14:textId="77777777" w:rsidR="00345B66" w:rsidRPr="00D57992" w:rsidRDefault="00345B66" w:rsidP="00371836">
      <w:pPr>
        <w:spacing w:line="312" w:lineRule="auto"/>
        <w:rPr>
          <w:lang w:val="es-MX"/>
        </w:rPr>
      </w:pPr>
      <w:r w:rsidRPr="00D57992">
        <w:rPr>
          <w:lang w:val="es-MX"/>
        </w:rPr>
        <w:t>Gabriel Lopez Kafati, Miami Lakes, FL</w:t>
      </w:r>
    </w:p>
    <w:p w14:paraId="639B6849" w14:textId="2FBB4517" w:rsidR="00345B66" w:rsidRPr="007E1C94" w:rsidRDefault="00345B66" w:rsidP="00371836">
      <w:pPr>
        <w:spacing w:line="312" w:lineRule="auto"/>
      </w:pPr>
      <w:r w:rsidRPr="007E1C94">
        <w:t>Cecily Nipper, Covington, GA</w:t>
      </w:r>
    </w:p>
    <w:p w14:paraId="5BFCABC2" w14:textId="77777777" w:rsidR="00345B66" w:rsidRPr="007E1C94" w:rsidRDefault="00345B66" w:rsidP="00371836">
      <w:pPr>
        <w:spacing w:line="312" w:lineRule="auto"/>
      </w:pPr>
      <w:r w:rsidRPr="007E1C94">
        <w:t>Terry Pacheco, Silver Spring, MD</w:t>
      </w:r>
    </w:p>
    <w:p w14:paraId="07561942" w14:textId="77777777" w:rsidR="00345B66" w:rsidRPr="007E1C94" w:rsidRDefault="00345B66" w:rsidP="00371836">
      <w:pPr>
        <w:spacing w:line="312" w:lineRule="auto"/>
      </w:pPr>
      <w:r>
        <w:t>Rachel Schroeder, Springfield, IL</w:t>
      </w:r>
    </w:p>
    <w:p w14:paraId="44562C23" w14:textId="77777777" w:rsidR="00345B66" w:rsidRPr="007E1C94" w:rsidRDefault="00345B66" w:rsidP="00371836">
      <w:pPr>
        <w:spacing w:line="312" w:lineRule="auto"/>
      </w:pPr>
      <w:r w:rsidRPr="007E1C94">
        <w:t>Koni Sims, Sioux Falls, SD</w:t>
      </w:r>
    </w:p>
    <w:p w14:paraId="38E801E6" w14:textId="77777777" w:rsidR="00345B66" w:rsidRPr="007E1C94" w:rsidRDefault="00345B66" w:rsidP="00371836">
      <w:pPr>
        <w:spacing w:line="312" w:lineRule="auto"/>
      </w:pPr>
      <w:r w:rsidRPr="007E1C94">
        <w:t>Jeff Thom, Sacramento, CA</w:t>
      </w:r>
    </w:p>
    <w:p w14:paraId="6A68805B" w14:textId="4C413403" w:rsidR="00334663" w:rsidRDefault="00334663">
      <w:pPr>
        <w:rPr>
          <w:rFonts w:eastAsiaTheme="majorEastAsia" w:cstheme="majorBidi"/>
          <w:b/>
          <w:bCs/>
          <w:sz w:val="44"/>
          <w:szCs w:val="28"/>
        </w:rPr>
      </w:pPr>
      <w:bookmarkStart w:id="123" w:name="_Toc198815001"/>
      <w:bookmarkStart w:id="124" w:name="_Toc232406191"/>
    </w:p>
    <w:p w14:paraId="34AE8798" w14:textId="0D149A1A" w:rsidR="00345B66" w:rsidRDefault="00345B66" w:rsidP="009E7A4A">
      <w:pPr>
        <w:pStyle w:val="Heading1"/>
      </w:pPr>
      <w:r w:rsidRPr="7EE8EE2C">
        <w:t>ACB Board of Publications</w:t>
      </w:r>
      <w:bookmarkEnd w:id="123"/>
      <w:bookmarkEnd w:id="124"/>
    </w:p>
    <w:p w14:paraId="26948FE3" w14:textId="5BF70CBB" w:rsidR="00345B66" w:rsidRPr="007E1C94" w:rsidRDefault="007E1C94" w:rsidP="00371836">
      <w:pPr>
        <w:spacing w:line="312" w:lineRule="auto"/>
      </w:pPr>
      <w:r w:rsidRPr="007E1C94">
        <w:t>Zelda Gebhard</w:t>
      </w:r>
      <w:r w:rsidR="00345B66" w:rsidRPr="007E1C94">
        <w:t xml:space="preserve">, Chair, </w:t>
      </w:r>
      <w:r w:rsidRPr="007E1C94">
        <w:t>Edgeley, ND</w:t>
      </w:r>
    </w:p>
    <w:p w14:paraId="4565425B" w14:textId="77777777" w:rsidR="007E1C94" w:rsidRPr="007E1C94" w:rsidRDefault="007E1C94" w:rsidP="00371836">
      <w:pPr>
        <w:spacing w:line="312" w:lineRule="auto"/>
      </w:pPr>
      <w:r w:rsidRPr="007E1C94">
        <w:t>Deborah Armstrong, Milpitas, CA</w:t>
      </w:r>
    </w:p>
    <w:p w14:paraId="2C60BDC0" w14:textId="2262DA81" w:rsidR="00345B66" w:rsidRPr="007E1C94" w:rsidRDefault="00345B66" w:rsidP="00371836">
      <w:pPr>
        <w:spacing w:line="312" w:lineRule="auto"/>
      </w:pPr>
      <w:r w:rsidRPr="007E1C94">
        <w:t>Jeff Bishop, Tucson, AZ</w:t>
      </w:r>
    </w:p>
    <w:p w14:paraId="165C30C4" w14:textId="77777777" w:rsidR="00345B66" w:rsidRPr="007E1C94" w:rsidRDefault="00345B66" w:rsidP="00371836">
      <w:pPr>
        <w:spacing w:line="312" w:lineRule="auto"/>
      </w:pPr>
      <w:r w:rsidRPr="007E1C94">
        <w:t>Belinda Collins, Saint Pauls, NC</w:t>
      </w:r>
    </w:p>
    <w:p w14:paraId="26127D34" w14:textId="4BDE4538" w:rsidR="00345B66" w:rsidRDefault="007E1C94" w:rsidP="00371836">
      <w:pPr>
        <w:spacing w:line="312" w:lineRule="auto"/>
      </w:pPr>
      <w:r w:rsidRPr="007E1C94">
        <w:t>RaLynn McGuire, San Antonio, TX</w:t>
      </w:r>
    </w:p>
    <w:p w14:paraId="20ADCF4A" w14:textId="77777777" w:rsidR="0046539F" w:rsidRPr="007E1C94" w:rsidRDefault="0046539F" w:rsidP="009E7A4A"/>
    <w:p w14:paraId="4D74CBA2" w14:textId="77777777" w:rsidR="00345B66" w:rsidRDefault="00345B66" w:rsidP="009E7A4A">
      <w:pPr>
        <w:pStyle w:val="Heading1"/>
      </w:pPr>
      <w:bookmarkStart w:id="125" w:name="_Toc198815002"/>
      <w:bookmarkStart w:id="126" w:name="_Toc232406192"/>
      <w:r w:rsidRPr="7EE8EE2C">
        <w:t>ACB Enterprises &amp; Services</w:t>
      </w:r>
      <w:bookmarkEnd w:id="125"/>
      <w:bookmarkEnd w:id="126"/>
    </w:p>
    <w:p w14:paraId="14B4F08D" w14:textId="77777777" w:rsidR="00345B66" w:rsidRPr="007E1C94" w:rsidRDefault="00345B66" w:rsidP="00371836">
      <w:pPr>
        <w:spacing w:line="312" w:lineRule="auto"/>
      </w:pPr>
      <w:r w:rsidRPr="007E1C94">
        <w:t xml:space="preserve">Michael Garrett, Chair, Missouri City, TX  </w:t>
      </w:r>
    </w:p>
    <w:p w14:paraId="7C7D1DDF" w14:textId="77777777" w:rsidR="00345B66" w:rsidRPr="007E1C94" w:rsidRDefault="00345B66" w:rsidP="00371836">
      <w:pPr>
        <w:spacing w:line="312" w:lineRule="auto"/>
      </w:pPr>
      <w:r w:rsidRPr="007E1C94">
        <w:t>Jeff Thom, Vice Chair, Sacramento, CA</w:t>
      </w:r>
    </w:p>
    <w:p w14:paraId="66EFED3E" w14:textId="77777777" w:rsidR="00345B66" w:rsidRPr="007E1C94" w:rsidRDefault="00345B66" w:rsidP="00371836">
      <w:pPr>
        <w:spacing w:line="312" w:lineRule="auto"/>
      </w:pPr>
      <w:r w:rsidRPr="007E1C94">
        <w:t>David Trott, Secretary/Treasurer, Talladega, AL</w:t>
      </w:r>
    </w:p>
    <w:p w14:paraId="1D6D5FD5" w14:textId="77777777" w:rsidR="00345B66" w:rsidRPr="007E1C94" w:rsidRDefault="00345B66" w:rsidP="00371836">
      <w:pPr>
        <w:spacing w:line="312" w:lineRule="auto"/>
      </w:pPr>
      <w:r w:rsidRPr="007E1C94">
        <w:t>Kim Charlson, Watertown, MA</w:t>
      </w:r>
    </w:p>
    <w:p w14:paraId="08022EF9" w14:textId="77777777" w:rsidR="00345B66" w:rsidRPr="007E1C94" w:rsidRDefault="00345B66" w:rsidP="00371836">
      <w:pPr>
        <w:spacing w:line="312" w:lineRule="auto"/>
      </w:pPr>
      <w:r w:rsidRPr="007E1C94">
        <w:t>George Holliday, Philadelphia, PA</w:t>
      </w:r>
    </w:p>
    <w:p w14:paraId="56D0A999" w14:textId="77777777" w:rsidR="00345B66" w:rsidRDefault="00345B66" w:rsidP="00371836">
      <w:pPr>
        <w:spacing w:line="312" w:lineRule="auto"/>
      </w:pPr>
      <w:r w:rsidRPr="007E1C94">
        <w:t>Terry Pacheco, Silver Spring, MD</w:t>
      </w:r>
    </w:p>
    <w:p w14:paraId="666A1F91" w14:textId="77777777" w:rsidR="0046539F" w:rsidRPr="007E1C94" w:rsidRDefault="0046539F" w:rsidP="009E7A4A"/>
    <w:p w14:paraId="1556D05D" w14:textId="77777777" w:rsidR="00345B66" w:rsidRDefault="00345B66" w:rsidP="009E7A4A">
      <w:pPr>
        <w:pStyle w:val="Heading1"/>
      </w:pPr>
      <w:bookmarkStart w:id="127" w:name="_Toc198815003"/>
      <w:bookmarkStart w:id="128" w:name="_Toc232406193"/>
      <w:r>
        <w:t>ACB Staff and Consultants</w:t>
      </w:r>
      <w:bookmarkEnd w:id="127"/>
      <w:bookmarkEnd w:id="128"/>
    </w:p>
    <w:p w14:paraId="6BD5EEA2" w14:textId="4D726112" w:rsidR="14638D2A" w:rsidRDefault="14638D2A" w:rsidP="14638D2A"/>
    <w:p w14:paraId="3E844911" w14:textId="5B98A3BE" w:rsidR="00345B66" w:rsidRPr="00380BB7" w:rsidRDefault="00345B66" w:rsidP="14638D2A">
      <w:pPr>
        <w:pStyle w:val="Heading2"/>
        <w:rPr>
          <w:u w:val="single"/>
        </w:rPr>
      </w:pPr>
      <w:bookmarkStart w:id="129" w:name="_Toc232406194"/>
      <w:r>
        <w:t>Staff</w:t>
      </w:r>
      <w:bookmarkEnd w:id="129"/>
    </w:p>
    <w:p w14:paraId="73F3DD60" w14:textId="3978B898" w:rsidR="00345B66" w:rsidRPr="005B1F61" w:rsidRDefault="00345B66" w:rsidP="00371836">
      <w:pPr>
        <w:spacing w:line="312" w:lineRule="auto"/>
      </w:pPr>
      <w:r w:rsidRPr="005B1F61">
        <w:t xml:space="preserve">Scott Thornhill </w:t>
      </w:r>
      <w:r w:rsidR="0065371F">
        <w:t>-</w:t>
      </w:r>
      <w:r w:rsidRPr="005B1F61">
        <w:t xml:space="preserve"> Executive Director</w:t>
      </w:r>
    </w:p>
    <w:p w14:paraId="43D778C5" w14:textId="4636E0C3" w:rsidR="007E1C94" w:rsidRPr="005B1F61" w:rsidRDefault="007E1C94" w:rsidP="00371836">
      <w:pPr>
        <w:spacing w:line="312" w:lineRule="auto"/>
      </w:pPr>
      <w:r w:rsidRPr="005B1F61">
        <w:t xml:space="preserve">Dan Spoone </w:t>
      </w:r>
      <w:r w:rsidR="0065371F">
        <w:t>-</w:t>
      </w:r>
      <w:r w:rsidRPr="005B1F61">
        <w:t xml:space="preserve"> Director of Operations</w:t>
      </w:r>
    </w:p>
    <w:p w14:paraId="6D80A1A9" w14:textId="7D3DC71F" w:rsidR="00345B66" w:rsidRPr="005B1F61" w:rsidRDefault="00345B66" w:rsidP="00371836">
      <w:pPr>
        <w:spacing w:line="312" w:lineRule="auto"/>
      </w:pPr>
      <w:r w:rsidRPr="005B1F61">
        <w:t xml:space="preserve">Nancy Marks-Becker </w:t>
      </w:r>
      <w:r w:rsidR="0065371F">
        <w:t>-</w:t>
      </w:r>
      <w:r w:rsidRPr="005B1F61">
        <w:t xml:space="preserve"> CFO</w:t>
      </w:r>
    </w:p>
    <w:p w14:paraId="7AC6BEE9" w14:textId="76D1353D" w:rsidR="00345B66" w:rsidRPr="005B1F61" w:rsidRDefault="00345B66" w:rsidP="00371836">
      <w:pPr>
        <w:spacing w:line="312" w:lineRule="auto"/>
      </w:pPr>
      <w:r w:rsidRPr="005B1F61">
        <w:t xml:space="preserve">Michael Babcock </w:t>
      </w:r>
      <w:r w:rsidR="0065371F">
        <w:t>-</w:t>
      </w:r>
      <w:r w:rsidRPr="005B1F61">
        <w:t xml:space="preserve"> Membership Services Admin. Assistant</w:t>
      </w:r>
    </w:p>
    <w:p w14:paraId="3596EDDA" w14:textId="00E5005F" w:rsidR="00345B66" w:rsidRPr="005B1F61" w:rsidRDefault="00345B66" w:rsidP="00371836">
      <w:pPr>
        <w:spacing w:line="312" w:lineRule="auto"/>
      </w:pPr>
      <w:r w:rsidRPr="005B1F61">
        <w:t xml:space="preserve">Jo Lynn Bailey-Page </w:t>
      </w:r>
      <w:r w:rsidR="0065371F">
        <w:t>-</w:t>
      </w:r>
      <w:r w:rsidRPr="005B1F61">
        <w:t xml:space="preserve"> </w:t>
      </w:r>
      <w:r w:rsidRPr="005B1F61">
        <w:rPr>
          <w:w w:val="95"/>
        </w:rPr>
        <w:t>Associate Director of Development</w:t>
      </w:r>
    </w:p>
    <w:p w14:paraId="7A2F8BC0" w14:textId="38F7A670" w:rsidR="00345B66" w:rsidRPr="005B1F61" w:rsidRDefault="00345B66" w:rsidP="00371836">
      <w:pPr>
        <w:spacing w:line="312" w:lineRule="auto"/>
      </w:pPr>
      <w:r w:rsidRPr="005B1F61">
        <w:t xml:space="preserve">Nancy Feela </w:t>
      </w:r>
      <w:r w:rsidR="0065371F">
        <w:t>-</w:t>
      </w:r>
      <w:r w:rsidRPr="005B1F61">
        <w:t xml:space="preserve"> Administrative Assistant</w:t>
      </w:r>
    </w:p>
    <w:p w14:paraId="0D113080" w14:textId="797B01D0" w:rsidR="00345B66" w:rsidRPr="005B1F61" w:rsidRDefault="00345B66" w:rsidP="00371836">
      <w:pPr>
        <w:spacing w:line="312" w:lineRule="auto"/>
      </w:pPr>
      <w:r w:rsidRPr="005B1F61">
        <w:t xml:space="preserve">Kolby Garrison </w:t>
      </w:r>
      <w:r w:rsidR="0065371F">
        <w:t>-</w:t>
      </w:r>
      <w:r w:rsidRPr="005B1F61">
        <w:t xml:space="preserve"> </w:t>
      </w:r>
      <w:r w:rsidRPr="00FE334B">
        <w:t xml:space="preserve">Accessibility </w:t>
      </w:r>
      <w:r w:rsidR="00BC686D">
        <w:t xml:space="preserve">Consulting </w:t>
      </w:r>
      <w:r w:rsidRPr="00FE334B">
        <w:t xml:space="preserve">&amp; </w:t>
      </w:r>
      <w:r w:rsidR="00BC686D">
        <w:t xml:space="preserve">Compliance </w:t>
      </w:r>
      <w:r w:rsidRPr="00FE334B">
        <w:t>Services Coordinator</w:t>
      </w:r>
    </w:p>
    <w:p w14:paraId="2BDF54F3" w14:textId="75B27DEF" w:rsidR="00BC686D" w:rsidRDefault="00BC686D" w:rsidP="00371836">
      <w:pPr>
        <w:spacing w:line="312" w:lineRule="auto"/>
      </w:pPr>
      <w:r>
        <w:t xml:space="preserve">Grace Hart </w:t>
      </w:r>
      <w:r w:rsidR="0065371F">
        <w:t>-</w:t>
      </w:r>
      <w:r>
        <w:t xml:space="preserve"> Operations Advocacy &amp; Accessibility Administrator</w:t>
      </w:r>
    </w:p>
    <w:p w14:paraId="677E59C4" w14:textId="2CA1B746" w:rsidR="00345B66" w:rsidRPr="005B1F61" w:rsidRDefault="00345B66" w:rsidP="00371836">
      <w:pPr>
        <w:spacing w:line="312" w:lineRule="auto"/>
      </w:pPr>
      <w:r w:rsidRPr="005B1F61">
        <w:t xml:space="preserve">Cindy Hollis </w:t>
      </w:r>
      <w:r w:rsidR="0065371F">
        <w:t>-</w:t>
      </w:r>
      <w:r w:rsidRPr="005B1F61">
        <w:t xml:space="preserve"> Manager of Membership Engagement</w:t>
      </w:r>
    </w:p>
    <w:p w14:paraId="119E1701" w14:textId="616454AD" w:rsidR="0065371F" w:rsidRDefault="0065371F" w:rsidP="00371836">
      <w:pPr>
        <w:spacing w:line="312" w:lineRule="auto"/>
      </w:pPr>
      <w:r>
        <w:t>Brian Kempfer - Legal Counsel</w:t>
      </w:r>
    </w:p>
    <w:p w14:paraId="633CE597" w14:textId="72DD8BE7" w:rsidR="00CD16B8" w:rsidRDefault="00CD16B8" w:rsidP="00371836">
      <w:pPr>
        <w:spacing w:line="312" w:lineRule="auto"/>
      </w:pPr>
      <w:r>
        <w:t xml:space="preserve">Caitlin Lee </w:t>
      </w:r>
      <w:r w:rsidR="0065371F">
        <w:t>-</w:t>
      </w:r>
      <w:r>
        <w:t xml:space="preserve"> </w:t>
      </w:r>
      <w:r w:rsidR="00FE334B">
        <w:t>Development Officer</w:t>
      </w:r>
    </w:p>
    <w:p w14:paraId="6CA36B74" w14:textId="01715F4B" w:rsidR="00BC686D" w:rsidRDefault="00BC686D" w:rsidP="00371836">
      <w:pPr>
        <w:spacing w:line="312" w:lineRule="auto"/>
      </w:pPr>
      <w:r>
        <w:t xml:space="preserve">Dianna Leonard </w:t>
      </w:r>
      <w:r w:rsidR="0065371F">
        <w:t>-</w:t>
      </w:r>
      <w:r>
        <w:t xml:space="preserve"> Audio Description Project Coordinator</w:t>
      </w:r>
    </w:p>
    <w:p w14:paraId="7546A80A" w14:textId="33799639" w:rsidR="00345B66" w:rsidRPr="005B1F61" w:rsidRDefault="00345B66" w:rsidP="00371836">
      <w:pPr>
        <w:spacing w:line="312" w:lineRule="auto"/>
      </w:pPr>
      <w:r w:rsidRPr="005B1F61">
        <w:t xml:space="preserve">Sharon Lovering </w:t>
      </w:r>
      <w:r w:rsidR="0065371F">
        <w:t>-</w:t>
      </w:r>
      <w:r w:rsidRPr="005B1F61">
        <w:t xml:space="preserve"> Editor</w:t>
      </w:r>
      <w:r w:rsidR="00FE334B">
        <w:t xml:space="preserve"> </w:t>
      </w:r>
    </w:p>
    <w:p w14:paraId="32A980CB" w14:textId="33F18931" w:rsidR="00345B66" w:rsidRPr="005B1F61" w:rsidRDefault="00345B66" w:rsidP="00371836">
      <w:pPr>
        <w:spacing w:line="312" w:lineRule="auto"/>
      </w:pPr>
      <w:r w:rsidRPr="005B1F61">
        <w:t xml:space="preserve">Rick Morin </w:t>
      </w:r>
      <w:r w:rsidR="0065371F">
        <w:t>-</w:t>
      </w:r>
      <w:r w:rsidRPr="005B1F61">
        <w:t xml:space="preserve"> Media and IT Manager</w:t>
      </w:r>
    </w:p>
    <w:p w14:paraId="2BBEBAA6" w14:textId="414311FE" w:rsidR="00345B66" w:rsidRPr="005B1F61" w:rsidRDefault="00345B66" w:rsidP="00371836">
      <w:pPr>
        <w:spacing w:line="312" w:lineRule="auto"/>
      </w:pPr>
      <w:r w:rsidRPr="005B1F61">
        <w:t xml:space="preserve">Sayuree Naik </w:t>
      </w:r>
      <w:r w:rsidR="0065371F">
        <w:t>-</w:t>
      </w:r>
      <w:r w:rsidRPr="005B1F61">
        <w:t xml:space="preserve"> HR/Payroll Specialist</w:t>
      </w:r>
    </w:p>
    <w:p w14:paraId="4F0B300C" w14:textId="7CDA75AF" w:rsidR="00345B66" w:rsidRPr="005B1F61" w:rsidRDefault="00345B66" w:rsidP="00371836">
      <w:pPr>
        <w:spacing w:line="312" w:lineRule="auto"/>
      </w:pPr>
      <w:r w:rsidRPr="005B1F61">
        <w:t xml:space="preserve">Hannah Park </w:t>
      </w:r>
      <w:r w:rsidR="0065371F">
        <w:t>-</w:t>
      </w:r>
      <w:r w:rsidRPr="005B1F61">
        <w:t xml:space="preserve"> Communications Coordinator</w:t>
      </w:r>
    </w:p>
    <w:p w14:paraId="7B3F099B" w14:textId="6656EF92" w:rsidR="00345B66" w:rsidRPr="005B1F61" w:rsidRDefault="00345B66" w:rsidP="00371836">
      <w:pPr>
        <w:spacing w:line="312" w:lineRule="auto"/>
      </w:pPr>
      <w:r w:rsidRPr="005B1F61">
        <w:t xml:space="preserve">Chris Sawyer </w:t>
      </w:r>
      <w:r w:rsidR="0065371F">
        <w:t>-</w:t>
      </w:r>
      <w:r w:rsidRPr="005B1F61">
        <w:t xml:space="preserve"> Thrift Store General Manager</w:t>
      </w:r>
    </w:p>
    <w:p w14:paraId="5E98246F" w14:textId="7CB46D83" w:rsidR="00345B66" w:rsidRPr="005B1F61" w:rsidRDefault="00345B66" w:rsidP="00371836">
      <w:pPr>
        <w:spacing w:line="312" w:lineRule="auto"/>
      </w:pPr>
      <w:r w:rsidRPr="005B1F61">
        <w:t xml:space="preserve">Claire Stanley </w:t>
      </w:r>
      <w:r w:rsidR="0065371F">
        <w:t>-</w:t>
      </w:r>
      <w:r w:rsidRPr="005B1F61">
        <w:t xml:space="preserve"> Director of Advocacy &amp; Govt. Affairs</w:t>
      </w:r>
    </w:p>
    <w:p w14:paraId="0DBAA047" w14:textId="3F5BEC14" w:rsidR="00345B66" w:rsidRPr="005B1F61" w:rsidRDefault="00345B66" w:rsidP="00371836">
      <w:pPr>
        <w:spacing w:line="312" w:lineRule="auto"/>
      </w:pPr>
      <w:r w:rsidRPr="005B1F61">
        <w:t xml:space="preserve">Yuqing Xia </w:t>
      </w:r>
      <w:r w:rsidR="0065371F">
        <w:t>-</w:t>
      </w:r>
      <w:r w:rsidRPr="005B1F61">
        <w:t xml:space="preserve"> Accounting Generalist</w:t>
      </w:r>
    </w:p>
    <w:p w14:paraId="4BA37120" w14:textId="77777777" w:rsidR="00345B66" w:rsidRDefault="00345B66" w:rsidP="009E7A4A"/>
    <w:p w14:paraId="5837AE58" w14:textId="54E9FCE5" w:rsidR="00345B66" w:rsidRPr="002C6C09" w:rsidRDefault="00345B66" w:rsidP="14638D2A">
      <w:pPr>
        <w:pStyle w:val="Heading2"/>
      </w:pPr>
      <w:bookmarkStart w:id="130" w:name="_Toc232406195"/>
      <w:r>
        <w:t>Consultants</w:t>
      </w:r>
      <w:bookmarkEnd w:id="130"/>
    </w:p>
    <w:p w14:paraId="6B283803" w14:textId="774942D1" w:rsidR="00345B66" w:rsidRPr="00AD7D5D" w:rsidRDefault="00345B66" w:rsidP="00371836">
      <w:pPr>
        <w:spacing w:line="312" w:lineRule="auto"/>
      </w:pPr>
      <w:r w:rsidRPr="00AD7D5D">
        <w:t xml:space="preserve">Fred Brack </w:t>
      </w:r>
      <w:r w:rsidR="0065371F">
        <w:t>-</w:t>
      </w:r>
      <w:r w:rsidRPr="00AD7D5D">
        <w:t xml:space="preserve"> Audio Description Project Webmaster</w:t>
      </w:r>
    </w:p>
    <w:p w14:paraId="00F9C753" w14:textId="0B963427" w:rsidR="00345B66" w:rsidRPr="00AD7D5D" w:rsidRDefault="00345B66" w:rsidP="00371836">
      <w:pPr>
        <w:spacing w:line="312" w:lineRule="auto"/>
      </w:pPr>
      <w:r w:rsidRPr="00AD7D5D">
        <w:t xml:space="preserve">Larry Gassman </w:t>
      </w:r>
      <w:r w:rsidR="0065371F">
        <w:t>-</w:t>
      </w:r>
      <w:r w:rsidRPr="00AD7D5D">
        <w:t xml:space="preserve"> ACB Media Coordinator</w:t>
      </w:r>
    </w:p>
    <w:p w14:paraId="25F544B6" w14:textId="7D4C624A" w:rsidR="007E1C94" w:rsidRPr="00AD7D5D" w:rsidRDefault="007E1C94" w:rsidP="00371836">
      <w:pPr>
        <w:spacing w:line="312" w:lineRule="auto"/>
      </w:pPr>
      <w:r w:rsidRPr="00AD7D5D">
        <w:t xml:space="preserve">Mike Johnson </w:t>
      </w:r>
      <w:r w:rsidR="0065371F">
        <w:t>-</w:t>
      </w:r>
      <w:r w:rsidRPr="00AD7D5D">
        <w:t xml:space="preserve"> Communications </w:t>
      </w:r>
    </w:p>
    <w:p w14:paraId="096074ED" w14:textId="6676EE3A" w:rsidR="00345B66" w:rsidRPr="00AD7D5D" w:rsidRDefault="00345B66" w:rsidP="00371836">
      <w:pPr>
        <w:spacing w:line="312" w:lineRule="auto"/>
      </w:pPr>
      <w:r w:rsidRPr="00AD7D5D">
        <w:t xml:space="preserve">Tabitha Kenlon </w:t>
      </w:r>
      <w:r w:rsidR="0065371F">
        <w:t>-</w:t>
      </w:r>
      <w:r w:rsidRPr="00AD7D5D">
        <w:t xml:space="preserve"> Audio Description Project</w:t>
      </w:r>
    </w:p>
    <w:p w14:paraId="54725D4C" w14:textId="7AA39923" w:rsidR="00345B66" w:rsidRPr="00AD7D5D" w:rsidRDefault="00345B66" w:rsidP="00371836">
      <w:pPr>
        <w:spacing w:line="312" w:lineRule="auto"/>
      </w:pPr>
      <w:r w:rsidRPr="00AD7D5D">
        <w:t xml:space="preserve">Timothy Wynn </w:t>
      </w:r>
      <w:r w:rsidR="0065371F">
        <w:t>-</w:t>
      </w:r>
      <w:r w:rsidRPr="00AD7D5D">
        <w:t xml:space="preserve"> Audio Description Television Listings Coordinator</w:t>
      </w:r>
    </w:p>
    <w:p w14:paraId="2CF3B9F7" w14:textId="77777777" w:rsidR="00345B66" w:rsidRPr="00AD7D5D" w:rsidRDefault="00345B66" w:rsidP="009E7A4A"/>
    <w:p w14:paraId="1D32004A" w14:textId="6B1DF521" w:rsidR="00345B66" w:rsidRDefault="00345B66" w:rsidP="009E7A4A">
      <w:pPr>
        <w:pStyle w:val="Heading1"/>
      </w:pPr>
      <w:bookmarkStart w:id="131" w:name="_Toc198815004"/>
      <w:bookmarkStart w:id="132" w:name="_Toc232406196"/>
      <w:r>
        <w:t>202</w:t>
      </w:r>
      <w:r w:rsidR="008F1C8F">
        <w:t>6</w:t>
      </w:r>
      <w:r>
        <w:t xml:space="preserve"> Convention Committees</w:t>
      </w:r>
      <w:bookmarkEnd w:id="131"/>
      <w:bookmarkEnd w:id="132"/>
    </w:p>
    <w:p w14:paraId="0DB12BB9" w14:textId="67DED1A8" w:rsidR="14638D2A" w:rsidRDefault="14638D2A" w:rsidP="14638D2A"/>
    <w:p w14:paraId="2241DC45" w14:textId="79B92F94" w:rsidR="00345B66" w:rsidRPr="00380BB7" w:rsidRDefault="00345B66" w:rsidP="14638D2A">
      <w:pPr>
        <w:pStyle w:val="Heading2"/>
        <w:rPr>
          <w:u w:val="single"/>
        </w:rPr>
      </w:pPr>
      <w:bookmarkStart w:id="133" w:name="_Toc232406197"/>
      <w:r>
        <w:t>Convention Coordinating Committee</w:t>
      </w:r>
      <w:bookmarkEnd w:id="133"/>
    </w:p>
    <w:p w14:paraId="53ABFE2F" w14:textId="77777777" w:rsidR="00345B66" w:rsidRPr="0065371F" w:rsidRDefault="00345B66" w:rsidP="004C0634">
      <w:pPr>
        <w:spacing w:line="312" w:lineRule="auto"/>
      </w:pPr>
      <w:r w:rsidRPr="0065371F">
        <w:t xml:space="preserve">Janet Dickelman, Chair, St. Paul, MN </w:t>
      </w:r>
    </w:p>
    <w:p w14:paraId="084336FB" w14:textId="77777777" w:rsidR="00345B66" w:rsidRPr="0065371F" w:rsidRDefault="00345B66" w:rsidP="004C0634">
      <w:pPr>
        <w:spacing w:line="312" w:lineRule="auto"/>
      </w:pPr>
      <w:r w:rsidRPr="0065371F">
        <w:t>Margarine Beaman, Austin, TX</w:t>
      </w:r>
    </w:p>
    <w:p w14:paraId="15A0EFDC" w14:textId="77777777" w:rsidR="00345B66" w:rsidRPr="0065371F" w:rsidRDefault="00345B66" w:rsidP="004C0634">
      <w:pPr>
        <w:spacing w:line="312" w:lineRule="auto"/>
      </w:pPr>
      <w:r w:rsidRPr="0065371F">
        <w:t xml:space="preserve">Sally Benjamin, Tallahassee, FL </w:t>
      </w:r>
    </w:p>
    <w:p w14:paraId="5A1E98FF" w14:textId="6F459AB8" w:rsidR="00345B66" w:rsidRPr="0065371F" w:rsidRDefault="00345B66" w:rsidP="004C0634">
      <w:pPr>
        <w:spacing w:line="312" w:lineRule="auto"/>
      </w:pPr>
      <w:r w:rsidRPr="0065371F">
        <w:t xml:space="preserve">Cecily Nipper, Covington, GA  </w:t>
      </w:r>
    </w:p>
    <w:p w14:paraId="62E052D0" w14:textId="77777777" w:rsidR="00345B66" w:rsidRPr="0065371F" w:rsidRDefault="00345B66" w:rsidP="004C0634">
      <w:pPr>
        <w:spacing w:line="312" w:lineRule="auto"/>
      </w:pPr>
      <w:r w:rsidRPr="0065371F">
        <w:t xml:space="preserve">Michael Smitherman, Jackson, MS </w:t>
      </w:r>
    </w:p>
    <w:p w14:paraId="52D5F025" w14:textId="77777777" w:rsidR="00345B66" w:rsidRPr="0065371F" w:rsidRDefault="00345B66" w:rsidP="004C0634">
      <w:pPr>
        <w:spacing w:line="312" w:lineRule="auto"/>
      </w:pPr>
      <w:r w:rsidRPr="0065371F">
        <w:t>Rhonda Trott, Talladega, AL</w:t>
      </w:r>
    </w:p>
    <w:p w14:paraId="746A9B92" w14:textId="77777777" w:rsidR="00345B66" w:rsidRPr="0065371F" w:rsidRDefault="00345B66" w:rsidP="004C0634">
      <w:pPr>
        <w:spacing w:line="312" w:lineRule="auto"/>
      </w:pPr>
      <w:r w:rsidRPr="0065371F">
        <w:t>Cachet Wells, Jacksonville, FL</w:t>
      </w:r>
    </w:p>
    <w:p w14:paraId="38DF31F7" w14:textId="77777777" w:rsidR="00345B66" w:rsidRPr="00C56FD2" w:rsidRDefault="00345B66" w:rsidP="009E7A4A"/>
    <w:p w14:paraId="658CA95E" w14:textId="1A9C94FF" w:rsidR="00345B66" w:rsidRPr="00380BB7" w:rsidRDefault="00345B66" w:rsidP="14638D2A">
      <w:pPr>
        <w:pStyle w:val="Heading2"/>
        <w:rPr>
          <w:u w:val="single"/>
        </w:rPr>
      </w:pPr>
      <w:bookmarkStart w:id="134" w:name="_Toc232406198"/>
      <w:r>
        <w:t>Convention Program Committee</w:t>
      </w:r>
      <w:bookmarkEnd w:id="134"/>
      <w:r>
        <w:t xml:space="preserve"> </w:t>
      </w:r>
    </w:p>
    <w:p w14:paraId="604A76C7" w14:textId="77777777" w:rsidR="00345B66" w:rsidRPr="00C56FD2" w:rsidRDefault="00345B66" w:rsidP="004C0634">
      <w:pPr>
        <w:spacing w:line="312" w:lineRule="auto"/>
      </w:pPr>
      <w:r w:rsidRPr="00C56FD2">
        <w:t>Deb Cook Lewis, Chair, WA</w:t>
      </w:r>
    </w:p>
    <w:p w14:paraId="70BF9D34" w14:textId="4D58375D" w:rsidR="00345B66" w:rsidRPr="00C56FD2" w:rsidRDefault="008F1C8F" w:rsidP="004C0634">
      <w:pPr>
        <w:spacing w:line="312" w:lineRule="auto"/>
      </w:pPr>
      <w:r w:rsidRPr="00C56FD2">
        <w:t>Kim Charlson, MA</w:t>
      </w:r>
    </w:p>
    <w:p w14:paraId="01FED7FE" w14:textId="77777777" w:rsidR="00345B66" w:rsidRPr="00C56FD2" w:rsidRDefault="00345B66" w:rsidP="004C0634">
      <w:pPr>
        <w:spacing w:line="312" w:lineRule="auto"/>
      </w:pPr>
      <w:r w:rsidRPr="00C56FD2">
        <w:t>Janet Dickelman, MN, Convention Coordinator</w:t>
      </w:r>
    </w:p>
    <w:p w14:paraId="5DE54247" w14:textId="3F2C73E3" w:rsidR="008F1C8F" w:rsidRDefault="008F1C8F" w:rsidP="004C0634">
      <w:pPr>
        <w:spacing w:line="312" w:lineRule="auto"/>
      </w:pPr>
      <w:r w:rsidRPr="00C56FD2">
        <w:t>Katie Frederick, OH</w:t>
      </w:r>
    </w:p>
    <w:p w14:paraId="28B0E7BE" w14:textId="03F9F94D" w:rsidR="00345B66" w:rsidRPr="00C56FD2" w:rsidRDefault="008F1C8F" w:rsidP="004C0634">
      <w:pPr>
        <w:spacing w:line="312" w:lineRule="auto"/>
      </w:pPr>
      <w:r>
        <w:t>Gregg Hollins, MO</w:t>
      </w:r>
    </w:p>
    <w:p w14:paraId="25B72DE8" w14:textId="799A4675" w:rsidR="00345B66" w:rsidRPr="00C56FD2" w:rsidRDefault="008F1C8F" w:rsidP="004C0634">
      <w:pPr>
        <w:spacing w:line="312" w:lineRule="auto"/>
      </w:pPr>
      <w:r>
        <w:t>Kenneth Semien Sr., TX</w:t>
      </w:r>
    </w:p>
    <w:p w14:paraId="7F68EB81" w14:textId="6FCEE6AF" w:rsidR="00345B66" w:rsidRPr="00C56FD2" w:rsidRDefault="008F1C8F" w:rsidP="004C0634">
      <w:pPr>
        <w:spacing w:line="312" w:lineRule="auto"/>
      </w:pPr>
      <w:r>
        <w:t>David Trott, AL</w:t>
      </w:r>
    </w:p>
    <w:p w14:paraId="771FA5FA" w14:textId="77777777" w:rsidR="00345B66" w:rsidRDefault="00345B66" w:rsidP="004C0634">
      <w:pPr>
        <w:spacing w:line="312" w:lineRule="auto"/>
      </w:pPr>
      <w:r w:rsidRPr="00C56FD2">
        <w:t>Staff Liaison: Scott Thornhill, VA</w:t>
      </w:r>
    </w:p>
    <w:p w14:paraId="77A597B8" w14:textId="60FEBE54" w:rsidR="0070228F" w:rsidRDefault="0070228F" w:rsidP="009E7A4A"/>
    <w:p w14:paraId="26BA6B93" w14:textId="77777777" w:rsidR="00345B66" w:rsidRPr="00380BB7" w:rsidRDefault="00345B66" w:rsidP="14638D2A">
      <w:pPr>
        <w:pStyle w:val="Heading2"/>
        <w:rPr>
          <w:u w:val="single"/>
        </w:rPr>
      </w:pPr>
      <w:bookmarkStart w:id="135" w:name="_Toc232406199"/>
      <w:r>
        <w:t>Local Host Committee</w:t>
      </w:r>
      <w:bookmarkEnd w:id="135"/>
    </w:p>
    <w:p w14:paraId="73781A7C" w14:textId="42A93174" w:rsidR="006E2814" w:rsidRPr="006E2814" w:rsidRDefault="006E2814" w:rsidP="004C0634">
      <w:pPr>
        <w:spacing w:line="312" w:lineRule="auto"/>
      </w:pPr>
      <w:r w:rsidRPr="006E2814">
        <w:t>Tracy Anderson, St. Louis, MO</w:t>
      </w:r>
    </w:p>
    <w:p w14:paraId="5DD60EE5" w14:textId="3A60DE88" w:rsidR="006E2814" w:rsidRPr="006E2814" w:rsidRDefault="006E2814" w:rsidP="004C0634">
      <w:pPr>
        <w:spacing w:line="312" w:lineRule="auto"/>
      </w:pPr>
      <w:r>
        <w:t>Treva Downing, St</w:t>
      </w:r>
      <w:r w:rsidR="18C75AA9">
        <w:t>.</w:t>
      </w:r>
      <w:r>
        <w:t xml:space="preserve"> Louis, MO</w:t>
      </w:r>
    </w:p>
    <w:p w14:paraId="280F4D7A" w14:textId="37E09419" w:rsidR="006E2814" w:rsidRPr="006E2814" w:rsidRDefault="006E2814" w:rsidP="004C0634">
      <w:pPr>
        <w:spacing w:line="312" w:lineRule="auto"/>
      </w:pPr>
      <w:r w:rsidRPr="006E2814">
        <w:t>Wilma Chestnut-House, St. Louis, MO</w:t>
      </w:r>
    </w:p>
    <w:p w14:paraId="32B31615" w14:textId="7FC436E0" w:rsidR="006E2814" w:rsidRPr="006E2814" w:rsidRDefault="006E2814" w:rsidP="004C0634">
      <w:pPr>
        <w:spacing w:line="312" w:lineRule="auto"/>
      </w:pPr>
      <w:r w:rsidRPr="006E2814">
        <w:t>Gregg Hollins, Kansas City, MO</w:t>
      </w:r>
    </w:p>
    <w:p w14:paraId="404C4EA3" w14:textId="3DDE64BC" w:rsidR="006E2814" w:rsidRPr="006E2814" w:rsidRDefault="006E2814" w:rsidP="004C0634">
      <w:pPr>
        <w:spacing w:line="312" w:lineRule="auto"/>
      </w:pPr>
      <w:r>
        <w:t>Kim Reese, St</w:t>
      </w:r>
      <w:r w:rsidR="273BB82A">
        <w:t>.</w:t>
      </w:r>
      <w:r>
        <w:t xml:space="preserve"> Louis, MO</w:t>
      </w:r>
    </w:p>
    <w:p w14:paraId="01A06AE9" w14:textId="0A6E68BF" w:rsidR="006E2814" w:rsidRPr="006E2814" w:rsidRDefault="006E2814" w:rsidP="004C0634">
      <w:pPr>
        <w:spacing w:line="312" w:lineRule="auto"/>
      </w:pPr>
      <w:r>
        <w:t>Jesuita Tabor, St</w:t>
      </w:r>
      <w:r w:rsidR="273BB82A">
        <w:t>.</w:t>
      </w:r>
      <w:r>
        <w:t xml:space="preserve"> Louis, MO </w:t>
      </w:r>
    </w:p>
    <w:p w14:paraId="59462894" w14:textId="62ED875A" w:rsidR="00001CDF" w:rsidRDefault="006E2814" w:rsidP="004C0634">
      <w:pPr>
        <w:spacing w:line="312" w:lineRule="auto"/>
      </w:pPr>
      <w:r>
        <w:t>Robyn Wallen, St</w:t>
      </w:r>
      <w:r w:rsidR="4EC7544E">
        <w:t>.</w:t>
      </w:r>
      <w:r>
        <w:t xml:space="preserve"> Louis, MO</w:t>
      </w:r>
    </w:p>
    <w:p w14:paraId="44E76531" w14:textId="38EFF457" w:rsidR="00001CDF" w:rsidRDefault="00001CDF"/>
    <w:p w14:paraId="060B15D0" w14:textId="77777777" w:rsidR="00E7282E" w:rsidRDefault="00E7282E">
      <w:r>
        <w:br w:type="page"/>
      </w:r>
    </w:p>
    <w:p w14:paraId="6FAC76E4" w14:textId="77777777" w:rsidR="00E7282E" w:rsidRDefault="00E7282E">
      <w:r>
        <w:t>Needs to be an odd page</w:t>
      </w:r>
    </w:p>
    <w:p w14:paraId="1A7A6BCD" w14:textId="6A198266" w:rsidR="00280889" w:rsidRDefault="00001CDF">
      <w:r>
        <w:t>Affiliate ads</w:t>
      </w:r>
    </w:p>
    <w:p w14:paraId="07A02362" w14:textId="2A09A843" w:rsidR="00280889" w:rsidRDefault="00280889">
      <w:r>
        <w:t>Top left side</w:t>
      </w:r>
      <w:r w:rsidR="00A07AF1">
        <w:t xml:space="preserve"> – ACB Lions</w:t>
      </w:r>
    </w:p>
    <w:p w14:paraId="7840A43F" w14:textId="2F926911" w:rsidR="00280889" w:rsidRDefault="00280889">
      <w:r>
        <w:t>Top right side</w:t>
      </w:r>
      <w:r w:rsidR="00A07AF1">
        <w:t xml:space="preserve"> - BITS</w:t>
      </w:r>
    </w:p>
    <w:p w14:paraId="4D05FD2F" w14:textId="5B44AE2B" w:rsidR="00280889" w:rsidRDefault="00280889">
      <w:r>
        <w:t>Bottom left side</w:t>
      </w:r>
      <w:r w:rsidR="00A07AF1">
        <w:t xml:space="preserve"> – ACB Families</w:t>
      </w:r>
    </w:p>
    <w:p w14:paraId="439AABCC" w14:textId="178C3B48" w:rsidR="00001CDF" w:rsidRDefault="00280889">
      <w:r>
        <w:t>Bottom</w:t>
      </w:r>
      <w:r w:rsidR="00A07AF1">
        <w:t xml:space="preserve"> </w:t>
      </w:r>
      <w:r>
        <w:t>right side</w:t>
      </w:r>
      <w:r w:rsidR="00A07AF1">
        <w:t xml:space="preserve"> - LUA</w:t>
      </w:r>
      <w:r w:rsidR="00001CDF">
        <w:br w:type="page"/>
      </w:r>
    </w:p>
    <w:p w14:paraId="15BD45B8" w14:textId="77777777" w:rsidR="00001CDF" w:rsidRDefault="00001CDF"/>
    <w:p w14:paraId="3B063EFE" w14:textId="0FA1664F" w:rsidR="006E2814" w:rsidRPr="006E2814" w:rsidRDefault="00001CDF" w:rsidP="006E2814">
      <w:r>
        <w:t>Back page – Microsoft Ad</w:t>
      </w:r>
    </w:p>
    <w:sectPr w:rsidR="006E2814" w:rsidRPr="006E2814" w:rsidSect="00E76974">
      <w:type w:val="oddPage"/>
      <w:pgSz w:w="12240" w:h="15840"/>
      <w:pgMar w:top="1440" w:right="1440" w:bottom="1440" w:left="1800" w:header="720" w:footer="720" w:gutter="0"/>
      <w:pgNumType w:start="1"/>
      <w:cols w:space="720"/>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5FE9A9" w14:textId="77777777" w:rsidR="00A52606" w:rsidRDefault="00A52606" w:rsidP="00681D3B">
      <w:pPr>
        <w:spacing w:line="240" w:lineRule="auto"/>
      </w:pPr>
      <w:r>
        <w:separator/>
      </w:r>
    </w:p>
  </w:endnote>
  <w:endnote w:type="continuationSeparator" w:id="0">
    <w:p w14:paraId="41AD93B9" w14:textId="77777777" w:rsidR="00A52606" w:rsidRDefault="00A52606" w:rsidP="00681D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1307532"/>
      <w:docPartObj>
        <w:docPartGallery w:val="Page Numbers (Bottom of Page)"/>
        <w:docPartUnique/>
      </w:docPartObj>
    </w:sdtPr>
    <w:sdtEndPr>
      <w:rPr>
        <w:noProof/>
      </w:rPr>
    </w:sdtEndPr>
    <w:sdtContent>
      <w:p w14:paraId="57D4166C" w14:textId="6D1D8111" w:rsidR="00E76974" w:rsidRDefault="00E76974">
        <w:pPr>
          <w:pStyle w:val="Footer"/>
        </w:pPr>
        <w:r>
          <w:fldChar w:fldCharType="begin"/>
        </w:r>
        <w:r>
          <w:instrText xml:space="preserve"> PAGE   \* MERGEFORMAT </w:instrText>
        </w:r>
        <w:r>
          <w:fldChar w:fldCharType="separate"/>
        </w:r>
        <w:r>
          <w:rPr>
            <w:noProof/>
          </w:rPr>
          <w:t>2</w:t>
        </w:r>
        <w:r>
          <w:rPr>
            <w:noProof/>
          </w:rPr>
          <w:fldChar w:fldCharType="end"/>
        </w:r>
      </w:p>
    </w:sdtContent>
  </w:sdt>
  <w:p w14:paraId="5BD28A9D" w14:textId="77777777" w:rsidR="00E76974" w:rsidRDefault="00E769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930999"/>
      <w:docPartObj>
        <w:docPartGallery w:val="Page Numbers (Bottom of Page)"/>
        <w:docPartUnique/>
      </w:docPartObj>
    </w:sdtPr>
    <w:sdtEndPr>
      <w:rPr>
        <w:noProof/>
      </w:rPr>
    </w:sdtEndPr>
    <w:sdtContent>
      <w:p w14:paraId="159B6876" w14:textId="2F8E59D4" w:rsidR="00E76974" w:rsidRDefault="00E7697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FD9BCC" w14:textId="77777777" w:rsidR="00681D3B" w:rsidRDefault="00681D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9613B" w14:textId="77777777" w:rsidR="00A52606" w:rsidRDefault="00A52606" w:rsidP="00681D3B">
      <w:pPr>
        <w:spacing w:line="240" w:lineRule="auto"/>
      </w:pPr>
      <w:r>
        <w:separator/>
      </w:r>
    </w:p>
  </w:footnote>
  <w:footnote w:type="continuationSeparator" w:id="0">
    <w:p w14:paraId="5E27A0D5" w14:textId="77777777" w:rsidR="00A52606" w:rsidRDefault="00A52606" w:rsidP="00681D3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00000B"/>
    <w:multiLevelType w:val="hybridMultilevel"/>
    <w:tmpl w:val="23618EFE"/>
    <w:lvl w:ilvl="0" w:tplc="BDD2D890">
      <w:numFmt w:val="bullet"/>
      <w:lvlText w:val="·"/>
      <w:lvlJc w:val="left"/>
      <w:pPr>
        <w:ind w:left="720" w:hanging="360"/>
      </w:pPr>
      <w:rPr>
        <w:rFonts w:ascii="Symbol" w:eastAsia="Calibri" w:hAnsi="Symbol"/>
        <w:w w:val="100"/>
        <w:sz w:val="20"/>
        <w:szCs w:val="20"/>
        <w:shd w:val="clear" w:color="000000" w:fill="auto"/>
      </w:rPr>
    </w:lvl>
    <w:lvl w:ilvl="1" w:tplc="B8B22B92">
      <w:start w:val="1"/>
      <w:numFmt w:val="bullet"/>
      <w:lvlText w:val="o"/>
      <w:lvlJc w:val="left"/>
      <w:pPr>
        <w:ind w:left="1440" w:hanging="360"/>
      </w:pPr>
      <w:rPr>
        <w:rFonts w:ascii="Courier New" w:eastAsia="Courier New" w:hAnsi="Courier New"/>
        <w:w w:val="100"/>
        <w:sz w:val="20"/>
        <w:szCs w:val="20"/>
        <w:shd w:val="clear" w:color="000000" w:fill="auto"/>
      </w:rPr>
    </w:lvl>
    <w:lvl w:ilvl="2" w:tplc="F02A1D9E">
      <w:start w:val="1"/>
      <w:numFmt w:val="bullet"/>
      <w:lvlText w:val="§"/>
      <w:lvlJc w:val="left"/>
      <w:pPr>
        <w:ind w:left="2160" w:hanging="360"/>
      </w:pPr>
      <w:rPr>
        <w:rFonts w:ascii="Wingdings" w:eastAsia="Wingdings" w:hAnsi="Wingdings"/>
        <w:w w:val="100"/>
        <w:sz w:val="20"/>
        <w:szCs w:val="20"/>
        <w:shd w:val="clear" w:color="000000" w:fill="auto"/>
      </w:rPr>
    </w:lvl>
    <w:lvl w:ilvl="3" w:tplc="99665FCC">
      <w:start w:val="1"/>
      <w:numFmt w:val="bullet"/>
      <w:lvlText w:val="·"/>
      <w:lvlJc w:val="left"/>
      <w:pPr>
        <w:ind w:left="2880" w:hanging="360"/>
      </w:pPr>
      <w:rPr>
        <w:rFonts w:ascii="Symbol" w:eastAsia="Symbol" w:hAnsi="Symbol"/>
        <w:w w:val="100"/>
        <w:sz w:val="20"/>
        <w:szCs w:val="20"/>
        <w:shd w:val="clear" w:color="000000" w:fill="auto"/>
      </w:rPr>
    </w:lvl>
    <w:lvl w:ilvl="4" w:tplc="7A7A23E2">
      <w:start w:val="1"/>
      <w:numFmt w:val="bullet"/>
      <w:lvlText w:val="o"/>
      <w:lvlJc w:val="left"/>
      <w:pPr>
        <w:ind w:left="3600" w:hanging="360"/>
      </w:pPr>
      <w:rPr>
        <w:rFonts w:ascii="Courier New" w:eastAsia="Courier New" w:hAnsi="Courier New"/>
        <w:w w:val="100"/>
        <w:sz w:val="20"/>
        <w:szCs w:val="20"/>
        <w:shd w:val="clear" w:color="000000" w:fill="auto"/>
      </w:rPr>
    </w:lvl>
    <w:lvl w:ilvl="5" w:tplc="DB96CA8A">
      <w:start w:val="1"/>
      <w:numFmt w:val="bullet"/>
      <w:lvlText w:val="§"/>
      <w:lvlJc w:val="left"/>
      <w:pPr>
        <w:ind w:left="4320" w:hanging="360"/>
      </w:pPr>
      <w:rPr>
        <w:rFonts w:ascii="Wingdings" w:eastAsia="Wingdings" w:hAnsi="Wingdings"/>
        <w:w w:val="100"/>
        <w:sz w:val="20"/>
        <w:szCs w:val="20"/>
        <w:shd w:val="clear" w:color="000000" w:fill="auto"/>
      </w:rPr>
    </w:lvl>
    <w:lvl w:ilvl="6" w:tplc="BF0E0DC4">
      <w:start w:val="1"/>
      <w:numFmt w:val="bullet"/>
      <w:lvlText w:val="·"/>
      <w:lvlJc w:val="left"/>
      <w:pPr>
        <w:ind w:left="5040" w:hanging="360"/>
      </w:pPr>
      <w:rPr>
        <w:rFonts w:ascii="Symbol" w:eastAsia="Symbol" w:hAnsi="Symbol"/>
        <w:w w:val="100"/>
        <w:sz w:val="20"/>
        <w:szCs w:val="20"/>
        <w:shd w:val="clear" w:color="000000" w:fill="auto"/>
      </w:rPr>
    </w:lvl>
    <w:lvl w:ilvl="7" w:tplc="9DB6EB96">
      <w:start w:val="1"/>
      <w:numFmt w:val="bullet"/>
      <w:lvlText w:val="o"/>
      <w:lvlJc w:val="left"/>
      <w:pPr>
        <w:ind w:left="5760" w:hanging="360"/>
      </w:pPr>
      <w:rPr>
        <w:rFonts w:ascii="Courier New" w:eastAsia="Courier New" w:hAnsi="Courier New"/>
        <w:w w:val="100"/>
        <w:sz w:val="20"/>
        <w:szCs w:val="20"/>
        <w:shd w:val="clear" w:color="000000" w:fill="auto"/>
      </w:rPr>
    </w:lvl>
    <w:lvl w:ilvl="8" w:tplc="5FA80A34">
      <w:start w:val="1"/>
      <w:numFmt w:val="bullet"/>
      <w:lvlText w:val="§"/>
      <w:lvlJc w:val="left"/>
      <w:pPr>
        <w:ind w:left="6480" w:hanging="360"/>
      </w:pPr>
      <w:rPr>
        <w:rFonts w:ascii="Wingdings" w:eastAsia="Wingdings" w:hAnsi="Wingdings"/>
        <w:w w:val="100"/>
        <w:sz w:val="20"/>
        <w:szCs w:val="20"/>
        <w:shd w:val="clear" w:color="000000" w:fill="auto"/>
      </w:rPr>
    </w:lvl>
  </w:abstractNum>
  <w:abstractNum w:abstractNumId="10" w15:restartNumberingAfterBreak="0">
    <w:nsid w:val="08710B99"/>
    <w:multiLevelType w:val="hybridMultilevel"/>
    <w:tmpl w:val="A8649F84"/>
    <w:lvl w:ilvl="0" w:tplc="62A02584">
      <w:numFmt w:val="bullet"/>
      <w:lvlText w:val="-"/>
      <w:lvlJc w:val="left"/>
      <w:pPr>
        <w:ind w:left="720" w:hanging="360"/>
      </w:pPr>
      <w:rPr>
        <w:rFonts w:ascii="Aptos" w:eastAsia="Aptos" w:hAnsi="Apto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E057B25"/>
    <w:multiLevelType w:val="hybridMultilevel"/>
    <w:tmpl w:val="0BA03454"/>
    <w:lvl w:ilvl="0" w:tplc="959AD8A0">
      <w:start w:val="1"/>
      <w:numFmt w:val="decimal"/>
      <w:lvlText w:val="%1."/>
      <w:lvlJc w:val="left"/>
      <w:pPr>
        <w:ind w:left="750" w:hanging="375"/>
      </w:pPr>
      <w:rPr>
        <w:rFonts w:hint="default"/>
        <w:b/>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2" w15:restartNumberingAfterBreak="0">
    <w:nsid w:val="0FFA0B92"/>
    <w:multiLevelType w:val="hybridMultilevel"/>
    <w:tmpl w:val="03508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114B23"/>
    <w:multiLevelType w:val="multilevel"/>
    <w:tmpl w:val="66A0935A"/>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4449C0"/>
    <w:multiLevelType w:val="hybridMultilevel"/>
    <w:tmpl w:val="0826F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DC5AAC"/>
    <w:multiLevelType w:val="hybridMultilevel"/>
    <w:tmpl w:val="61E278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247560"/>
    <w:multiLevelType w:val="hybridMultilevel"/>
    <w:tmpl w:val="6B864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D46D1B"/>
    <w:multiLevelType w:val="multilevel"/>
    <w:tmpl w:val="FBEC1884"/>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2A7806DC"/>
    <w:multiLevelType w:val="hybridMultilevel"/>
    <w:tmpl w:val="ACFE13B0"/>
    <w:lvl w:ilvl="0" w:tplc="1FC061E2">
      <w:numFmt w:val="bullet"/>
      <w:lvlText w:val=""/>
      <w:lvlJc w:val="left"/>
      <w:pPr>
        <w:ind w:left="1080" w:hanging="360"/>
      </w:pPr>
      <w:rPr>
        <w:rFonts w:ascii="Symbol" w:eastAsia="Arial"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E2F01EF"/>
    <w:multiLevelType w:val="hybridMultilevel"/>
    <w:tmpl w:val="CF849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5557C1"/>
    <w:multiLevelType w:val="multilevel"/>
    <w:tmpl w:val="83921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361E27"/>
    <w:multiLevelType w:val="hybridMultilevel"/>
    <w:tmpl w:val="DCA89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A81D64"/>
    <w:multiLevelType w:val="multilevel"/>
    <w:tmpl w:val="7A0CA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067E62"/>
    <w:multiLevelType w:val="multilevel"/>
    <w:tmpl w:val="A88EE76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4" w15:restartNumberingAfterBreak="0">
    <w:nsid w:val="48D60495"/>
    <w:multiLevelType w:val="hybridMultilevel"/>
    <w:tmpl w:val="F5DEE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F47BF5"/>
    <w:multiLevelType w:val="hybridMultilevel"/>
    <w:tmpl w:val="44749C04"/>
    <w:lvl w:ilvl="0" w:tplc="0409000F">
      <w:start w:val="1"/>
      <w:numFmt w:val="decimal"/>
      <w:lvlText w:val="%1."/>
      <w:lvlJc w:val="left"/>
      <w:pPr>
        <w:ind w:left="360" w:hanging="360"/>
      </w:pPr>
    </w:lvl>
    <w:lvl w:ilvl="1" w:tplc="DE446852">
      <w:start w:val="1"/>
      <w:numFmt w:val="upperLetter"/>
      <w:lvlText w:val="%2."/>
      <w:lvlJc w:val="left"/>
      <w:pPr>
        <w:ind w:left="864" w:hanging="504"/>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15:restartNumberingAfterBreak="0">
    <w:nsid w:val="59BE0FBE"/>
    <w:multiLevelType w:val="multilevel"/>
    <w:tmpl w:val="5A502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095018"/>
    <w:multiLevelType w:val="hybridMultilevel"/>
    <w:tmpl w:val="BDA4E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A926E3"/>
    <w:multiLevelType w:val="hybridMultilevel"/>
    <w:tmpl w:val="220A6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422E4E"/>
    <w:multiLevelType w:val="hybridMultilevel"/>
    <w:tmpl w:val="40EA9D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265698B"/>
    <w:multiLevelType w:val="hybridMultilevel"/>
    <w:tmpl w:val="AD763A2C"/>
    <w:lvl w:ilvl="0" w:tplc="8BEC4590">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72D5397"/>
    <w:multiLevelType w:val="hybridMultilevel"/>
    <w:tmpl w:val="0E5C6672"/>
    <w:lvl w:ilvl="0" w:tplc="58D67F1E">
      <w:start w:val="202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088695386">
    <w:abstractNumId w:val="8"/>
  </w:num>
  <w:num w:numId="2" w16cid:durableId="67460605">
    <w:abstractNumId w:val="6"/>
  </w:num>
  <w:num w:numId="3" w16cid:durableId="744957">
    <w:abstractNumId w:val="5"/>
  </w:num>
  <w:num w:numId="4" w16cid:durableId="924267812">
    <w:abstractNumId w:val="4"/>
  </w:num>
  <w:num w:numId="5" w16cid:durableId="735081689">
    <w:abstractNumId w:val="7"/>
  </w:num>
  <w:num w:numId="6" w16cid:durableId="248776984">
    <w:abstractNumId w:val="3"/>
  </w:num>
  <w:num w:numId="7" w16cid:durableId="1783913582">
    <w:abstractNumId w:val="2"/>
  </w:num>
  <w:num w:numId="8" w16cid:durableId="1894385081">
    <w:abstractNumId w:val="1"/>
  </w:num>
  <w:num w:numId="9" w16cid:durableId="1269047581">
    <w:abstractNumId w:val="0"/>
  </w:num>
  <w:num w:numId="10" w16cid:durableId="350768498">
    <w:abstractNumId w:val="24"/>
  </w:num>
  <w:num w:numId="11" w16cid:durableId="135607560">
    <w:abstractNumId w:val="19"/>
  </w:num>
  <w:num w:numId="12" w16cid:durableId="756705232">
    <w:abstractNumId w:val="28"/>
  </w:num>
  <w:num w:numId="13" w16cid:durableId="1742098555">
    <w:abstractNumId w:val="21"/>
  </w:num>
  <w:num w:numId="14" w16cid:durableId="932512320">
    <w:abstractNumId w:val="12"/>
  </w:num>
  <w:num w:numId="15" w16cid:durableId="2118983889">
    <w:abstractNumId w:val="14"/>
  </w:num>
  <w:num w:numId="16" w16cid:durableId="853307293">
    <w:abstractNumId w:val="13"/>
  </w:num>
  <w:num w:numId="17" w16cid:durableId="1695617250">
    <w:abstractNumId w:val="22"/>
  </w:num>
  <w:num w:numId="18" w16cid:durableId="913903554">
    <w:abstractNumId w:val="26"/>
  </w:num>
  <w:num w:numId="19" w16cid:durableId="1645163542">
    <w:abstractNumId w:val="30"/>
  </w:num>
  <w:num w:numId="20" w16cid:durableId="2141991590">
    <w:abstractNumId w:val="9"/>
  </w:num>
  <w:num w:numId="21" w16cid:durableId="1740905711">
    <w:abstractNumId w:val="25"/>
  </w:num>
  <w:num w:numId="22" w16cid:durableId="550507332">
    <w:abstractNumId w:val="11"/>
  </w:num>
  <w:num w:numId="23" w16cid:durableId="1513453905">
    <w:abstractNumId w:val="20"/>
  </w:num>
  <w:num w:numId="24" w16cid:durableId="116217093">
    <w:abstractNumId w:val="29"/>
  </w:num>
  <w:num w:numId="25" w16cid:durableId="414982522">
    <w:abstractNumId w:val="26"/>
  </w:num>
  <w:num w:numId="26" w16cid:durableId="392504342">
    <w:abstractNumId w:val="10"/>
  </w:num>
  <w:num w:numId="27" w16cid:durableId="21323101">
    <w:abstractNumId w:val="18"/>
  </w:num>
  <w:num w:numId="28" w16cid:durableId="1241257863">
    <w:abstractNumId w:val="31"/>
  </w:num>
  <w:num w:numId="29" w16cid:durableId="1061558448">
    <w:abstractNumId w:val="27"/>
  </w:num>
  <w:num w:numId="30" w16cid:durableId="18550685">
    <w:abstractNumId w:val="15"/>
  </w:num>
  <w:num w:numId="31" w16cid:durableId="1141844484">
    <w:abstractNumId w:val="16"/>
  </w:num>
  <w:num w:numId="32" w16cid:durableId="1412703255">
    <w:abstractNumId w:val="23"/>
  </w:num>
  <w:num w:numId="33" w16cid:durableId="23115998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01CDF"/>
    <w:rsid w:val="00002021"/>
    <w:rsid w:val="00003B70"/>
    <w:rsid w:val="00003E10"/>
    <w:rsid w:val="000047DF"/>
    <w:rsid w:val="0000532F"/>
    <w:rsid w:val="000076A6"/>
    <w:rsid w:val="00012A82"/>
    <w:rsid w:val="000145CF"/>
    <w:rsid w:val="0002241F"/>
    <w:rsid w:val="000228E1"/>
    <w:rsid w:val="00023574"/>
    <w:rsid w:val="000243CD"/>
    <w:rsid w:val="00033141"/>
    <w:rsid w:val="00034616"/>
    <w:rsid w:val="00034E61"/>
    <w:rsid w:val="0003711A"/>
    <w:rsid w:val="000413AB"/>
    <w:rsid w:val="000416A6"/>
    <w:rsid w:val="0004223F"/>
    <w:rsid w:val="00042583"/>
    <w:rsid w:val="000425A3"/>
    <w:rsid w:val="000454B8"/>
    <w:rsid w:val="000456CB"/>
    <w:rsid w:val="00045F8D"/>
    <w:rsid w:val="000565D0"/>
    <w:rsid w:val="00057784"/>
    <w:rsid w:val="00057D73"/>
    <w:rsid w:val="00057F80"/>
    <w:rsid w:val="0006063C"/>
    <w:rsid w:val="00061357"/>
    <w:rsid w:val="00064CCE"/>
    <w:rsid w:val="00065B39"/>
    <w:rsid w:val="000674F1"/>
    <w:rsid w:val="00067D27"/>
    <w:rsid w:val="000702BA"/>
    <w:rsid w:val="00070BD9"/>
    <w:rsid w:val="00072292"/>
    <w:rsid w:val="000739E3"/>
    <w:rsid w:val="0008036E"/>
    <w:rsid w:val="00083FE4"/>
    <w:rsid w:val="00085015"/>
    <w:rsid w:val="00087E31"/>
    <w:rsid w:val="00091366"/>
    <w:rsid w:val="00096329"/>
    <w:rsid w:val="00096B99"/>
    <w:rsid w:val="000974C2"/>
    <w:rsid w:val="00097A69"/>
    <w:rsid w:val="00097DC7"/>
    <w:rsid w:val="000A42CC"/>
    <w:rsid w:val="000A45F2"/>
    <w:rsid w:val="000A490E"/>
    <w:rsid w:val="000A79B9"/>
    <w:rsid w:val="000B1F2D"/>
    <w:rsid w:val="000B3B0D"/>
    <w:rsid w:val="000B4437"/>
    <w:rsid w:val="000B44E6"/>
    <w:rsid w:val="000B565D"/>
    <w:rsid w:val="000B7CE1"/>
    <w:rsid w:val="000C5E4B"/>
    <w:rsid w:val="000C67B8"/>
    <w:rsid w:val="000C7067"/>
    <w:rsid w:val="000D043C"/>
    <w:rsid w:val="000D2E2C"/>
    <w:rsid w:val="000D78D2"/>
    <w:rsid w:val="000E5076"/>
    <w:rsid w:val="000E64B2"/>
    <w:rsid w:val="000F3B75"/>
    <w:rsid w:val="000F42FC"/>
    <w:rsid w:val="000F79E8"/>
    <w:rsid w:val="001006CD"/>
    <w:rsid w:val="00101B2D"/>
    <w:rsid w:val="0010580E"/>
    <w:rsid w:val="00105F38"/>
    <w:rsid w:val="00107551"/>
    <w:rsid w:val="00107AFE"/>
    <w:rsid w:val="001113CA"/>
    <w:rsid w:val="00112A3A"/>
    <w:rsid w:val="00121F94"/>
    <w:rsid w:val="00122984"/>
    <w:rsid w:val="00124C16"/>
    <w:rsid w:val="00125698"/>
    <w:rsid w:val="00130E96"/>
    <w:rsid w:val="00132E1F"/>
    <w:rsid w:val="00135B34"/>
    <w:rsid w:val="001367C5"/>
    <w:rsid w:val="0014181C"/>
    <w:rsid w:val="00141C74"/>
    <w:rsid w:val="0015074B"/>
    <w:rsid w:val="00151ADD"/>
    <w:rsid w:val="001520B8"/>
    <w:rsid w:val="00155741"/>
    <w:rsid w:val="00162BD7"/>
    <w:rsid w:val="00166059"/>
    <w:rsid w:val="001704B8"/>
    <w:rsid w:val="001713A4"/>
    <w:rsid w:val="00171D3B"/>
    <w:rsid w:val="00172A04"/>
    <w:rsid w:val="00172BC0"/>
    <w:rsid w:val="00175673"/>
    <w:rsid w:val="001779DE"/>
    <w:rsid w:val="001810F5"/>
    <w:rsid w:val="001818E2"/>
    <w:rsid w:val="00181B2A"/>
    <w:rsid w:val="00184388"/>
    <w:rsid w:val="00191F4A"/>
    <w:rsid w:val="00192FA3"/>
    <w:rsid w:val="00196DB8"/>
    <w:rsid w:val="00196ED9"/>
    <w:rsid w:val="0019757C"/>
    <w:rsid w:val="001A0382"/>
    <w:rsid w:val="001A1EAE"/>
    <w:rsid w:val="001B079D"/>
    <w:rsid w:val="001B14A3"/>
    <w:rsid w:val="001B3941"/>
    <w:rsid w:val="001B4063"/>
    <w:rsid w:val="001C0FE0"/>
    <w:rsid w:val="001C30C8"/>
    <w:rsid w:val="001C5B1C"/>
    <w:rsid w:val="001C7418"/>
    <w:rsid w:val="001C78E1"/>
    <w:rsid w:val="001D0659"/>
    <w:rsid w:val="001D23E7"/>
    <w:rsid w:val="001D4618"/>
    <w:rsid w:val="001D5573"/>
    <w:rsid w:val="001D5867"/>
    <w:rsid w:val="001E1466"/>
    <w:rsid w:val="001E77A3"/>
    <w:rsid w:val="001F53A4"/>
    <w:rsid w:val="002042A2"/>
    <w:rsid w:val="00205AE9"/>
    <w:rsid w:val="00213E96"/>
    <w:rsid w:val="0022378B"/>
    <w:rsid w:val="0022501C"/>
    <w:rsid w:val="00236131"/>
    <w:rsid w:val="002368D1"/>
    <w:rsid w:val="002426C5"/>
    <w:rsid w:val="0024303D"/>
    <w:rsid w:val="00243DFE"/>
    <w:rsid w:val="00246CCC"/>
    <w:rsid w:val="00246F6A"/>
    <w:rsid w:val="0024757E"/>
    <w:rsid w:val="002478EF"/>
    <w:rsid w:val="00247F66"/>
    <w:rsid w:val="002514DA"/>
    <w:rsid w:val="00251EC3"/>
    <w:rsid w:val="00252F56"/>
    <w:rsid w:val="0026485F"/>
    <w:rsid w:val="002705A8"/>
    <w:rsid w:val="00270C0E"/>
    <w:rsid w:val="002717B9"/>
    <w:rsid w:val="00272393"/>
    <w:rsid w:val="002729CA"/>
    <w:rsid w:val="00273547"/>
    <w:rsid w:val="002778A4"/>
    <w:rsid w:val="00280889"/>
    <w:rsid w:val="0028089D"/>
    <w:rsid w:val="00281C2F"/>
    <w:rsid w:val="002903C7"/>
    <w:rsid w:val="00292D97"/>
    <w:rsid w:val="002961DD"/>
    <w:rsid w:val="0029639D"/>
    <w:rsid w:val="00297941"/>
    <w:rsid w:val="002A377B"/>
    <w:rsid w:val="002B0318"/>
    <w:rsid w:val="002B1B83"/>
    <w:rsid w:val="002B52D2"/>
    <w:rsid w:val="002B6308"/>
    <w:rsid w:val="002C077B"/>
    <w:rsid w:val="002C103E"/>
    <w:rsid w:val="002C4DFB"/>
    <w:rsid w:val="002C6C09"/>
    <w:rsid w:val="002C7E87"/>
    <w:rsid w:val="002D0BC4"/>
    <w:rsid w:val="002D49ED"/>
    <w:rsid w:val="002D686B"/>
    <w:rsid w:val="002E66FD"/>
    <w:rsid w:val="002F0B1C"/>
    <w:rsid w:val="002F2D73"/>
    <w:rsid w:val="002F4484"/>
    <w:rsid w:val="002F5CD2"/>
    <w:rsid w:val="002F6E66"/>
    <w:rsid w:val="002F6F2E"/>
    <w:rsid w:val="003026B4"/>
    <w:rsid w:val="00303212"/>
    <w:rsid w:val="0030329B"/>
    <w:rsid w:val="00304BC5"/>
    <w:rsid w:val="00306974"/>
    <w:rsid w:val="003104E9"/>
    <w:rsid w:val="00310ED0"/>
    <w:rsid w:val="003110EC"/>
    <w:rsid w:val="00311293"/>
    <w:rsid w:val="003162E1"/>
    <w:rsid w:val="00317BE7"/>
    <w:rsid w:val="00320F74"/>
    <w:rsid w:val="003224DB"/>
    <w:rsid w:val="0032615D"/>
    <w:rsid w:val="00326F90"/>
    <w:rsid w:val="00327173"/>
    <w:rsid w:val="00334663"/>
    <w:rsid w:val="00334762"/>
    <w:rsid w:val="00334F69"/>
    <w:rsid w:val="00335ED3"/>
    <w:rsid w:val="00336B69"/>
    <w:rsid w:val="0033774F"/>
    <w:rsid w:val="0034091B"/>
    <w:rsid w:val="00344B03"/>
    <w:rsid w:val="00345AF4"/>
    <w:rsid w:val="00345B66"/>
    <w:rsid w:val="00347DD5"/>
    <w:rsid w:val="00355724"/>
    <w:rsid w:val="0036036B"/>
    <w:rsid w:val="00362DC4"/>
    <w:rsid w:val="0036434F"/>
    <w:rsid w:val="00367122"/>
    <w:rsid w:val="00367282"/>
    <w:rsid w:val="00370FA5"/>
    <w:rsid w:val="00371836"/>
    <w:rsid w:val="003726E1"/>
    <w:rsid w:val="00373EA2"/>
    <w:rsid w:val="00376164"/>
    <w:rsid w:val="00377D1A"/>
    <w:rsid w:val="00380316"/>
    <w:rsid w:val="00380BB7"/>
    <w:rsid w:val="003831A9"/>
    <w:rsid w:val="00390709"/>
    <w:rsid w:val="003A0B50"/>
    <w:rsid w:val="003A24D0"/>
    <w:rsid w:val="003A4353"/>
    <w:rsid w:val="003A4C04"/>
    <w:rsid w:val="003A531F"/>
    <w:rsid w:val="003A7A9C"/>
    <w:rsid w:val="003A7BD0"/>
    <w:rsid w:val="003A7C07"/>
    <w:rsid w:val="003B38CF"/>
    <w:rsid w:val="003B74D3"/>
    <w:rsid w:val="003B7A6F"/>
    <w:rsid w:val="003C0C68"/>
    <w:rsid w:val="003C1DE1"/>
    <w:rsid w:val="003C3329"/>
    <w:rsid w:val="003C575A"/>
    <w:rsid w:val="003C6055"/>
    <w:rsid w:val="003C76DF"/>
    <w:rsid w:val="003D0CE8"/>
    <w:rsid w:val="003D2D05"/>
    <w:rsid w:val="003D5C5A"/>
    <w:rsid w:val="003D5ECD"/>
    <w:rsid w:val="003D7775"/>
    <w:rsid w:val="003E038E"/>
    <w:rsid w:val="003E45F4"/>
    <w:rsid w:val="003E5987"/>
    <w:rsid w:val="003E6603"/>
    <w:rsid w:val="003F2617"/>
    <w:rsid w:val="003F3950"/>
    <w:rsid w:val="003F3A74"/>
    <w:rsid w:val="003F4444"/>
    <w:rsid w:val="003F563C"/>
    <w:rsid w:val="0040342E"/>
    <w:rsid w:val="0040762F"/>
    <w:rsid w:val="00410743"/>
    <w:rsid w:val="004108D3"/>
    <w:rsid w:val="004128EF"/>
    <w:rsid w:val="00412FFD"/>
    <w:rsid w:val="004132A8"/>
    <w:rsid w:val="00413659"/>
    <w:rsid w:val="00416405"/>
    <w:rsid w:val="0041642A"/>
    <w:rsid w:val="00416712"/>
    <w:rsid w:val="00417128"/>
    <w:rsid w:val="00420F22"/>
    <w:rsid w:val="0042104B"/>
    <w:rsid w:val="00421FF0"/>
    <w:rsid w:val="00423BDF"/>
    <w:rsid w:val="0042566A"/>
    <w:rsid w:val="00426337"/>
    <w:rsid w:val="00427836"/>
    <w:rsid w:val="004360C4"/>
    <w:rsid w:val="004412E9"/>
    <w:rsid w:val="0044282F"/>
    <w:rsid w:val="00442D35"/>
    <w:rsid w:val="00444A10"/>
    <w:rsid w:val="00450918"/>
    <w:rsid w:val="00450B16"/>
    <w:rsid w:val="004511DD"/>
    <w:rsid w:val="0046539F"/>
    <w:rsid w:val="004703CB"/>
    <w:rsid w:val="00470E2E"/>
    <w:rsid w:val="004727BB"/>
    <w:rsid w:val="004740EC"/>
    <w:rsid w:val="00475C08"/>
    <w:rsid w:val="004817AE"/>
    <w:rsid w:val="00482C78"/>
    <w:rsid w:val="00483588"/>
    <w:rsid w:val="00483F62"/>
    <w:rsid w:val="00484A44"/>
    <w:rsid w:val="00486531"/>
    <w:rsid w:val="00496FED"/>
    <w:rsid w:val="004A0ACB"/>
    <w:rsid w:val="004A0C2F"/>
    <w:rsid w:val="004A2142"/>
    <w:rsid w:val="004A2340"/>
    <w:rsid w:val="004A6FC2"/>
    <w:rsid w:val="004A702D"/>
    <w:rsid w:val="004B17C0"/>
    <w:rsid w:val="004B3B3E"/>
    <w:rsid w:val="004B5B9A"/>
    <w:rsid w:val="004B6F63"/>
    <w:rsid w:val="004C0634"/>
    <w:rsid w:val="004C1501"/>
    <w:rsid w:val="004C480F"/>
    <w:rsid w:val="004C48A6"/>
    <w:rsid w:val="004D1AB0"/>
    <w:rsid w:val="004D2DAF"/>
    <w:rsid w:val="004D61B2"/>
    <w:rsid w:val="004D620A"/>
    <w:rsid w:val="004E374A"/>
    <w:rsid w:val="004E379D"/>
    <w:rsid w:val="004E503F"/>
    <w:rsid w:val="004E7CB1"/>
    <w:rsid w:val="004E7E7C"/>
    <w:rsid w:val="004F16DA"/>
    <w:rsid w:val="004F25E4"/>
    <w:rsid w:val="004F2795"/>
    <w:rsid w:val="004F5005"/>
    <w:rsid w:val="004F539F"/>
    <w:rsid w:val="004F6AD0"/>
    <w:rsid w:val="00505DD3"/>
    <w:rsid w:val="00505F84"/>
    <w:rsid w:val="005122B7"/>
    <w:rsid w:val="00512967"/>
    <w:rsid w:val="0051487F"/>
    <w:rsid w:val="00520893"/>
    <w:rsid w:val="005303FD"/>
    <w:rsid w:val="0053087E"/>
    <w:rsid w:val="00533E2A"/>
    <w:rsid w:val="00534F05"/>
    <w:rsid w:val="00536E5E"/>
    <w:rsid w:val="00536F72"/>
    <w:rsid w:val="00541407"/>
    <w:rsid w:val="00541AF8"/>
    <w:rsid w:val="00544BF9"/>
    <w:rsid w:val="00546F27"/>
    <w:rsid w:val="005505E9"/>
    <w:rsid w:val="00550A54"/>
    <w:rsid w:val="00551893"/>
    <w:rsid w:val="00554523"/>
    <w:rsid w:val="005557DF"/>
    <w:rsid w:val="00561B8D"/>
    <w:rsid w:val="00561ED1"/>
    <w:rsid w:val="0056298B"/>
    <w:rsid w:val="005675A3"/>
    <w:rsid w:val="0056763F"/>
    <w:rsid w:val="005746AA"/>
    <w:rsid w:val="00575EC3"/>
    <w:rsid w:val="00581B2D"/>
    <w:rsid w:val="00583C11"/>
    <w:rsid w:val="0058657C"/>
    <w:rsid w:val="005965A3"/>
    <w:rsid w:val="005967FD"/>
    <w:rsid w:val="00596D32"/>
    <w:rsid w:val="0059736B"/>
    <w:rsid w:val="005A0D84"/>
    <w:rsid w:val="005A0DF7"/>
    <w:rsid w:val="005A2C82"/>
    <w:rsid w:val="005A5E3D"/>
    <w:rsid w:val="005A6412"/>
    <w:rsid w:val="005A730A"/>
    <w:rsid w:val="005A7AA2"/>
    <w:rsid w:val="005B146F"/>
    <w:rsid w:val="005B1F61"/>
    <w:rsid w:val="005B2938"/>
    <w:rsid w:val="005B47DB"/>
    <w:rsid w:val="005B52DE"/>
    <w:rsid w:val="005C0A50"/>
    <w:rsid w:val="005C2EA9"/>
    <w:rsid w:val="005C30A3"/>
    <w:rsid w:val="005C343E"/>
    <w:rsid w:val="005C68CA"/>
    <w:rsid w:val="005D016C"/>
    <w:rsid w:val="005D384E"/>
    <w:rsid w:val="005D418D"/>
    <w:rsid w:val="005D4E74"/>
    <w:rsid w:val="005D5ED9"/>
    <w:rsid w:val="005D7BAA"/>
    <w:rsid w:val="005E00BF"/>
    <w:rsid w:val="005E119A"/>
    <w:rsid w:val="005E4A5C"/>
    <w:rsid w:val="005E5111"/>
    <w:rsid w:val="005E5D6B"/>
    <w:rsid w:val="005F0351"/>
    <w:rsid w:val="005F06F9"/>
    <w:rsid w:val="005F0B3C"/>
    <w:rsid w:val="005F1A5D"/>
    <w:rsid w:val="005F5232"/>
    <w:rsid w:val="005F7061"/>
    <w:rsid w:val="005F74C9"/>
    <w:rsid w:val="00601556"/>
    <w:rsid w:val="0060327F"/>
    <w:rsid w:val="006075C2"/>
    <w:rsid w:val="00610B38"/>
    <w:rsid w:val="006173C2"/>
    <w:rsid w:val="006177D0"/>
    <w:rsid w:val="00622825"/>
    <w:rsid w:val="00622D79"/>
    <w:rsid w:val="00623752"/>
    <w:rsid w:val="00627666"/>
    <w:rsid w:val="00632E92"/>
    <w:rsid w:val="00637286"/>
    <w:rsid w:val="00637F35"/>
    <w:rsid w:val="00644BE6"/>
    <w:rsid w:val="00646F7E"/>
    <w:rsid w:val="0065371F"/>
    <w:rsid w:val="00657C24"/>
    <w:rsid w:val="00657D95"/>
    <w:rsid w:val="00657E3C"/>
    <w:rsid w:val="00657F27"/>
    <w:rsid w:val="0066132A"/>
    <w:rsid w:val="00663742"/>
    <w:rsid w:val="00663817"/>
    <w:rsid w:val="00665C2E"/>
    <w:rsid w:val="00666CC9"/>
    <w:rsid w:val="00670D43"/>
    <w:rsid w:val="00673A69"/>
    <w:rsid w:val="00675B4D"/>
    <w:rsid w:val="006768F2"/>
    <w:rsid w:val="006774D6"/>
    <w:rsid w:val="00678DFE"/>
    <w:rsid w:val="00681D3B"/>
    <w:rsid w:val="00683752"/>
    <w:rsid w:val="00683E18"/>
    <w:rsid w:val="0068504B"/>
    <w:rsid w:val="00685336"/>
    <w:rsid w:val="00686268"/>
    <w:rsid w:val="00686CDF"/>
    <w:rsid w:val="00692D03"/>
    <w:rsid w:val="0069385E"/>
    <w:rsid w:val="006942A7"/>
    <w:rsid w:val="00694418"/>
    <w:rsid w:val="006948D5"/>
    <w:rsid w:val="006A3361"/>
    <w:rsid w:val="006A5934"/>
    <w:rsid w:val="006A77F5"/>
    <w:rsid w:val="006B0ADD"/>
    <w:rsid w:val="006B1AB3"/>
    <w:rsid w:val="006B506E"/>
    <w:rsid w:val="006B5072"/>
    <w:rsid w:val="006C08BE"/>
    <w:rsid w:val="006C3A37"/>
    <w:rsid w:val="006C4467"/>
    <w:rsid w:val="006C57E0"/>
    <w:rsid w:val="006C788F"/>
    <w:rsid w:val="006D06C3"/>
    <w:rsid w:val="006D0865"/>
    <w:rsid w:val="006D0F43"/>
    <w:rsid w:val="006D1173"/>
    <w:rsid w:val="006D5863"/>
    <w:rsid w:val="006D69EE"/>
    <w:rsid w:val="006D6D67"/>
    <w:rsid w:val="006D6FDD"/>
    <w:rsid w:val="006D7468"/>
    <w:rsid w:val="006E0B6F"/>
    <w:rsid w:val="006E1048"/>
    <w:rsid w:val="006E2814"/>
    <w:rsid w:val="006E3197"/>
    <w:rsid w:val="006E4082"/>
    <w:rsid w:val="006E56C9"/>
    <w:rsid w:val="006E585C"/>
    <w:rsid w:val="006F25C0"/>
    <w:rsid w:val="006F42B9"/>
    <w:rsid w:val="006F56F8"/>
    <w:rsid w:val="006F7025"/>
    <w:rsid w:val="006F74A7"/>
    <w:rsid w:val="0070228F"/>
    <w:rsid w:val="00702967"/>
    <w:rsid w:val="007047A4"/>
    <w:rsid w:val="007058BB"/>
    <w:rsid w:val="00710692"/>
    <w:rsid w:val="0071106F"/>
    <w:rsid w:val="00711789"/>
    <w:rsid w:val="00713EA1"/>
    <w:rsid w:val="00714C3D"/>
    <w:rsid w:val="00715D81"/>
    <w:rsid w:val="007166CD"/>
    <w:rsid w:val="0072085D"/>
    <w:rsid w:val="007208DF"/>
    <w:rsid w:val="007232AD"/>
    <w:rsid w:val="00724469"/>
    <w:rsid w:val="007244BF"/>
    <w:rsid w:val="00724ABD"/>
    <w:rsid w:val="00724E79"/>
    <w:rsid w:val="00726F07"/>
    <w:rsid w:val="00730B12"/>
    <w:rsid w:val="007377B6"/>
    <w:rsid w:val="007412BE"/>
    <w:rsid w:val="00743289"/>
    <w:rsid w:val="00744F99"/>
    <w:rsid w:val="00745CEB"/>
    <w:rsid w:val="007467FF"/>
    <w:rsid w:val="00746988"/>
    <w:rsid w:val="00746FD3"/>
    <w:rsid w:val="00747205"/>
    <w:rsid w:val="00747D3F"/>
    <w:rsid w:val="007561CA"/>
    <w:rsid w:val="00756247"/>
    <w:rsid w:val="007647C6"/>
    <w:rsid w:val="00766B67"/>
    <w:rsid w:val="007776A7"/>
    <w:rsid w:val="00782C70"/>
    <w:rsid w:val="00786199"/>
    <w:rsid w:val="007864C3"/>
    <w:rsid w:val="00786F5A"/>
    <w:rsid w:val="00787545"/>
    <w:rsid w:val="0079062D"/>
    <w:rsid w:val="00791EA1"/>
    <w:rsid w:val="00796B69"/>
    <w:rsid w:val="007A0411"/>
    <w:rsid w:val="007A29F2"/>
    <w:rsid w:val="007A47C3"/>
    <w:rsid w:val="007A4F17"/>
    <w:rsid w:val="007A5099"/>
    <w:rsid w:val="007B1198"/>
    <w:rsid w:val="007B19C0"/>
    <w:rsid w:val="007B2DB9"/>
    <w:rsid w:val="007B3C63"/>
    <w:rsid w:val="007C133F"/>
    <w:rsid w:val="007C2FD6"/>
    <w:rsid w:val="007C3F36"/>
    <w:rsid w:val="007C5A35"/>
    <w:rsid w:val="007C5A7A"/>
    <w:rsid w:val="007C6328"/>
    <w:rsid w:val="007C7CAC"/>
    <w:rsid w:val="007D2E92"/>
    <w:rsid w:val="007D4E67"/>
    <w:rsid w:val="007D6539"/>
    <w:rsid w:val="007D67A8"/>
    <w:rsid w:val="007D7DAA"/>
    <w:rsid w:val="007E07CC"/>
    <w:rsid w:val="007E0CB3"/>
    <w:rsid w:val="007E1C94"/>
    <w:rsid w:val="007E2272"/>
    <w:rsid w:val="007F3965"/>
    <w:rsid w:val="007F54D1"/>
    <w:rsid w:val="007F66FD"/>
    <w:rsid w:val="00803E03"/>
    <w:rsid w:val="0080721C"/>
    <w:rsid w:val="00807985"/>
    <w:rsid w:val="00813E9E"/>
    <w:rsid w:val="008142E3"/>
    <w:rsid w:val="008213DB"/>
    <w:rsid w:val="00822438"/>
    <w:rsid w:val="008230FB"/>
    <w:rsid w:val="0082399C"/>
    <w:rsid w:val="008251C4"/>
    <w:rsid w:val="008268D2"/>
    <w:rsid w:val="00827255"/>
    <w:rsid w:val="00832C36"/>
    <w:rsid w:val="00833E02"/>
    <w:rsid w:val="00837E67"/>
    <w:rsid w:val="00840506"/>
    <w:rsid w:val="0084171E"/>
    <w:rsid w:val="00853EC0"/>
    <w:rsid w:val="00854B9B"/>
    <w:rsid w:val="008572F2"/>
    <w:rsid w:val="00860353"/>
    <w:rsid w:val="00860606"/>
    <w:rsid w:val="00860A8B"/>
    <w:rsid w:val="008625CB"/>
    <w:rsid w:val="0086420D"/>
    <w:rsid w:val="00864699"/>
    <w:rsid w:val="00867C17"/>
    <w:rsid w:val="008727BB"/>
    <w:rsid w:val="0087761F"/>
    <w:rsid w:val="0088636E"/>
    <w:rsid w:val="00892C8F"/>
    <w:rsid w:val="00895CC6"/>
    <w:rsid w:val="00897B46"/>
    <w:rsid w:val="008A282A"/>
    <w:rsid w:val="008A2CCD"/>
    <w:rsid w:val="008B3A95"/>
    <w:rsid w:val="008B77A5"/>
    <w:rsid w:val="008B79B4"/>
    <w:rsid w:val="008C12EA"/>
    <w:rsid w:val="008C1985"/>
    <w:rsid w:val="008C3A65"/>
    <w:rsid w:val="008C4D93"/>
    <w:rsid w:val="008D048A"/>
    <w:rsid w:val="008D59FB"/>
    <w:rsid w:val="008D6965"/>
    <w:rsid w:val="008D701F"/>
    <w:rsid w:val="008D70D1"/>
    <w:rsid w:val="008D7F3F"/>
    <w:rsid w:val="008E2226"/>
    <w:rsid w:val="008E2F78"/>
    <w:rsid w:val="008F0633"/>
    <w:rsid w:val="008F127D"/>
    <w:rsid w:val="008F1715"/>
    <w:rsid w:val="008F1C8F"/>
    <w:rsid w:val="008F1EA2"/>
    <w:rsid w:val="008F3939"/>
    <w:rsid w:val="008F4210"/>
    <w:rsid w:val="008F4C70"/>
    <w:rsid w:val="008F5096"/>
    <w:rsid w:val="008F63BB"/>
    <w:rsid w:val="008F6D40"/>
    <w:rsid w:val="0090172C"/>
    <w:rsid w:val="0090332E"/>
    <w:rsid w:val="009061FB"/>
    <w:rsid w:val="00906FC2"/>
    <w:rsid w:val="009169DE"/>
    <w:rsid w:val="00917334"/>
    <w:rsid w:val="00917FBD"/>
    <w:rsid w:val="00920CF0"/>
    <w:rsid w:val="00924D62"/>
    <w:rsid w:val="00927AA3"/>
    <w:rsid w:val="00931D23"/>
    <w:rsid w:val="009340E4"/>
    <w:rsid w:val="00951DA9"/>
    <w:rsid w:val="0095291F"/>
    <w:rsid w:val="00954927"/>
    <w:rsid w:val="00954E05"/>
    <w:rsid w:val="009574E7"/>
    <w:rsid w:val="0096426D"/>
    <w:rsid w:val="0096679B"/>
    <w:rsid w:val="0096684E"/>
    <w:rsid w:val="00967309"/>
    <w:rsid w:val="009714D4"/>
    <w:rsid w:val="00971A7E"/>
    <w:rsid w:val="00972E71"/>
    <w:rsid w:val="00975AC7"/>
    <w:rsid w:val="00981D84"/>
    <w:rsid w:val="00982B8C"/>
    <w:rsid w:val="00983E61"/>
    <w:rsid w:val="00983ED8"/>
    <w:rsid w:val="0098587B"/>
    <w:rsid w:val="00987BC0"/>
    <w:rsid w:val="009A1099"/>
    <w:rsid w:val="009A1530"/>
    <w:rsid w:val="009A18B1"/>
    <w:rsid w:val="009A20D7"/>
    <w:rsid w:val="009A3C3E"/>
    <w:rsid w:val="009A4F63"/>
    <w:rsid w:val="009B054A"/>
    <w:rsid w:val="009B177F"/>
    <w:rsid w:val="009C192B"/>
    <w:rsid w:val="009C3CCA"/>
    <w:rsid w:val="009C3DAD"/>
    <w:rsid w:val="009C3EF2"/>
    <w:rsid w:val="009C62BF"/>
    <w:rsid w:val="009C7C8E"/>
    <w:rsid w:val="009D0E26"/>
    <w:rsid w:val="009D3B04"/>
    <w:rsid w:val="009D7616"/>
    <w:rsid w:val="009E0CC6"/>
    <w:rsid w:val="009E7A4A"/>
    <w:rsid w:val="009F2474"/>
    <w:rsid w:val="009F4530"/>
    <w:rsid w:val="009F4D92"/>
    <w:rsid w:val="009F5600"/>
    <w:rsid w:val="009F59DC"/>
    <w:rsid w:val="009F60C1"/>
    <w:rsid w:val="009F636E"/>
    <w:rsid w:val="009F63AC"/>
    <w:rsid w:val="009F64FF"/>
    <w:rsid w:val="009F71D3"/>
    <w:rsid w:val="009F7A19"/>
    <w:rsid w:val="00A00487"/>
    <w:rsid w:val="00A019F6"/>
    <w:rsid w:val="00A0217B"/>
    <w:rsid w:val="00A05D55"/>
    <w:rsid w:val="00A07A52"/>
    <w:rsid w:val="00A07AF1"/>
    <w:rsid w:val="00A10BA6"/>
    <w:rsid w:val="00A131A6"/>
    <w:rsid w:val="00A15837"/>
    <w:rsid w:val="00A16522"/>
    <w:rsid w:val="00A205B3"/>
    <w:rsid w:val="00A20811"/>
    <w:rsid w:val="00A22CB1"/>
    <w:rsid w:val="00A22F5A"/>
    <w:rsid w:val="00A22FFF"/>
    <w:rsid w:val="00A27430"/>
    <w:rsid w:val="00A27939"/>
    <w:rsid w:val="00A31FA9"/>
    <w:rsid w:val="00A36009"/>
    <w:rsid w:val="00A45010"/>
    <w:rsid w:val="00A45045"/>
    <w:rsid w:val="00A462EE"/>
    <w:rsid w:val="00A47451"/>
    <w:rsid w:val="00A47C98"/>
    <w:rsid w:val="00A52606"/>
    <w:rsid w:val="00A52D95"/>
    <w:rsid w:val="00A53FDE"/>
    <w:rsid w:val="00A54796"/>
    <w:rsid w:val="00A5742C"/>
    <w:rsid w:val="00A62D24"/>
    <w:rsid w:val="00A63479"/>
    <w:rsid w:val="00A65597"/>
    <w:rsid w:val="00A65C3C"/>
    <w:rsid w:val="00A6798E"/>
    <w:rsid w:val="00A71B14"/>
    <w:rsid w:val="00A7326B"/>
    <w:rsid w:val="00A74476"/>
    <w:rsid w:val="00A831FB"/>
    <w:rsid w:val="00A84E2C"/>
    <w:rsid w:val="00A85853"/>
    <w:rsid w:val="00A86B42"/>
    <w:rsid w:val="00A92B20"/>
    <w:rsid w:val="00A94959"/>
    <w:rsid w:val="00A94EB1"/>
    <w:rsid w:val="00A95776"/>
    <w:rsid w:val="00A95D3F"/>
    <w:rsid w:val="00A96ABE"/>
    <w:rsid w:val="00A97032"/>
    <w:rsid w:val="00AA01F8"/>
    <w:rsid w:val="00AA1D8D"/>
    <w:rsid w:val="00AA2F3C"/>
    <w:rsid w:val="00AB0D19"/>
    <w:rsid w:val="00AB4DCF"/>
    <w:rsid w:val="00AC5C54"/>
    <w:rsid w:val="00AD1A45"/>
    <w:rsid w:val="00AD236C"/>
    <w:rsid w:val="00AD4981"/>
    <w:rsid w:val="00AD5F9B"/>
    <w:rsid w:val="00AD6BE1"/>
    <w:rsid w:val="00AD7BCE"/>
    <w:rsid w:val="00AD7D5D"/>
    <w:rsid w:val="00AE4899"/>
    <w:rsid w:val="00AF0935"/>
    <w:rsid w:val="00AF14C1"/>
    <w:rsid w:val="00AF325A"/>
    <w:rsid w:val="00AF5413"/>
    <w:rsid w:val="00AF5D85"/>
    <w:rsid w:val="00B00648"/>
    <w:rsid w:val="00B03FFA"/>
    <w:rsid w:val="00B13142"/>
    <w:rsid w:val="00B13241"/>
    <w:rsid w:val="00B13A47"/>
    <w:rsid w:val="00B16FF3"/>
    <w:rsid w:val="00B217CA"/>
    <w:rsid w:val="00B23544"/>
    <w:rsid w:val="00B2616A"/>
    <w:rsid w:val="00B338A1"/>
    <w:rsid w:val="00B40E28"/>
    <w:rsid w:val="00B45654"/>
    <w:rsid w:val="00B47730"/>
    <w:rsid w:val="00B5008E"/>
    <w:rsid w:val="00B51006"/>
    <w:rsid w:val="00B52951"/>
    <w:rsid w:val="00B53347"/>
    <w:rsid w:val="00B57A43"/>
    <w:rsid w:val="00B603AF"/>
    <w:rsid w:val="00B61451"/>
    <w:rsid w:val="00B62623"/>
    <w:rsid w:val="00B6415F"/>
    <w:rsid w:val="00B65749"/>
    <w:rsid w:val="00B65975"/>
    <w:rsid w:val="00B6627B"/>
    <w:rsid w:val="00B7211A"/>
    <w:rsid w:val="00B729CD"/>
    <w:rsid w:val="00B754DB"/>
    <w:rsid w:val="00B75C80"/>
    <w:rsid w:val="00B770B8"/>
    <w:rsid w:val="00B77100"/>
    <w:rsid w:val="00B7730F"/>
    <w:rsid w:val="00B77A4A"/>
    <w:rsid w:val="00B77CD2"/>
    <w:rsid w:val="00B8109B"/>
    <w:rsid w:val="00B908B6"/>
    <w:rsid w:val="00B9229C"/>
    <w:rsid w:val="00B952AF"/>
    <w:rsid w:val="00B95791"/>
    <w:rsid w:val="00B96445"/>
    <w:rsid w:val="00B96667"/>
    <w:rsid w:val="00B978F5"/>
    <w:rsid w:val="00BA1E8B"/>
    <w:rsid w:val="00BA3239"/>
    <w:rsid w:val="00BB0B2B"/>
    <w:rsid w:val="00BB2392"/>
    <w:rsid w:val="00BB5FF7"/>
    <w:rsid w:val="00BB682D"/>
    <w:rsid w:val="00BC02BC"/>
    <w:rsid w:val="00BC0DA4"/>
    <w:rsid w:val="00BC1117"/>
    <w:rsid w:val="00BC1217"/>
    <w:rsid w:val="00BC5792"/>
    <w:rsid w:val="00BC686D"/>
    <w:rsid w:val="00BD09C1"/>
    <w:rsid w:val="00BD75C8"/>
    <w:rsid w:val="00BD7FB5"/>
    <w:rsid w:val="00BE102D"/>
    <w:rsid w:val="00BE61B3"/>
    <w:rsid w:val="00BE724F"/>
    <w:rsid w:val="00BF3135"/>
    <w:rsid w:val="00BF5BCE"/>
    <w:rsid w:val="00C10ED9"/>
    <w:rsid w:val="00C22F12"/>
    <w:rsid w:val="00C2606B"/>
    <w:rsid w:val="00C26DBD"/>
    <w:rsid w:val="00C31A9E"/>
    <w:rsid w:val="00C3262E"/>
    <w:rsid w:val="00C3343F"/>
    <w:rsid w:val="00C33CCB"/>
    <w:rsid w:val="00C33D5E"/>
    <w:rsid w:val="00C34C97"/>
    <w:rsid w:val="00C36294"/>
    <w:rsid w:val="00C44487"/>
    <w:rsid w:val="00C45370"/>
    <w:rsid w:val="00C46419"/>
    <w:rsid w:val="00C467CA"/>
    <w:rsid w:val="00C54DEC"/>
    <w:rsid w:val="00C54E68"/>
    <w:rsid w:val="00C56FD2"/>
    <w:rsid w:val="00C57368"/>
    <w:rsid w:val="00C6011D"/>
    <w:rsid w:val="00C60357"/>
    <w:rsid w:val="00C60A06"/>
    <w:rsid w:val="00C613F6"/>
    <w:rsid w:val="00C633F8"/>
    <w:rsid w:val="00C65639"/>
    <w:rsid w:val="00C65DAE"/>
    <w:rsid w:val="00C669DD"/>
    <w:rsid w:val="00C66DF9"/>
    <w:rsid w:val="00C672DE"/>
    <w:rsid w:val="00C70587"/>
    <w:rsid w:val="00C7114F"/>
    <w:rsid w:val="00C726F1"/>
    <w:rsid w:val="00C82BCB"/>
    <w:rsid w:val="00C85B4E"/>
    <w:rsid w:val="00C912F7"/>
    <w:rsid w:val="00C92442"/>
    <w:rsid w:val="00C9254F"/>
    <w:rsid w:val="00CA2EC8"/>
    <w:rsid w:val="00CA5F48"/>
    <w:rsid w:val="00CA5F49"/>
    <w:rsid w:val="00CA624E"/>
    <w:rsid w:val="00CB0664"/>
    <w:rsid w:val="00CB2B3F"/>
    <w:rsid w:val="00CB3CD9"/>
    <w:rsid w:val="00CB3FC5"/>
    <w:rsid w:val="00CB7FD9"/>
    <w:rsid w:val="00CC3CFC"/>
    <w:rsid w:val="00CD16B8"/>
    <w:rsid w:val="00CD26D8"/>
    <w:rsid w:val="00CD2F25"/>
    <w:rsid w:val="00CE0697"/>
    <w:rsid w:val="00CE2C64"/>
    <w:rsid w:val="00CE5CB8"/>
    <w:rsid w:val="00CE729E"/>
    <w:rsid w:val="00CF3C0A"/>
    <w:rsid w:val="00CF46D8"/>
    <w:rsid w:val="00CF4976"/>
    <w:rsid w:val="00CF6EAF"/>
    <w:rsid w:val="00D00DA0"/>
    <w:rsid w:val="00D027CC"/>
    <w:rsid w:val="00D02B45"/>
    <w:rsid w:val="00D02B6E"/>
    <w:rsid w:val="00D0345B"/>
    <w:rsid w:val="00D04EFD"/>
    <w:rsid w:val="00D051D9"/>
    <w:rsid w:val="00D071FE"/>
    <w:rsid w:val="00D1588D"/>
    <w:rsid w:val="00D17A79"/>
    <w:rsid w:val="00D20C79"/>
    <w:rsid w:val="00D2172E"/>
    <w:rsid w:val="00D21754"/>
    <w:rsid w:val="00D23CAD"/>
    <w:rsid w:val="00D271A2"/>
    <w:rsid w:val="00D277E6"/>
    <w:rsid w:val="00D3164D"/>
    <w:rsid w:val="00D31D85"/>
    <w:rsid w:val="00D32273"/>
    <w:rsid w:val="00D377F1"/>
    <w:rsid w:val="00D4176E"/>
    <w:rsid w:val="00D4449B"/>
    <w:rsid w:val="00D449B9"/>
    <w:rsid w:val="00D45E1A"/>
    <w:rsid w:val="00D47792"/>
    <w:rsid w:val="00D5029B"/>
    <w:rsid w:val="00D50E0A"/>
    <w:rsid w:val="00D51B38"/>
    <w:rsid w:val="00D52AAC"/>
    <w:rsid w:val="00D535A4"/>
    <w:rsid w:val="00D56094"/>
    <w:rsid w:val="00D56D14"/>
    <w:rsid w:val="00D57992"/>
    <w:rsid w:val="00D60D3F"/>
    <w:rsid w:val="00D6184B"/>
    <w:rsid w:val="00D61B7B"/>
    <w:rsid w:val="00D64989"/>
    <w:rsid w:val="00D65F96"/>
    <w:rsid w:val="00D661C2"/>
    <w:rsid w:val="00D66986"/>
    <w:rsid w:val="00D73819"/>
    <w:rsid w:val="00D74892"/>
    <w:rsid w:val="00D74935"/>
    <w:rsid w:val="00D754BB"/>
    <w:rsid w:val="00D77AA7"/>
    <w:rsid w:val="00D77F0F"/>
    <w:rsid w:val="00D85526"/>
    <w:rsid w:val="00D85861"/>
    <w:rsid w:val="00D867CB"/>
    <w:rsid w:val="00D8687B"/>
    <w:rsid w:val="00D86D90"/>
    <w:rsid w:val="00D874C3"/>
    <w:rsid w:val="00D8762C"/>
    <w:rsid w:val="00D953AB"/>
    <w:rsid w:val="00D97EF6"/>
    <w:rsid w:val="00DA20FE"/>
    <w:rsid w:val="00DA4A13"/>
    <w:rsid w:val="00DA773C"/>
    <w:rsid w:val="00DA7976"/>
    <w:rsid w:val="00DA7CFD"/>
    <w:rsid w:val="00DB023F"/>
    <w:rsid w:val="00DB18E5"/>
    <w:rsid w:val="00DB2118"/>
    <w:rsid w:val="00DB386E"/>
    <w:rsid w:val="00DB49F0"/>
    <w:rsid w:val="00DB5CB6"/>
    <w:rsid w:val="00DB7AD1"/>
    <w:rsid w:val="00DC2039"/>
    <w:rsid w:val="00DC2CFF"/>
    <w:rsid w:val="00DC33D6"/>
    <w:rsid w:val="00DC497C"/>
    <w:rsid w:val="00DC4E89"/>
    <w:rsid w:val="00DC6B47"/>
    <w:rsid w:val="00DD0E77"/>
    <w:rsid w:val="00DD1699"/>
    <w:rsid w:val="00DD2988"/>
    <w:rsid w:val="00DD2F16"/>
    <w:rsid w:val="00DD41D1"/>
    <w:rsid w:val="00DD6920"/>
    <w:rsid w:val="00DE2C9E"/>
    <w:rsid w:val="00DE3706"/>
    <w:rsid w:val="00DE40B4"/>
    <w:rsid w:val="00DE63F3"/>
    <w:rsid w:val="00DE6A69"/>
    <w:rsid w:val="00DE70B9"/>
    <w:rsid w:val="00DF28E2"/>
    <w:rsid w:val="00DF5A89"/>
    <w:rsid w:val="00E02AC0"/>
    <w:rsid w:val="00E031F7"/>
    <w:rsid w:val="00E03D73"/>
    <w:rsid w:val="00E12D4D"/>
    <w:rsid w:val="00E12E28"/>
    <w:rsid w:val="00E22218"/>
    <w:rsid w:val="00E35D1F"/>
    <w:rsid w:val="00E37F75"/>
    <w:rsid w:val="00E422CC"/>
    <w:rsid w:val="00E44AC5"/>
    <w:rsid w:val="00E477B4"/>
    <w:rsid w:val="00E4781E"/>
    <w:rsid w:val="00E5057F"/>
    <w:rsid w:val="00E528A8"/>
    <w:rsid w:val="00E53AAC"/>
    <w:rsid w:val="00E55470"/>
    <w:rsid w:val="00E57039"/>
    <w:rsid w:val="00E5777B"/>
    <w:rsid w:val="00E66F88"/>
    <w:rsid w:val="00E679D3"/>
    <w:rsid w:val="00E71375"/>
    <w:rsid w:val="00E723B9"/>
    <w:rsid w:val="00E7282E"/>
    <w:rsid w:val="00E72DDF"/>
    <w:rsid w:val="00E739F5"/>
    <w:rsid w:val="00E7413C"/>
    <w:rsid w:val="00E75AFB"/>
    <w:rsid w:val="00E768EA"/>
    <w:rsid w:val="00E76974"/>
    <w:rsid w:val="00E828E3"/>
    <w:rsid w:val="00E84F13"/>
    <w:rsid w:val="00E85813"/>
    <w:rsid w:val="00E86A13"/>
    <w:rsid w:val="00E86D0C"/>
    <w:rsid w:val="00E9038E"/>
    <w:rsid w:val="00E91A8B"/>
    <w:rsid w:val="00E936F3"/>
    <w:rsid w:val="00E93EB6"/>
    <w:rsid w:val="00EA32BA"/>
    <w:rsid w:val="00EA4843"/>
    <w:rsid w:val="00EA5DB2"/>
    <w:rsid w:val="00EA6EAB"/>
    <w:rsid w:val="00EB0486"/>
    <w:rsid w:val="00EB05BC"/>
    <w:rsid w:val="00EB125C"/>
    <w:rsid w:val="00EB1865"/>
    <w:rsid w:val="00EB59EC"/>
    <w:rsid w:val="00EB6018"/>
    <w:rsid w:val="00EC0BE6"/>
    <w:rsid w:val="00EC31E8"/>
    <w:rsid w:val="00EC47E6"/>
    <w:rsid w:val="00EC4A8A"/>
    <w:rsid w:val="00EC4D04"/>
    <w:rsid w:val="00ED12CC"/>
    <w:rsid w:val="00ED45C1"/>
    <w:rsid w:val="00ED4E02"/>
    <w:rsid w:val="00ED785C"/>
    <w:rsid w:val="00EE2310"/>
    <w:rsid w:val="00EE5CF9"/>
    <w:rsid w:val="00EE64A4"/>
    <w:rsid w:val="00EF237A"/>
    <w:rsid w:val="00EF2B70"/>
    <w:rsid w:val="00EF3474"/>
    <w:rsid w:val="00EF519E"/>
    <w:rsid w:val="00F0175B"/>
    <w:rsid w:val="00F05C84"/>
    <w:rsid w:val="00F0752D"/>
    <w:rsid w:val="00F10218"/>
    <w:rsid w:val="00F103E6"/>
    <w:rsid w:val="00F11F49"/>
    <w:rsid w:val="00F138A8"/>
    <w:rsid w:val="00F236D4"/>
    <w:rsid w:val="00F247C9"/>
    <w:rsid w:val="00F2566B"/>
    <w:rsid w:val="00F25CE0"/>
    <w:rsid w:val="00F30C41"/>
    <w:rsid w:val="00F3206D"/>
    <w:rsid w:val="00F32228"/>
    <w:rsid w:val="00F33AE6"/>
    <w:rsid w:val="00F36645"/>
    <w:rsid w:val="00F36B12"/>
    <w:rsid w:val="00F40C06"/>
    <w:rsid w:val="00F44D6E"/>
    <w:rsid w:val="00F520BF"/>
    <w:rsid w:val="00F5559D"/>
    <w:rsid w:val="00F56E8F"/>
    <w:rsid w:val="00F60D6B"/>
    <w:rsid w:val="00F61F20"/>
    <w:rsid w:val="00F64D9F"/>
    <w:rsid w:val="00F71374"/>
    <w:rsid w:val="00F90D5B"/>
    <w:rsid w:val="00F92390"/>
    <w:rsid w:val="00F92D5D"/>
    <w:rsid w:val="00F92D89"/>
    <w:rsid w:val="00F93479"/>
    <w:rsid w:val="00F93D52"/>
    <w:rsid w:val="00F93DA0"/>
    <w:rsid w:val="00F9468D"/>
    <w:rsid w:val="00F9475E"/>
    <w:rsid w:val="00F95292"/>
    <w:rsid w:val="00F95A43"/>
    <w:rsid w:val="00F97D6C"/>
    <w:rsid w:val="00FA0111"/>
    <w:rsid w:val="00FA069A"/>
    <w:rsid w:val="00FA072B"/>
    <w:rsid w:val="00FA085F"/>
    <w:rsid w:val="00FA4630"/>
    <w:rsid w:val="00FA6A50"/>
    <w:rsid w:val="00FB0C3A"/>
    <w:rsid w:val="00FB170F"/>
    <w:rsid w:val="00FB263B"/>
    <w:rsid w:val="00FB3576"/>
    <w:rsid w:val="00FB43B6"/>
    <w:rsid w:val="00FB51C3"/>
    <w:rsid w:val="00FB54C5"/>
    <w:rsid w:val="00FB55C9"/>
    <w:rsid w:val="00FC3426"/>
    <w:rsid w:val="00FC3DBE"/>
    <w:rsid w:val="00FC412F"/>
    <w:rsid w:val="00FC6634"/>
    <w:rsid w:val="00FC693F"/>
    <w:rsid w:val="00FD71DB"/>
    <w:rsid w:val="00FE2C9E"/>
    <w:rsid w:val="00FE334B"/>
    <w:rsid w:val="00FE477B"/>
    <w:rsid w:val="00FE7221"/>
    <w:rsid w:val="00FF13C2"/>
    <w:rsid w:val="026E1CCD"/>
    <w:rsid w:val="0276B63B"/>
    <w:rsid w:val="02E17279"/>
    <w:rsid w:val="02E3C378"/>
    <w:rsid w:val="032EBB60"/>
    <w:rsid w:val="042B55C1"/>
    <w:rsid w:val="04828FCC"/>
    <w:rsid w:val="049CBBDE"/>
    <w:rsid w:val="049F35D6"/>
    <w:rsid w:val="04F0243C"/>
    <w:rsid w:val="0500D850"/>
    <w:rsid w:val="05646D0A"/>
    <w:rsid w:val="05AF8E30"/>
    <w:rsid w:val="06249252"/>
    <w:rsid w:val="071FC68A"/>
    <w:rsid w:val="074459CB"/>
    <w:rsid w:val="07527649"/>
    <w:rsid w:val="0787C689"/>
    <w:rsid w:val="07A179A0"/>
    <w:rsid w:val="07EB2835"/>
    <w:rsid w:val="07F9AE53"/>
    <w:rsid w:val="0826BD59"/>
    <w:rsid w:val="08354531"/>
    <w:rsid w:val="08D77DD3"/>
    <w:rsid w:val="09B228F5"/>
    <w:rsid w:val="09E2A628"/>
    <w:rsid w:val="0A649141"/>
    <w:rsid w:val="0AA9D61E"/>
    <w:rsid w:val="0AE3B56D"/>
    <w:rsid w:val="0B9A869E"/>
    <w:rsid w:val="0BB4A97F"/>
    <w:rsid w:val="0C644528"/>
    <w:rsid w:val="0CA188F0"/>
    <w:rsid w:val="0D1BABD0"/>
    <w:rsid w:val="0D3E528E"/>
    <w:rsid w:val="0DF56272"/>
    <w:rsid w:val="0E470EF4"/>
    <w:rsid w:val="0EDF7A6F"/>
    <w:rsid w:val="0F5F8FD0"/>
    <w:rsid w:val="0F929B5B"/>
    <w:rsid w:val="0FDF02FA"/>
    <w:rsid w:val="10481EBA"/>
    <w:rsid w:val="104FCB22"/>
    <w:rsid w:val="111B54E3"/>
    <w:rsid w:val="1180CCE7"/>
    <w:rsid w:val="11818459"/>
    <w:rsid w:val="121C85EA"/>
    <w:rsid w:val="122337D4"/>
    <w:rsid w:val="12A5B8B4"/>
    <w:rsid w:val="12B55DDE"/>
    <w:rsid w:val="12CDFACD"/>
    <w:rsid w:val="12E93DCB"/>
    <w:rsid w:val="131C2749"/>
    <w:rsid w:val="1347B65E"/>
    <w:rsid w:val="13ABA5BF"/>
    <w:rsid w:val="13CFCBFE"/>
    <w:rsid w:val="14346762"/>
    <w:rsid w:val="14638D2A"/>
    <w:rsid w:val="146B817C"/>
    <w:rsid w:val="148FA4AA"/>
    <w:rsid w:val="14AD34CC"/>
    <w:rsid w:val="14C79731"/>
    <w:rsid w:val="151F0858"/>
    <w:rsid w:val="155BD896"/>
    <w:rsid w:val="157DF77D"/>
    <w:rsid w:val="15EB69AD"/>
    <w:rsid w:val="15F090D2"/>
    <w:rsid w:val="16715E79"/>
    <w:rsid w:val="16787863"/>
    <w:rsid w:val="16B15A09"/>
    <w:rsid w:val="16C9A4A8"/>
    <w:rsid w:val="17829239"/>
    <w:rsid w:val="17855C49"/>
    <w:rsid w:val="17A58DD0"/>
    <w:rsid w:val="183566AA"/>
    <w:rsid w:val="18A88E5D"/>
    <w:rsid w:val="18C75AA9"/>
    <w:rsid w:val="18F3E12E"/>
    <w:rsid w:val="1955B11E"/>
    <w:rsid w:val="19D75443"/>
    <w:rsid w:val="1A00F020"/>
    <w:rsid w:val="1A3207DE"/>
    <w:rsid w:val="1AA3F05C"/>
    <w:rsid w:val="1AD076B4"/>
    <w:rsid w:val="1AF9B589"/>
    <w:rsid w:val="1B7BEF64"/>
    <w:rsid w:val="1B8FDDED"/>
    <w:rsid w:val="1BEA9121"/>
    <w:rsid w:val="1C11388D"/>
    <w:rsid w:val="1C505DA3"/>
    <w:rsid w:val="1D0BA369"/>
    <w:rsid w:val="1D609015"/>
    <w:rsid w:val="1D66EC9C"/>
    <w:rsid w:val="1DE924E0"/>
    <w:rsid w:val="1E4A2AAF"/>
    <w:rsid w:val="1E5A1702"/>
    <w:rsid w:val="1EEF6568"/>
    <w:rsid w:val="1F593DB9"/>
    <w:rsid w:val="1F5C47EC"/>
    <w:rsid w:val="1FFE7ADF"/>
    <w:rsid w:val="20B1A39D"/>
    <w:rsid w:val="20E61571"/>
    <w:rsid w:val="2120B556"/>
    <w:rsid w:val="217FFC5A"/>
    <w:rsid w:val="22116E15"/>
    <w:rsid w:val="22C39615"/>
    <w:rsid w:val="234722C8"/>
    <w:rsid w:val="236364D2"/>
    <w:rsid w:val="23964B9A"/>
    <w:rsid w:val="23D5917E"/>
    <w:rsid w:val="23D6E743"/>
    <w:rsid w:val="24082A10"/>
    <w:rsid w:val="242B9E08"/>
    <w:rsid w:val="244FFED2"/>
    <w:rsid w:val="2504A607"/>
    <w:rsid w:val="2572F20C"/>
    <w:rsid w:val="258E2136"/>
    <w:rsid w:val="25DA608B"/>
    <w:rsid w:val="25E44BDF"/>
    <w:rsid w:val="2629F396"/>
    <w:rsid w:val="262C6AA2"/>
    <w:rsid w:val="269E7208"/>
    <w:rsid w:val="2738815A"/>
    <w:rsid w:val="273BB82A"/>
    <w:rsid w:val="27E3979B"/>
    <w:rsid w:val="27FFF5E2"/>
    <w:rsid w:val="2856CFB2"/>
    <w:rsid w:val="28B82636"/>
    <w:rsid w:val="28FB9FB0"/>
    <w:rsid w:val="29979E4F"/>
    <w:rsid w:val="29D70B9B"/>
    <w:rsid w:val="2A495444"/>
    <w:rsid w:val="2AE26BFA"/>
    <w:rsid w:val="2BA0977E"/>
    <w:rsid w:val="2C4C52A2"/>
    <w:rsid w:val="2C630E8C"/>
    <w:rsid w:val="2CEBDD7E"/>
    <w:rsid w:val="2D23E1E6"/>
    <w:rsid w:val="2DE0807F"/>
    <w:rsid w:val="2E315B22"/>
    <w:rsid w:val="2E4FEB31"/>
    <w:rsid w:val="2F47013F"/>
    <w:rsid w:val="2FB9F3A0"/>
    <w:rsid w:val="2FD9EDD9"/>
    <w:rsid w:val="2FE470B6"/>
    <w:rsid w:val="30F06A02"/>
    <w:rsid w:val="3170F1C3"/>
    <w:rsid w:val="317CA33B"/>
    <w:rsid w:val="317EDE26"/>
    <w:rsid w:val="31C572DC"/>
    <w:rsid w:val="31DD9D09"/>
    <w:rsid w:val="32048F25"/>
    <w:rsid w:val="32AA382B"/>
    <w:rsid w:val="33149B49"/>
    <w:rsid w:val="3382327B"/>
    <w:rsid w:val="33BB5705"/>
    <w:rsid w:val="33DB8B4B"/>
    <w:rsid w:val="33E968B3"/>
    <w:rsid w:val="340BC2DA"/>
    <w:rsid w:val="348D060F"/>
    <w:rsid w:val="35041466"/>
    <w:rsid w:val="35390F73"/>
    <w:rsid w:val="353F0549"/>
    <w:rsid w:val="35781E94"/>
    <w:rsid w:val="359C1EAA"/>
    <w:rsid w:val="35AD075C"/>
    <w:rsid w:val="35E78ECE"/>
    <w:rsid w:val="360D4B12"/>
    <w:rsid w:val="3633D8D2"/>
    <w:rsid w:val="364DD312"/>
    <w:rsid w:val="36BBBF10"/>
    <w:rsid w:val="374AA404"/>
    <w:rsid w:val="375657D3"/>
    <w:rsid w:val="375FDA26"/>
    <w:rsid w:val="37E0916A"/>
    <w:rsid w:val="3813395D"/>
    <w:rsid w:val="383F1638"/>
    <w:rsid w:val="38B737ED"/>
    <w:rsid w:val="38C122EA"/>
    <w:rsid w:val="3926C572"/>
    <w:rsid w:val="393E7710"/>
    <w:rsid w:val="3953EF95"/>
    <w:rsid w:val="39745483"/>
    <w:rsid w:val="3985DB87"/>
    <w:rsid w:val="39FFFABE"/>
    <w:rsid w:val="3AAA207F"/>
    <w:rsid w:val="3B41A4FE"/>
    <w:rsid w:val="3B58ABC8"/>
    <w:rsid w:val="3B5B60B9"/>
    <w:rsid w:val="3B726FC8"/>
    <w:rsid w:val="3B74FDA6"/>
    <w:rsid w:val="3B8DD062"/>
    <w:rsid w:val="3CDF6B9E"/>
    <w:rsid w:val="3CE378C3"/>
    <w:rsid w:val="3D179A86"/>
    <w:rsid w:val="3DCC5B11"/>
    <w:rsid w:val="3E4BFB07"/>
    <w:rsid w:val="3E92784A"/>
    <w:rsid w:val="3EEF166D"/>
    <w:rsid w:val="3EEF5A67"/>
    <w:rsid w:val="3F2F4EBA"/>
    <w:rsid w:val="4054CA06"/>
    <w:rsid w:val="405830F3"/>
    <w:rsid w:val="408E792F"/>
    <w:rsid w:val="41BDB4DD"/>
    <w:rsid w:val="41E5451A"/>
    <w:rsid w:val="4234878E"/>
    <w:rsid w:val="4272D12C"/>
    <w:rsid w:val="429DB93D"/>
    <w:rsid w:val="42B143DF"/>
    <w:rsid w:val="434B370A"/>
    <w:rsid w:val="43C40E8C"/>
    <w:rsid w:val="43D46303"/>
    <w:rsid w:val="43E09338"/>
    <w:rsid w:val="44C856BF"/>
    <w:rsid w:val="4533FF9E"/>
    <w:rsid w:val="453FD9BD"/>
    <w:rsid w:val="459F7C17"/>
    <w:rsid w:val="462F049A"/>
    <w:rsid w:val="46B3D926"/>
    <w:rsid w:val="46CFC7AB"/>
    <w:rsid w:val="472BE9A6"/>
    <w:rsid w:val="4750754E"/>
    <w:rsid w:val="481F6E4A"/>
    <w:rsid w:val="489FFB66"/>
    <w:rsid w:val="48D68293"/>
    <w:rsid w:val="48ECB074"/>
    <w:rsid w:val="493B22DC"/>
    <w:rsid w:val="49BF1E7F"/>
    <w:rsid w:val="4A761679"/>
    <w:rsid w:val="4AA6D789"/>
    <w:rsid w:val="4ABD3F82"/>
    <w:rsid w:val="4AF46F25"/>
    <w:rsid w:val="4AF6F484"/>
    <w:rsid w:val="4B0E49C1"/>
    <w:rsid w:val="4B29B32A"/>
    <w:rsid w:val="4B3A47D1"/>
    <w:rsid w:val="4B9B0303"/>
    <w:rsid w:val="4BA8C1BE"/>
    <w:rsid w:val="4C743C18"/>
    <w:rsid w:val="4CEE8339"/>
    <w:rsid w:val="4D39D3F8"/>
    <w:rsid w:val="4D84A2BC"/>
    <w:rsid w:val="4E08A26B"/>
    <w:rsid w:val="4E0BD834"/>
    <w:rsid w:val="4E1ABB7B"/>
    <w:rsid w:val="4E6AD9F0"/>
    <w:rsid w:val="4E92174E"/>
    <w:rsid w:val="4EC7544E"/>
    <w:rsid w:val="4F20A369"/>
    <w:rsid w:val="4FDDEDB6"/>
    <w:rsid w:val="504153A9"/>
    <w:rsid w:val="504B925F"/>
    <w:rsid w:val="5149AB5D"/>
    <w:rsid w:val="51609E8E"/>
    <w:rsid w:val="518D63B4"/>
    <w:rsid w:val="51A575A8"/>
    <w:rsid w:val="51CC86D1"/>
    <w:rsid w:val="51E64A2B"/>
    <w:rsid w:val="5237D255"/>
    <w:rsid w:val="52522861"/>
    <w:rsid w:val="5256A67E"/>
    <w:rsid w:val="52E6E191"/>
    <w:rsid w:val="52FF7217"/>
    <w:rsid w:val="530A97D4"/>
    <w:rsid w:val="533C652C"/>
    <w:rsid w:val="542132FF"/>
    <w:rsid w:val="54A453F3"/>
    <w:rsid w:val="55394A17"/>
    <w:rsid w:val="5568C9F6"/>
    <w:rsid w:val="563C4ECF"/>
    <w:rsid w:val="56607A6D"/>
    <w:rsid w:val="5663AD28"/>
    <w:rsid w:val="56993DC7"/>
    <w:rsid w:val="569EFDA9"/>
    <w:rsid w:val="574643CF"/>
    <w:rsid w:val="5840064D"/>
    <w:rsid w:val="588F3038"/>
    <w:rsid w:val="5A13135F"/>
    <w:rsid w:val="5A69E5AB"/>
    <w:rsid w:val="5BFAFEC2"/>
    <w:rsid w:val="5C61433D"/>
    <w:rsid w:val="5CCB3447"/>
    <w:rsid w:val="5CEC3DE5"/>
    <w:rsid w:val="5DF37735"/>
    <w:rsid w:val="5ED0F70D"/>
    <w:rsid w:val="5EE01C44"/>
    <w:rsid w:val="5F11E5EA"/>
    <w:rsid w:val="5F5E3870"/>
    <w:rsid w:val="5FD00308"/>
    <w:rsid w:val="5FE00B1B"/>
    <w:rsid w:val="60218BB7"/>
    <w:rsid w:val="6049AB29"/>
    <w:rsid w:val="606B7114"/>
    <w:rsid w:val="60BC9FC8"/>
    <w:rsid w:val="61218F09"/>
    <w:rsid w:val="613F73B3"/>
    <w:rsid w:val="615E59B2"/>
    <w:rsid w:val="616AD7E4"/>
    <w:rsid w:val="6173B4BD"/>
    <w:rsid w:val="61742C01"/>
    <w:rsid w:val="6323A2FB"/>
    <w:rsid w:val="636955BF"/>
    <w:rsid w:val="645B6CBC"/>
    <w:rsid w:val="646CAD94"/>
    <w:rsid w:val="64766677"/>
    <w:rsid w:val="64B1B5C3"/>
    <w:rsid w:val="65530350"/>
    <w:rsid w:val="65CCA1B4"/>
    <w:rsid w:val="65CF20D0"/>
    <w:rsid w:val="661A366D"/>
    <w:rsid w:val="6684CF32"/>
    <w:rsid w:val="668BF9B2"/>
    <w:rsid w:val="66BF90A5"/>
    <w:rsid w:val="66C63963"/>
    <w:rsid w:val="66FD569C"/>
    <w:rsid w:val="67BCCF76"/>
    <w:rsid w:val="67EC1AED"/>
    <w:rsid w:val="6813B636"/>
    <w:rsid w:val="686AE6B3"/>
    <w:rsid w:val="68C7555A"/>
    <w:rsid w:val="68D4CECB"/>
    <w:rsid w:val="6983E590"/>
    <w:rsid w:val="69D38586"/>
    <w:rsid w:val="6A4607E1"/>
    <w:rsid w:val="6A65A8FE"/>
    <w:rsid w:val="6AC6E0C9"/>
    <w:rsid w:val="6B2D5F46"/>
    <w:rsid w:val="6CDDE419"/>
    <w:rsid w:val="6CF73331"/>
    <w:rsid w:val="6DA80A0A"/>
    <w:rsid w:val="6DE4726A"/>
    <w:rsid w:val="6E7556BB"/>
    <w:rsid w:val="6FA2154E"/>
    <w:rsid w:val="6FAAC886"/>
    <w:rsid w:val="6FE8691A"/>
    <w:rsid w:val="6FEECF05"/>
    <w:rsid w:val="6FF66548"/>
    <w:rsid w:val="7046154A"/>
    <w:rsid w:val="70692B6E"/>
    <w:rsid w:val="708334A1"/>
    <w:rsid w:val="70DA3D73"/>
    <w:rsid w:val="714CF7B8"/>
    <w:rsid w:val="718F0CB5"/>
    <w:rsid w:val="7259C1E1"/>
    <w:rsid w:val="72A37E96"/>
    <w:rsid w:val="73464E77"/>
    <w:rsid w:val="738E3475"/>
    <w:rsid w:val="73AA338A"/>
    <w:rsid w:val="7428A94F"/>
    <w:rsid w:val="742D3FFF"/>
    <w:rsid w:val="74548AEF"/>
    <w:rsid w:val="747B3E3F"/>
    <w:rsid w:val="747FBC10"/>
    <w:rsid w:val="748B4644"/>
    <w:rsid w:val="74BE812B"/>
    <w:rsid w:val="7543B3E4"/>
    <w:rsid w:val="75BA5B97"/>
    <w:rsid w:val="763A3A53"/>
    <w:rsid w:val="767C9A1A"/>
    <w:rsid w:val="772526DB"/>
    <w:rsid w:val="77E52307"/>
    <w:rsid w:val="77F84D58"/>
    <w:rsid w:val="78C4172B"/>
    <w:rsid w:val="78DD27A0"/>
    <w:rsid w:val="792A0B6F"/>
    <w:rsid w:val="797FE50E"/>
    <w:rsid w:val="7A7C533F"/>
    <w:rsid w:val="7A9BDCEA"/>
    <w:rsid w:val="7B27CB75"/>
    <w:rsid w:val="7B47D935"/>
    <w:rsid w:val="7BC0694C"/>
    <w:rsid w:val="7C50F3C8"/>
    <w:rsid w:val="7C94680A"/>
    <w:rsid w:val="7CF5F630"/>
    <w:rsid w:val="7E47AF05"/>
    <w:rsid w:val="7E53557B"/>
    <w:rsid w:val="7E6C892A"/>
    <w:rsid w:val="7EA1FD00"/>
    <w:rsid w:val="7EC66371"/>
    <w:rsid w:val="7F2A2DF6"/>
    <w:rsid w:val="7F319B2C"/>
    <w:rsid w:val="7F66DC89"/>
    <w:rsid w:val="7F8D769F"/>
    <w:rsid w:val="7FFAC93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62061"/>
  <w14:defaultImageDpi w14:val="330"/>
  <w15:docId w15:val="{72898D5C-31FE-460A-8964-AA12905C4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line="276" w:lineRule="auto"/>
        <w:ind w:left="720" w:hanging="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0BF"/>
    <w:rPr>
      <w:rFonts w:ascii="Arial" w:eastAsia="Arial" w:hAnsi="Arial" w:cs="Arial"/>
      <w:sz w:val="36"/>
      <w:szCs w:val="36"/>
    </w:rPr>
  </w:style>
  <w:style w:type="paragraph" w:styleId="Heading1">
    <w:name w:val="heading 1"/>
    <w:basedOn w:val="Normal"/>
    <w:next w:val="Normal"/>
    <w:link w:val="Heading1Char"/>
    <w:uiPriority w:val="9"/>
    <w:qFormat/>
    <w:rsid w:val="00496FED"/>
    <w:pPr>
      <w:keepNext/>
      <w:keepLines/>
      <w:outlineLvl w:val="0"/>
    </w:pPr>
    <w:rPr>
      <w:rFonts w:eastAsiaTheme="majorEastAsia" w:cstheme="majorBidi"/>
      <w:b/>
      <w:bCs/>
      <w:sz w:val="44"/>
      <w:szCs w:val="28"/>
    </w:rPr>
  </w:style>
  <w:style w:type="paragraph" w:styleId="Heading2">
    <w:name w:val="heading 2"/>
    <w:basedOn w:val="Normal"/>
    <w:next w:val="Normal"/>
    <w:link w:val="Heading2Char"/>
    <w:uiPriority w:val="9"/>
    <w:unhideWhenUsed/>
    <w:qFormat/>
    <w:rsid w:val="002D0BC4"/>
    <w:pPr>
      <w:keepNext/>
      <w:keepLines/>
      <w:spacing w:after="120"/>
      <w:outlineLvl w:val="1"/>
    </w:pPr>
    <w:rPr>
      <w:rFonts w:eastAsiaTheme="majorEastAsia" w:cstheme="majorBidi"/>
      <w:b/>
      <w:bCs/>
      <w:sz w:val="40"/>
      <w:szCs w:val="26"/>
    </w:rPr>
  </w:style>
  <w:style w:type="paragraph" w:styleId="Heading3">
    <w:name w:val="heading 3"/>
    <w:basedOn w:val="Normal"/>
    <w:next w:val="Normal"/>
    <w:link w:val="Heading3Char"/>
    <w:uiPriority w:val="9"/>
    <w:unhideWhenUsed/>
    <w:qFormat/>
    <w:rsid w:val="00FC693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line="240" w:lineRule="auto"/>
    </w:pPr>
  </w:style>
  <w:style w:type="character" w:customStyle="1" w:styleId="Heading1Char">
    <w:name w:val="Heading 1 Char"/>
    <w:basedOn w:val="DefaultParagraphFont"/>
    <w:link w:val="Heading1"/>
    <w:uiPriority w:val="9"/>
    <w:rsid w:val="00496FED"/>
    <w:rPr>
      <w:rFonts w:ascii="Arial" w:eastAsiaTheme="majorEastAsia" w:hAnsi="Arial" w:cstheme="majorBidi"/>
      <w:b/>
      <w:bCs/>
      <w:sz w:val="44"/>
      <w:szCs w:val="28"/>
    </w:rPr>
  </w:style>
  <w:style w:type="character" w:customStyle="1" w:styleId="Heading2Char">
    <w:name w:val="Heading 2 Char"/>
    <w:basedOn w:val="DefaultParagraphFont"/>
    <w:link w:val="Heading2"/>
    <w:uiPriority w:val="9"/>
    <w:rsid w:val="002D0BC4"/>
    <w:rPr>
      <w:rFonts w:ascii="Arial" w:eastAsiaTheme="majorEastAsia" w:hAnsi="Arial" w:cstheme="majorBidi"/>
      <w:b/>
      <w:bCs/>
      <w:sz w:val="40"/>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ind w:left="720" w:hanging="720"/>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contextualSpacing/>
    </w:pPr>
  </w:style>
  <w:style w:type="paragraph" w:styleId="BodyText">
    <w:name w:val="Body Text"/>
    <w:basedOn w:val="Normal"/>
    <w:link w:val="BodyTextChar"/>
    <w:unhideWhenUsed/>
    <w:qFormat/>
    <w:rsid w:val="00AA1D8D"/>
    <w:pPr>
      <w:spacing w:after="120"/>
    </w:pPr>
  </w:style>
  <w:style w:type="character" w:customStyle="1" w:styleId="BodyTextChar">
    <w:name w:val="Body Text Char"/>
    <w:basedOn w:val="DefaultParagraphFont"/>
    <w:link w:val="BodyText"/>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uiPriority w:val="99"/>
    <w:unhideWhenUsed/>
    <w:rsid w:val="00E57039"/>
    <w:rPr>
      <w:color w:val="0000FF"/>
      <w:u w:val="single"/>
    </w:rPr>
  </w:style>
  <w:style w:type="paragraph" w:customStyle="1" w:styleId="ConvProgram">
    <w:name w:val="Conv Program"/>
    <w:basedOn w:val="Normal"/>
    <w:link w:val="ConvProgramChar"/>
    <w:qFormat/>
    <w:rsid w:val="00F93DA0"/>
    <w:pPr>
      <w:spacing w:after="120"/>
      <w:ind w:left="360" w:hanging="360"/>
    </w:pPr>
    <w:rPr>
      <w:rFonts w:ascii="Verdana" w:eastAsiaTheme="minorHAnsi" w:hAnsi="Verdana"/>
    </w:rPr>
  </w:style>
  <w:style w:type="character" w:customStyle="1" w:styleId="ConvProgramChar">
    <w:name w:val="Conv Program Char"/>
    <w:basedOn w:val="DefaultParagraphFont"/>
    <w:link w:val="ConvProgram"/>
    <w:rsid w:val="00F93DA0"/>
    <w:rPr>
      <w:rFonts w:ascii="Verdana" w:eastAsiaTheme="minorHAnsi" w:hAnsi="Verdana"/>
      <w:sz w:val="36"/>
    </w:rPr>
  </w:style>
  <w:style w:type="paragraph" w:styleId="PlainText">
    <w:name w:val="Plain Text"/>
    <w:basedOn w:val="Normal"/>
    <w:link w:val="PlainTextChar"/>
    <w:uiPriority w:val="99"/>
    <w:unhideWhenUsed/>
    <w:rsid w:val="001C0FE0"/>
    <w:pPr>
      <w:spacing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1C0FE0"/>
    <w:rPr>
      <w:rFonts w:ascii="Calibri" w:eastAsia="Calibri" w:hAnsi="Calibri" w:cs="Times New Roman"/>
      <w:szCs w:val="21"/>
    </w:rPr>
  </w:style>
  <w:style w:type="character" w:customStyle="1" w:styleId="gmailsignatureprefix">
    <w:name w:val="gmail_signature_prefix"/>
    <w:basedOn w:val="DefaultParagraphFont"/>
    <w:rsid w:val="001C0FE0"/>
  </w:style>
  <w:style w:type="paragraph" w:styleId="NormalWeb">
    <w:name w:val="Normal (Web)"/>
    <w:basedOn w:val="Normal"/>
    <w:uiPriority w:val="99"/>
    <w:unhideWhenUsed/>
    <w:rsid w:val="001C0F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rsid w:val="001C0FE0"/>
    <w:pPr>
      <w:spacing w:line="240" w:lineRule="auto"/>
    </w:pPr>
    <w:rPr>
      <w:rFonts w:ascii="Helvetica" w:eastAsia="Arial Unicode MS" w:hAnsi="Helvetica" w:cs="Arial Unicode MS"/>
      <w:color w:val="000000"/>
    </w:rPr>
  </w:style>
  <w:style w:type="character" w:customStyle="1" w:styleId="contentpasted0">
    <w:name w:val="contentpasted0"/>
    <w:basedOn w:val="DefaultParagraphFont"/>
    <w:rsid w:val="001C0FE0"/>
  </w:style>
  <w:style w:type="paragraph" w:customStyle="1" w:styleId="yiv8790483715msonormal">
    <w:name w:val="yiv8790483715msonormal"/>
    <w:basedOn w:val="Normal"/>
    <w:rsid w:val="001C0FE0"/>
    <w:pPr>
      <w:spacing w:before="100" w:beforeAutospacing="1" w:after="100" w:afterAutospacing="1" w:line="240" w:lineRule="auto"/>
    </w:pPr>
    <w:rPr>
      <w:rFonts w:ascii="Calibri" w:eastAsia="Calibri" w:hAnsi="Calibri" w:cs="Calibri"/>
    </w:rPr>
  </w:style>
  <w:style w:type="paragraph" w:customStyle="1" w:styleId="paragraph">
    <w:name w:val="paragraph"/>
    <w:basedOn w:val="Normal"/>
    <w:rsid w:val="001C0FE0"/>
    <w:pPr>
      <w:spacing w:before="100" w:beforeAutospacing="1" w:after="100" w:afterAutospacing="1" w:line="240" w:lineRule="auto"/>
    </w:pPr>
    <w:rPr>
      <w:rFonts w:ascii="Calibri" w:eastAsia="Calibri" w:hAnsi="Calibri" w:cs="Calibri"/>
    </w:rPr>
  </w:style>
  <w:style w:type="character" w:customStyle="1" w:styleId="normaltextrun">
    <w:name w:val="normaltextrun"/>
    <w:basedOn w:val="DefaultParagraphFont"/>
    <w:rsid w:val="001C0FE0"/>
  </w:style>
  <w:style w:type="character" w:customStyle="1" w:styleId="eop">
    <w:name w:val="eop"/>
    <w:basedOn w:val="DefaultParagraphFont"/>
    <w:rsid w:val="001C0FE0"/>
  </w:style>
  <w:style w:type="paragraph" w:customStyle="1" w:styleId="xmsonormal">
    <w:name w:val="x_msonormal"/>
    <w:basedOn w:val="Normal"/>
    <w:rsid w:val="001C0FE0"/>
    <w:pPr>
      <w:spacing w:line="240" w:lineRule="auto"/>
    </w:pPr>
    <w:rPr>
      <w:rFonts w:ascii="Calibri" w:eastAsia="Calibri" w:hAnsi="Calibri" w:cs="Calibri"/>
    </w:rPr>
  </w:style>
  <w:style w:type="character" w:customStyle="1" w:styleId="cf01">
    <w:name w:val="cf01"/>
    <w:rsid w:val="001C0FE0"/>
    <w:rPr>
      <w:rFonts w:ascii="Segoe UI" w:hAnsi="Segoe UI" w:cs="Segoe UI" w:hint="default"/>
      <w:color w:val="262626"/>
    </w:rPr>
  </w:style>
  <w:style w:type="character" w:styleId="UnresolvedMention">
    <w:name w:val="Unresolved Mention"/>
    <w:basedOn w:val="DefaultParagraphFont"/>
    <w:uiPriority w:val="99"/>
    <w:semiHidden/>
    <w:unhideWhenUsed/>
    <w:rsid w:val="001C0FE0"/>
    <w:rPr>
      <w:color w:val="605E5C"/>
      <w:shd w:val="clear" w:color="auto" w:fill="E1DFDD"/>
    </w:rPr>
  </w:style>
  <w:style w:type="paragraph" w:styleId="TOC1">
    <w:name w:val="toc 1"/>
    <w:basedOn w:val="Normal"/>
    <w:next w:val="Normal"/>
    <w:autoRedefine/>
    <w:uiPriority w:val="39"/>
    <w:unhideWhenUsed/>
    <w:rsid w:val="004128EF"/>
    <w:pPr>
      <w:tabs>
        <w:tab w:val="right" w:leader="dot" w:pos="9000"/>
      </w:tabs>
      <w:spacing w:after="100" w:line="288" w:lineRule="auto"/>
    </w:pPr>
    <w:rPr>
      <w:rFonts w:ascii="Arial Bold" w:eastAsiaTheme="minorHAnsi" w:hAnsi="Arial Bold"/>
      <w:b/>
      <w:bCs/>
      <w:noProof/>
      <w:w w:val="90"/>
      <w:kern w:val="2"/>
      <w14:ligatures w14:val="standardContextual"/>
    </w:rPr>
  </w:style>
  <w:style w:type="paragraph" w:styleId="TOC2">
    <w:name w:val="toc 2"/>
    <w:basedOn w:val="Normal"/>
    <w:next w:val="Normal"/>
    <w:autoRedefine/>
    <w:uiPriority w:val="39"/>
    <w:unhideWhenUsed/>
    <w:rsid w:val="004128EF"/>
    <w:pPr>
      <w:tabs>
        <w:tab w:val="right" w:leader="dot" w:pos="8990"/>
      </w:tabs>
      <w:spacing w:after="100" w:line="288" w:lineRule="auto"/>
    </w:pPr>
    <w:rPr>
      <w:rFonts w:eastAsiaTheme="minorHAnsi"/>
      <w:kern w:val="2"/>
      <w14:ligatures w14:val="standardContextual"/>
    </w:rPr>
  </w:style>
  <w:style w:type="character" w:styleId="CommentReference">
    <w:name w:val="annotation reference"/>
    <w:basedOn w:val="DefaultParagraphFont"/>
    <w:uiPriority w:val="99"/>
    <w:semiHidden/>
    <w:unhideWhenUsed/>
    <w:rsid w:val="001C0FE0"/>
    <w:rPr>
      <w:sz w:val="16"/>
      <w:szCs w:val="16"/>
    </w:rPr>
  </w:style>
  <w:style w:type="paragraph" w:styleId="CommentText">
    <w:name w:val="annotation text"/>
    <w:basedOn w:val="Normal"/>
    <w:link w:val="CommentTextChar"/>
    <w:uiPriority w:val="99"/>
    <w:unhideWhenUsed/>
    <w:rsid w:val="001C0FE0"/>
    <w:pPr>
      <w:spacing w:after="120" w:line="240" w:lineRule="auto"/>
    </w:pPr>
    <w:rPr>
      <w:rFonts w:eastAsiaTheme="minorHAnsi"/>
      <w:kern w:val="2"/>
      <w:sz w:val="20"/>
      <w:szCs w:val="20"/>
      <w14:ligatures w14:val="standardContextual"/>
    </w:rPr>
  </w:style>
  <w:style w:type="character" w:customStyle="1" w:styleId="CommentTextChar">
    <w:name w:val="Comment Text Char"/>
    <w:basedOn w:val="DefaultParagraphFont"/>
    <w:link w:val="CommentText"/>
    <w:uiPriority w:val="99"/>
    <w:rsid w:val="001C0FE0"/>
    <w:rPr>
      <w:rFonts w:ascii="Arial" w:eastAsiaTheme="minorHAnsi" w:hAnsi="Arial"/>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1C0FE0"/>
    <w:rPr>
      <w:b/>
      <w:bCs/>
    </w:rPr>
  </w:style>
  <w:style w:type="character" w:customStyle="1" w:styleId="CommentSubjectChar">
    <w:name w:val="Comment Subject Char"/>
    <w:basedOn w:val="CommentTextChar"/>
    <w:link w:val="CommentSubject"/>
    <w:uiPriority w:val="99"/>
    <w:semiHidden/>
    <w:rsid w:val="001C0FE0"/>
    <w:rPr>
      <w:rFonts w:ascii="Arial" w:eastAsiaTheme="minorHAnsi" w:hAnsi="Arial"/>
      <w:b/>
      <w:bCs/>
      <w:kern w:val="2"/>
      <w:sz w:val="20"/>
      <w:szCs w:val="20"/>
      <w14:ligatures w14:val="standardContextual"/>
    </w:rPr>
  </w:style>
  <w:style w:type="paragraph" w:styleId="TOC3">
    <w:name w:val="toc 3"/>
    <w:basedOn w:val="Normal"/>
    <w:next w:val="Normal"/>
    <w:autoRedefine/>
    <w:uiPriority w:val="39"/>
    <w:unhideWhenUsed/>
    <w:rsid w:val="00A74476"/>
    <w:pPr>
      <w:spacing w:after="100" w:line="259" w:lineRule="auto"/>
      <w:ind w:left="440" w:firstLine="0"/>
    </w:pPr>
    <w:rPr>
      <w:rFonts w:asciiTheme="minorHAnsi" w:eastAsiaTheme="minorEastAsia" w:hAnsiTheme="minorHAns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yperlink" Target="mailto:Info@ttjtech.biz"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ACBNextGen@gmail.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988lifeline.org" TargetMode="External"/><Relationship Id="rId20" Type="http://schemas.openxmlformats.org/officeDocument/2006/relationships/hyperlink" Target="mailto:asalger@guidedog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acbmedia.org/n" TargetMode="External"/><Relationship Id="rId23" Type="http://schemas.openxmlformats.org/officeDocument/2006/relationships/hyperlink" Target="https://uzurv.com/rider-conference-event/" TargetMode="External"/><Relationship Id="rId10" Type="http://schemas.openxmlformats.org/officeDocument/2006/relationships/endnotes" Target="endnotes.xml"/><Relationship Id="rId19" Type="http://schemas.openxmlformats.org/officeDocument/2006/relationships/hyperlink" Target="mailto:vickiecurley@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cb.org" TargetMode="External"/><Relationship Id="rId22" Type="http://schemas.openxmlformats.org/officeDocument/2006/relationships/hyperlink" Target="mailto:Info@ttjtech.b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92dffed-b10c-4960-bf75-72fffc0b22fd">
      <Terms xmlns="http://schemas.microsoft.com/office/infopath/2007/PartnerControls"/>
    </lcf76f155ced4ddcb4097134ff3c332f>
    <TaxCatchAll xmlns="86455cc8-dc82-46e8-930c-50a60f7ff9ac"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02E74F70FDEFE4080F6F9DF0ADEF941" ma:contentTypeVersion="18" ma:contentTypeDescription="Create a new document." ma:contentTypeScope="" ma:versionID="dd9be067d8aae22f736a4510a4f35469">
  <xsd:schema xmlns:xsd="http://www.w3.org/2001/XMLSchema" xmlns:xs="http://www.w3.org/2001/XMLSchema" xmlns:p="http://schemas.microsoft.com/office/2006/metadata/properties" xmlns:ns2="e92dffed-b10c-4960-bf75-72fffc0b22fd" xmlns:ns3="86455cc8-dc82-46e8-930c-50a60f7ff9ac" targetNamespace="http://schemas.microsoft.com/office/2006/metadata/properties" ma:root="true" ma:fieldsID="b3d64476b8d9d21d368e3c2357919bac" ns2:_="" ns3:_="">
    <xsd:import namespace="e92dffed-b10c-4960-bf75-72fffc0b22fd"/>
    <xsd:import namespace="86455cc8-dc82-46e8-930c-50a60f7ff9a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2dffed-b10c-4960-bf75-72fffc0b22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483f84f-df74-41d1-a5e4-b558ebf52a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455cc8-dc82-46e8-930c-50a60f7ff9a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7769457-4620-4357-8808-b894c24f2b1c}" ma:internalName="TaxCatchAll" ma:showField="CatchAllData" ma:web="86455cc8-dc82-46e8-930c-50a60f7ff9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DB9EBE-B5DC-4538-AA50-745171CB90D1}">
  <ds:schemaRefs>
    <ds:schemaRef ds:uri="http://schemas.microsoft.com/office/2006/metadata/properties"/>
    <ds:schemaRef ds:uri="http://schemas.microsoft.com/office/infopath/2007/PartnerControls"/>
    <ds:schemaRef ds:uri="e92dffed-b10c-4960-bf75-72fffc0b22fd"/>
    <ds:schemaRef ds:uri="86455cc8-dc82-46e8-930c-50a60f7ff9ac"/>
  </ds:schemaRefs>
</ds:datastoreItem>
</file>

<file path=customXml/itemProps2.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3.xml><?xml version="1.0" encoding="utf-8"?>
<ds:datastoreItem xmlns:ds="http://schemas.openxmlformats.org/officeDocument/2006/customXml" ds:itemID="{23D9587A-2486-4A1C-A88D-5CF2468528F0}">
  <ds:schemaRefs>
    <ds:schemaRef ds:uri="http://schemas.microsoft.com/sharepoint/v3/contenttype/forms"/>
  </ds:schemaRefs>
</ds:datastoreItem>
</file>

<file path=customXml/itemProps4.xml><?xml version="1.0" encoding="utf-8"?>
<ds:datastoreItem xmlns:ds="http://schemas.openxmlformats.org/officeDocument/2006/customXml" ds:itemID="{C5177F78-6FBE-4E55-9157-BCA2CFFE6D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2dffed-b10c-4960-bf75-72fffc0b22fd"/>
    <ds:schemaRef ds:uri="86455cc8-dc82-46e8-930c-50a60f7ff9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30182</Words>
  <Characters>149105</Characters>
  <Application>Microsoft Office Word</Application>
  <DocSecurity>0</DocSecurity>
  <Lines>4518</Lines>
  <Paragraphs>1559</Paragraphs>
  <ScaleCrop>false</ScaleCrop>
  <Manager/>
  <Company/>
  <LinksUpToDate>false</LinksUpToDate>
  <CharactersWithSpaces>177728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Nancy Marks Becker</cp:lastModifiedBy>
  <cp:revision>807</cp:revision>
  <cp:lastPrinted>2026-06-12T18:57:00Z</cp:lastPrinted>
  <dcterms:created xsi:type="dcterms:W3CDTF">2013-12-24T01:15:00Z</dcterms:created>
  <dcterms:modified xsi:type="dcterms:W3CDTF">2026-06-18T13:20:00Z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0x010100F02E74F70FDEFE4080F6F9DF0ADEF941</vt:lpwstr>
  </property>
  <property fmtid="{D5CDD505-2E9C-101B-9397-08002B2CF9AE}" pid="3" name="MediaServiceImageTags">
    <vt:lpwstr/>
  </property>
</Properties>
</file>